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76C302" w14:textId="5E4D174C" w:rsidR="00414CA9" w:rsidRPr="00414CA9" w:rsidRDefault="00414CA9" w:rsidP="00414CA9">
      <w:pPr>
        <w:rPr>
          <w:lang w:val="hr-HR"/>
        </w:rPr>
      </w:pPr>
    </w:p>
    <w:p w14:paraId="01B4127F" w14:textId="626E5759" w:rsidR="001902D2" w:rsidRDefault="00414CA9" w:rsidP="00414CA9">
      <w:pPr>
        <w:rPr>
          <w:rFonts w:ascii="Lemonada" w:hAnsi="Lemonada" w:hint="eastAsia"/>
          <w:b/>
          <w:bCs/>
          <w:sz w:val="36"/>
          <w:szCs w:val="36"/>
          <w:lang w:val="hr-HR"/>
        </w:rPr>
      </w:pPr>
      <w:proofErr w:type="spellStart"/>
      <w:r w:rsidRPr="002F1EE1">
        <w:rPr>
          <w:rFonts w:ascii="Lemonada" w:hAnsi="Lemonada"/>
          <w:b/>
          <w:bCs/>
          <w:sz w:val="36"/>
          <w:szCs w:val="36"/>
          <w:lang w:val="hr-HR"/>
        </w:rPr>
        <w:t>Quantum</w:t>
      </w:r>
      <w:proofErr w:type="spellEnd"/>
      <w:r w:rsidRPr="002F1EE1">
        <w:rPr>
          <w:rFonts w:ascii="Lemonada" w:hAnsi="Lemonada"/>
          <w:b/>
          <w:bCs/>
          <w:sz w:val="36"/>
          <w:szCs w:val="36"/>
          <w:lang w:val="hr-HR"/>
        </w:rPr>
        <w:t xml:space="preserve"> </w:t>
      </w:r>
      <w:proofErr w:type="spellStart"/>
      <w:r w:rsidRPr="002F1EE1">
        <w:rPr>
          <w:rFonts w:ascii="Lemonada" w:hAnsi="Lemonada"/>
          <w:b/>
          <w:bCs/>
          <w:sz w:val="36"/>
          <w:szCs w:val="36"/>
          <w:lang w:val="hr-HR"/>
        </w:rPr>
        <w:t>in</w:t>
      </w:r>
      <w:proofErr w:type="spellEnd"/>
      <w:r w:rsidRPr="002F1EE1">
        <w:rPr>
          <w:rFonts w:ascii="Lemonada" w:hAnsi="Lemonada"/>
          <w:b/>
          <w:bCs/>
          <w:sz w:val="36"/>
          <w:szCs w:val="36"/>
          <w:lang w:val="hr-HR"/>
        </w:rPr>
        <w:t xml:space="preserve"> VET</w:t>
      </w:r>
      <w:r w:rsidR="00A27F0A">
        <w:rPr>
          <w:rFonts w:ascii="Lemonada" w:hAnsi="Lemonada"/>
          <w:b/>
          <w:bCs/>
          <w:sz w:val="36"/>
          <w:szCs w:val="36"/>
          <w:lang w:val="hr-HR"/>
        </w:rPr>
        <w:t>:</w:t>
      </w:r>
      <w:r w:rsidR="003D177E">
        <w:rPr>
          <w:rFonts w:ascii="Lemonada" w:hAnsi="Lemonada"/>
          <w:b/>
          <w:bCs/>
          <w:sz w:val="36"/>
          <w:szCs w:val="36"/>
          <w:lang w:val="hr-HR"/>
        </w:rPr>
        <w:t xml:space="preserve"> </w:t>
      </w:r>
      <w:proofErr w:type="spellStart"/>
      <w:r w:rsidR="00A27F0A">
        <w:rPr>
          <w:rFonts w:ascii="Lemonada" w:hAnsi="Lemonada"/>
          <w:b/>
          <w:bCs/>
          <w:sz w:val="36"/>
          <w:szCs w:val="36"/>
          <w:lang w:val="hr-HR"/>
        </w:rPr>
        <w:t>Cooking</w:t>
      </w:r>
      <w:proofErr w:type="spellEnd"/>
      <w:r w:rsidR="00A27F0A">
        <w:rPr>
          <w:rFonts w:ascii="Lemonada" w:hAnsi="Lemonada"/>
          <w:b/>
          <w:bCs/>
          <w:sz w:val="36"/>
          <w:szCs w:val="36"/>
          <w:lang w:val="hr-HR"/>
        </w:rPr>
        <w:t xml:space="preserve">, </w:t>
      </w:r>
      <w:proofErr w:type="spellStart"/>
      <w:r w:rsidR="00A27F0A">
        <w:rPr>
          <w:rFonts w:ascii="Lemonada" w:hAnsi="Lemonada"/>
          <w:b/>
          <w:bCs/>
          <w:sz w:val="36"/>
          <w:szCs w:val="36"/>
          <w:lang w:val="hr-HR"/>
        </w:rPr>
        <w:t>Homes,Beauty</w:t>
      </w:r>
      <w:proofErr w:type="spellEnd"/>
    </w:p>
    <w:p w14:paraId="02A941F1" w14:textId="063AEA5A" w:rsidR="001A4E84" w:rsidRPr="001A4E84" w:rsidRDefault="001A4E84" w:rsidP="00414CA9">
      <w:pPr>
        <w:rPr>
          <w:rFonts w:ascii="Lemonada" w:hAnsi="Lemonada" w:hint="eastAsia"/>
          <w:sz w:val="28"/>
          <w:szCs w:val="28"/>
          <w:lang w:val="hr-HR"/>
        </w:rPr>
      </w:pPr>
      <w:r w:rsidRPr="001A4E84">
        <w:rPr>
          <w:rFonts w:ascii="Lemonada" w:hAnsi="Lemonada"/>
          <w:sz w:val="28"/>
          <w:szCs w:val="28"/>
        </w:rPr>
        <w:t>This lesson plan represents the practical implementation of the knowledge and strategies acquired during the “</w:t>
      </w:r>
      <w:proofErr w:type="spellStart"/>
      <w:r w:rsidRPr="001A4E84">
        <w:rPr>
          <w:rFonts w:ascii="Lemonada" w:hAnsi="Lemonada"/>
          <w:sz w:val="28"/>
          <w:szCs w:val="28"/>
        </w:rPr>
        <w:t>Karriere</w:t>
      </w:r>
      <w:proofErr w:type="spellEnd"/>
      <w:r w:rsidRPr="001A4E84">
        <w:rPr>
          <w:rFonts w:ascii="Lemonada" w:hAnsi="Lemonada"/>
          <w:sz w:val="28"/>
          <w:szCs w:val="28"/>
        </w:rPr>
        <w:t xml:space="preserve"> Quantum Camp” held in London, July 2025.</w:t>
      </w:r>
      <w:r w:rsidRPr="001A4E84">
        <w:rPr>
          <w:rFonts w:ascii="Lemonada" w:hAnsi="Lemonada"/>
          <w:sz w:val="28"/>
          <w:szCs w:val="28"/>
        </w:rPr>
        <w:br/>
        <w:t>The ideas developed throughout the camp have been adapted to fit the vocational education context, enabling students to explore how quantum technologies may transform their future professions.</w:t>
      </w:r>
    </w:p>
    <w:p w14:paraId="3723EA16" w14:textId="5FDECEE5" w:rsidR="00414CA9" w:rsidRPr="002F1EE1" w:rsidRDefault="00414CA9" w:rsidP="00414CA9">
      <w:pPr>
        <w:rPr>
          <w:rFonts w:ascii="Lemonada" w:hAnsi="Lemonada" w:hint="eastAsia"/>
          <w:b/>
          <w:bCs/>
          <w:sz w:val="36"/>
          <w:szCs w:val="36"/>
          <w:lang w:val="hr-HR"/>
        </w:rPr>
      </w:pPr>
      <w:r w:rsidRPr="002F1EE1">
        <w:rPr>
          <w:rFonts w:ascii="Lemonada" w:hAnsi="Lemonada"/>
          <w:b/>
          <w:bCs/>
          <w:sz w:val="36"/>
          <w:szCs w:val="36"/>
          <w:lang w:val="hr-HR"/>
        </w:rPr>
        <w:t xml:space="preserve"> </w:t>
      </w:r>
    </w:p>
    <w:p w14:paraId="77D816F8" w14:textId="0DDCCFC3" w:rsidR="00414CA9" w:rsidRPr="002F1EE1" w:rsidRDefault="00414CA9" w:rsidP="00414CA9">
      <w:pPr>
        <w:rPr>
          <w:rFonts w:ascii="Lemonada" w:hAnsi="Lemonada" w:hint="eastAsia"/>
          <w:sz w:val="28"/>
          <w:szCs w:val="28"/>
          <w:lang w:val="hr-HR"/>
        </w:rPr>
      </w:pPr>
      <w:r w:rsidRPr="002F1EE1">
        <w:rPr>
          <w:rFonts w:ascii="Lemonada" w:hAnsi="Lemonada"/>
          <w:b/>
          <w:bCs/>
          <w:sz w:val="28"/>
          <w:szCs w:val="28"/>
          <w:lang w:val="hr-HR"/>
        </w:rPr>
        <w:t>Target Group:</w:t>
      </w:r>
      <w:r w:rsidRPr="002F1EE1">
        <w:rPr>
          <w:rFonts w:ascii="Lemonada" w:hAnsi="Lemonada"/>
          <w:sz w:val="28"/>
          <w:szCs w:val="28"/>
          <w:lang w:val="hr-HR"/>
        </w:rPr>
        <w:t xml:space="preserve"> </w:t>
      </w:r>
      <w:proofErr w:type="spellStart"/>
      <w:r w:rsidRPr="002F1EE1">
        <w:rPr>
          <w:rFonts w:ascii="Lemonada" w:hAnsi="Lemonada"/>
          <w:sz w:val="28"/>
          <w:szCs w:val="28"/>
          <w:lang w:val="hr-HR"/>
        </w:rPr>
        <w:t>Vocational</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students</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Cooks</w:t>
      </w:r>
      <w:proofErr w:type="spellEnd"/>
      <w:r w:rsidRPr="002F1EE1">
        <w:rPr>
          <w:rFonts w:ascii="Lemonada" w:hAnsi="Lemonada"/>
          <w:sz w:val="28"/>
          <w:szCs w:val="28"/>
          <w:lang w:val="hr-HR"/>
        </w:rPr>
        <w:t xml:space="preserve">, Home </w:t>
      </w:r>
      <w:proofErr w:type="spellStart"/>
      <w:r w:rsidRPr="002F1EE1">
        <w:rPr>
          <w:rFonts w:ascii="Lemonada" w:hAnsi="Lemonada"/>
          <w:sz w:val="28"/>
          <w:szCs w:val="28"/>
          <w:lang w:val="hr-HR"/>
        </w:rPr>
        <w:t>Installations</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Hairdressing</w:t>
      </w:r>
      <w:proofErr w:type="spellEnd"/>
      <w:r w:rsidRPr="002F1EE1">
        <w:rPr>
          <w:rFonts w:ascii="Lemonada" w:hAnsi="Lemonada"/>
          <w:sz w:val="28"/>
          <w:szCs w:val="28"/>
          <w:lang w:val="hr-HR"/>
        </w:rPr>
        <w:t>)</w:t>
      </w:r>
      <w:r w:rsidRPr="002F1EE1">
        <w:rPr>
          <w:rFonts w:ascii="Lemonada" w:hAnsi="Lemonada"/>
          <w:sz w:val="28"/>
          <w:szCs w:val="28"/>
          <w:lang w:val="hr-HR"/>
        </w:rPr>
        <w:br/>
      </w:r>
      <w:r w:rsidRPr="002F1EE1">
        <w:rPr>
          <w:rFonts w:ascii="Lemonada" w:hAnsi="Lemonada"/>
          <w:b/>
          <w:bCs/>
          <w:sz w:val="28"/>
          <w:szCs w:val="28"/>
          <w:lang w:val="hr-HR"/>
        </w:rPr>
        <w:t>Time:</w:t>
      </w:r>
      <w:r w:rsidRPr="002F1EE1">
        <w:rPr>
          <w:rFonts w:ascii="Lemonada" w:hAnsi="Lemonada"/>
          <w:sz w:val="28"/>
          <w:szCs w:val="28"/>
          <w:lang w:val="hr-HR"/>
        </w:rPr>
        <w:t xml:space="preserve"> 45–</w:t>
      </w:r>
      <w:r w:rsidR="002F1EE1">
        <w:rPr>
          <w:rFonts w:ascii="Lemonada" w:hAnsi="Lemonada"/>
          <w:sz w:val="28"/>
          <w:szCs w:val="28"/>
          <w:lang w:val="hr-HR"/>
        </w:rPr>
        <w:t>9</w:t>
      </w:r>
      <w:r w:rsidRPr="002F1EE1">
        <w:rPr>
          <w:rFonts w:ascii="Lemonada" w:hAnsi="Lemonada"/>
          <w:sz w:val="28"/>
          <w:szCs w:val="28"/>
          <w:lang w:val="hr-HR"/>
        </w:rPr>
        <w:t xml:space="preserve">0 </w:t>
      </w:r>
      <w:proofErr w:type="spellStart"/>
      <w:r w:rsidRPr="002F1EE1">
        <w:rPr>
          <w:rFonts w:ascii="Lemonada" w:hAnsi="Lemonada"/>
          <w:sz w:val="28"/>
          <w:szCs w:val="28"/>
          <w:lang w:val="hr-HR"/>
        </w:rPr>
        <w:t>minutes</w:t>
      </w:r>
      <w:proofErr w:type="spellEnd"/>
      <w:r w:rsidRPr="002F1EE1">
        <w:rPr>
          <w:rFonts w:ascii="Lemonada" w:hAnsi="Lemonada"/>
          <w:sz w:val="28"/>
          <w:szCs w:val="28"/>
          <w:lang w:val="hr-HR"/>
        </w:rPr>
        <w:br/>
      </w:r>
      <w:r w:rsidRPr="002F1EE1">
        <w:rPr>
          <w:rFonts w:ascii="Lemonada" w:hAnsi="Lemonada"/>
          <w:b/>
          <w:bCs/>
          <w:sz w:val="28"/>
          <w:szCs w:val="28"/>
          <w:lang w:val="hr-HR"/>
        </w:rPr>
        <w:t>Mode:</w:t>
      </w:r>
      <w:r w:rsidRPr="002F1EE1">
        <w:rPr>
          <w:rFonts w:ascii="Lemonada" w:hAnsi="Lemonada"/>
          <w:sz w:val="28"/>
          <w:szCs w:val="28"/>
          <w:lang w:val="hr-HR"/>
        </w:rPr>
        <w:t xml:space="preserve"> Face-to-face / </w:t>
      </w:r>
      <w:proofErr w:type="spellStart"/>
      <w:r w:rsidRPr="002F1EE1">
        <w:rPr>
          <w:rFonts w:ascii="Lemonada" w:hAnsi="Lemonada"/>
          <w:sz w:val="28"/>
          <w:szCs w:val="28"/>
          <w:lang w:val="hr-HR"/>
        </w:rPr>
        <w:t>Hybrid</w:t>
      </w:r>
      <w:proofErr w:type="spellEnd"/>
      <w:r w:rsidRPr="002F1EE1">
        <w:rPr>
          <w:rFonts w:ascii="Lemonada" w:hAnsi="Lemonada"/>
          <w:sz w:val="28"/>
          <w:szCs w:val="28"/>
          <w:lang w:val="hr-HR"/>
        </w:rPr>
        <w:br/>
      </w:r>
      <w:proofErr w:type="spellStart"/>
      <w:r w:rsidRPr="002F1EE1">
        <w:rPr>
          <w:rFonts w:ascii="Lemonada" w:hAnsi="Lemonada"/>
          <w:b/>
          <w:bCs/>
          <w:sz w:val="28"/>
          <w:szCs w:val="28"/>
          <w:lang w:val="hr-HR"/>
        </w:rPr>
        <w:t>Main</w:t>
      </w:r>
      <w:proofErr w:type="spellEnd"/>
      <w:r w:rsidRPr="002F1EE1">
        <w:rPr>
          <w:rFonts w:ascii="Lemonada" w:hAnsi="Lemonada"/>
          <w:b/>
          <w:bCs/>
          <w:sz w:val="28"/>
          <w:szCs w:val="28"/>
          <w:lang w:val="hr-HR"/>
        </w:rPr>
        <w:t xml:space="preserve"> </w:t>
      </w:r>
      <w:proofErr w:type="spellStart"/>
      <w:r w:rsidRPr="002F1EE1">
        <w:rPr>
          <w:rFonts w:ascii="Lemonada" w:hAnsi="Lemonada"/>
          <w:b/>
          <w:bCs/>
          <w:sz w:val="28"/>
          <w:szCs w:val="28"/>
          <w:lang w:val="hr-HR"/>
        </w:rPr>
        <w:t>Theme</w:t>
      </w:r>
      <w:proofErr w:type="spellEnd"/>
      <w:r w:rsidRPr="002F1EE1">
        <w:rPr>
          <w:rFonts w:ascii="Lemonada" w:hAnsi="Lemonada"/>
          <w:b/>
          <w:bCs/>
          <w:sz w:val="28"/>
          <w:szCs w:val="28"/>
          <w:lang w:val="hr-HR"/>
        </w:rPr>
        <w:t>:</w:t>
      </w:r>
      <w:r w:rsidRPr="002F1EE1">
        <w:rPr>
          <w:rFonts w:ascii="Lemonada" w:hAnsi="Lemonada"/>
          <w:sz w:val="28"/>
          <w:szCs w:val="28"/>
          <w:lang w:val="hr-HR"/>
        </w:rPr>
        <w:t xml:space="preserve"> How </w:t>
      </w:r>
      <w:proofErr w:type="spellStart"/>
      <w:r w:rsidRPr="002F1EE1">
        <w:rPr>
          <w:rFonts w:ascii="Lemonada" w:hAnsi="Lemonada"/>
          <w:sz w:val="28"/>
          <w:szCs w:val="28"/>
          <w:lang w:val="hr-HR"/>
        </w:rPr>
        <w:t>quantum</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technology</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will</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change</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everyday</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jobs</w:t>
      </w:r>
      <w:proofErr w:type="spellEnd"/>
    </w:p>
    <w:p w14:paraId="78FC02C9" w14:textId="0D489368" w:rsidR="00414CA9" w:rsidRPr="002F1EE1" w:rsidRDefault="00414CA9" w:rsidP="00414CA9">
      <w:pPr>
        <w:rPr>
          <w:rFonts w:ascii="Lemonada" w:hAnsi="Lemonada" w:hint="eastAsia"/>
          <w:sz w:val="28"/>
          <w:szCs w:val="28"/>
          <w:lang w:val="hr-HR"/>
        </w:rPr>
      </w:pPr>
      <w:proofErr w:type="spellStart"/>
      <w:r w:rsidRPr="002F1EE1">
        <w:rPr>
          <w:rFonts w:ascii="Lemonada" w:hAnsi="Lemonada"/>
          <w:b/>
          <w:bCs/>
          <w:sz w:val="28"/>
          <w:szCs w:val="28"/>
          <w:lang w:val="hr-HR"/>
        </w:rPr>
        <w:t>Learning</w:t>
      </w:r>
      <w:proofErr w:type="spellEnd"/>
      <w:r w:rsidRPr="002F1EE1">
        <w:rPr>
          <w:rFonts w:ascii="Lemonada" w:hAnsi="Lemonada"/>
          <w:b/>
          <w:bCs/>
          <w:sz w:val="28"/>
          <w:szCs w:val="28"/>
          <w:lang w:val="hr-HR"/>
        </w:rPr>
        <w:t xml:space="preserve"> </w:t>
      </w:r>
      <w:proofErr w:type="spellStart"/>
      <w:r w:rsidRPr="002F1EE1">
        <w:rPr>
          <w:rFonts w:ascii="Lemonada" w:hAnsi="Lemonada"/>
          <w:b/>
          <w:bCs/>
          <w:sz w:val="28"/>
          <w:szCs w:val="28"/>
          <w:lang w:val="hr-HR"/>
        </w:rPr>
        <w:t>Objectives</w:t>
      </w:r>
      <w:proofErr w:type="spellEnd"/>
    </w:p>
    <w:p w14:paraId="7703CD01" w14:textId="77777777" w:rsidR="00414CA9" w:rsidRPr="002F1EE1" w:rsidRDefault="00414CA9" w:rsidP="00414CA9">
      <w:pPr>
        <w:rPr>
          <w:rFonts w:ascii="Lemonada" w:hAnsi="Lemonada" w:hint="eastAsia"/>
          <w:sz w:val="28"/>
          <w:szCs w:val="28"/>
          <w:lang w:val="hr-HR"/>
        </w:rPr>
      </w:pPr>
      <w:proofErr w:type="spellStart"/>
      <w:r w:rsidRPr="002F1EE1">
        <w:rPr>
          <w:rFonts w:ascii="Lemonada" w:hAnsi="Lemonada"/>
          <w:sz w:val="28"/>
          <w:szCs w:val="28"/>
          <w:lang w:val="hr-HR"/>
        </w:rPr>
        <w:t>By</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the</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end</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of</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the</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lesson</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students</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will</w:t>
      </w:r>
      <w:proofErr w:type="spellEnd"/>
      <w:r w:rsidRPr="002F1EE1">
        <w:rPr>
          <w:rFonts w:ascii="Lemonada" w:hAnsi="Lemonada"/>
          <w:sz w:val="28"/>
          <w:szCs w:val="28"/>
          <w:lang w:val="hr-HR"/>
        </w:rPr>
        <w:t>:</w:t>
      </w:r>
    </w:p>
    <w:p w14:paraId="67DCA675" w14:textId="77777777" w:rsidR="00414CA9" w:rsidRPr="002F1EE1" w:rsidRDefault="00414CA9" w:rsidP="00414CA9">
      <w:pPr>
        <w:numPr>
          <w:ilvl w:val="0"/>
          <w:numId w:val="20"/>
        </w:numPr>
        <w:rPr>
          <w:rFonts w:ascii="Lemonada" w:hAnsi="Lemonada" w:hint="eastAsia"/>
          <w:sz w:val="28"/>
          <w:szCs w:val="28"/>
          <w:lang w:val="hr-HR"/>
        </w:rPr>
      </w:pPr>
      <w:proofErr w:type="spellStart"/>
      <w:r w:rsidRPr="002F1EE1">
        <w:rPr>
          <w:rFonts w:ascii="Lemonada" w:hAnsi="Lemonada"/>
          <w:sz w:val="28"/>
          <w:szCs w:val="28"/>
          <w:lang w:val="hr-HR"/>
        </w:rPr>
        <w:t>Understand</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and</w:t>
      </w:r>
      <w:proofErr w:type="spellEnd"/>
      <w:r w:rsidRPr="002F1EE1">
        <w:rPr>
          <w:rFonts w:ascii="Lemonada" w:hAnsi="Lemonada"/>
          <w:sz w:val="28"/>
          <w:szCs w:val="28"/>
          <w:lang w:val="hr-HR"/>
        </w:rPr>
        <w:t xml:space="preserve"> use </w:t>
      </w:r>
      <w:proofErr w:type="spellStart"/>
      <w:r w:rsidRPr="002F1EE1">
        <w:rPr>
          <w:rFonts w:ascii="Lemonada" w:hAnsi="Lemonada"/>
          <w:sz w:val="28"/>
          <w:szCs w:val="28"/>
          <w:lang w:val="hr-HR"/>
        </w:rPr>
        <w:t>job-specific</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vocabulary</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connected</w:t>
      </w:r>
      <w:proofErr w:type="spellEnd"/>
      <w:r w:rsidRPr="002F1EE1">
        <w:rPr>
          <w:rFonts w:ascii="Lemonada" w:hAnsi="Lemonada"/>
          <w:sz w:val="28"/>
          <w:szCs w:val="28"/>
          <w:lang w:val="hr-HR"/>
        </w:rPr>
        <w:t xml:space="preserve"> to </w:t>
      </w:r>
      <w:proofErr w:type="spellStart"/>
      <w:r w:rsidRPr="002F1EE1">
        <w:rPr>
          <w:rFonts w:ascii="Lemonada" w:hAnsi="Lemonada"/>
          <w:sz w:val="28"/>
          <w:szCs w:val="28"/>
          <w:lang w:val="hr-HR"/>
        </w:rPr>
        <w:t>quantum</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technology</w:t>
      </w:r>
      <w:proofErr w:type="spellEnd"/>
      <w:r w:rsidRPr="002F1EE1">
        <w:rPr>
          <w:rFonts w:ascii="Lemonada" w:hAnsi="Lemonada"/>
          <w:sz w:val="28"/>
          <w:szCs w:val="28"/>
          <w:lang w:val="hr-HR"/>
        </w:rPr>
        <w:t>.</w:t>
      </w:r>
    </w:p>
    <w:p w14:paraId="16EAC387" w14:textId="77777777" w:rsidR="00414CA9" w:rsidRPr="002F1EE1" w:rsidRDefault="00414CA9" w:rsidP="00414CA9">
      <w:pPr>
        <w:numPr>
          <w:ilvl w:val="0"/>
          <w:numId w:val="20"/>
        </w:numPr>
        <w:rPr>
          <w:rFonts w:ascii="Lemonada" w:hAnsi="Lemonada" w:hint="eastAsia"/>
          <w:sz w:val="28"/>
          <w:szCs w:val="28"/>
          <w:lang w:val="hr-HR"/>
        </w:rPr>
      </w:pPr>
      <w:proofErr w:type="spellStart"/>
      <w:r w:rsidRPr="002F1EE1">
        <w:rPr>
          <w:rFonts w:ascii="Lemonada" w:hAnsi="Lemonada"/>
          <w:sz w:val="28"/>
          <w:szCs w:val="28"/>
          <w:lang w:val="hr-HR"/>
        </w:rPr>
        <w:t>Improve</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reading</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comprehension</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through</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simple</w:t>
      </w:r>
      <w:proofErr w:type="spellEnd"/>
      <w:r w:rsidRPr="002F1EE1">
        <w:rPr>
          <w:rFonts w:ascii="Lemonada" w:hAnsi="Lemonada"/>
          <w:sz w:val="28"/>
          <w:szCs w:val="28"/>
          <w:lang w:val="hr-HR"/>
        </w:rPr>
        <w:t>, future-</w:t>
      </w:r>
      <w:proofErr w:type="spellStart"/>
      <w:r w:rsidRPr="002F1EE1">
        <w:rPr>
          <w:rFonts w:ascii="Lemonada" w:hAnsi="Lemonada"/>
          <w:sz w:val="28"/>
          <w:szCs w:val="28"/>
          <w:lang w:val="hr-HR"/>
        </w:rPr>
        <w:t>oriented</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texts</w:t>
      </w:r>
      <w:proofErr w:type="spellEnd"/>
      <w:r w:rsidRPr="002F1EE1">
        <w:rPr>
          <w:rFonts w:ascii="Lemonada" w:hAnsi="Lemonada"/>
          <w:sz w:val="28"/>
          <w:szCs w:val="28"/>
          <w:lang w:val="hr-HR"/>
        </w:rPr>
        <w:t>.</w:t>
      </w:r>
    </w:p>
    <w:p w14:paraId="780DD66C" w14:textId="77777777" w:rsidR="003940C9" w:rsidRDefault="00414CA9" w:rsidP="003940C9">
      <w:pPr>
        <w:numPr>
          <w:ilvl w:val="0"/>
          <w:numId w:val="20"/>
        </w:numPr>
        <w:rPr>
          <w:rFonts w:ascii="Lemonada" w:hAnsi="Lemonada" w:hint="eastAsia"/>
          <w:sz w:val="28"/>
          <w:szCs w:val="28"/>
          <w:lang w:val="hr-HR"/>
        </w:rPr>
      </w:pPr>
      <w:proofErr w:type="spellStart"/>
      <w:r w:rsidRPr="002F1EE1">
        <w:rPr>
          <w:rFonts w:ascii="Lemonada" w:hAnsi="Lemonada"/>
          <w:sz w:val="28"/>
          <w:szCs w:val="28"/>
          <w:lang w:val="hr-HR"/>
        </w:rPr>
        <w:t>Complete</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matching</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and</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fill-in-the-blank</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tasks</w:t>
      </w:r>
      <w:proofErr w:type="spellEnd"/>
      <w:r w:rsidRPr="002F1EE1">
        <w:rPr>
          <w:rFonts w:ascii="Lemonada" w:hAnsi="Lemonada"/>
          <w:sz w:val="28"/>
          <w:szCs w:val="28"/>
          <w:lang w:val="hr-HR"/>
        </w:rPr>
        <w:t xml:space="preserve"> to </w:t>
      </w:r>
      <w:proofErr w:type="spellStart"/>
      <w:r w:rsidRPr="002F1EE1">
        <w:rPr>
          <w:rFonts w:ascii="Lemonada" w:hAnsi="Lemonada"/>
          <w:sz w:val="28"/>
          <w:szCs w:val="28"/>
          <w:lang w:val="hr-HR"/>
        </w:rPr>
        <w:t>reinforce</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vocabulary</w:t>
      </w:r>
      <w:proofErr w:type="spellEnd"/>
      <w:r w:rsidRPr="002F1EE1">
        <w:rPr>
          <w:rFonts w:ascii="Lemonada" w:hAnsi="Lemonada"/>
          <w:sz w:val="28"/>
          <w:szCs w:val="28"/>
          <w:lang w:val="hr-HR"/>
        </w:rPr>
        <w:t>.</w:t>
      </w:r>
    </w:p>
    <w:p w14:paraId="36A44388" w14:textId="6BC17762" w:rsidR="003940C9" w:rsidRPr="003940C9" w:rsidRDefault="003940C9" w:rsidP="003940C9">
      <w:pPr>
        <w:numPr>
          <w:ilvl w:val="0"/>
          <w:numId w:val="20"/>
        </w:numPr>
        <w:rPr>
          <w:rFonts w:ascii="Lemonada" w:hAnsi="Lemonada" w:hint="eastAsia"/>
          <w:sz w:val="28"/>
          <w:szCs w:val="28"/>
          <w:lang w:val="hr-HR"/>
        </w:rPr>
      </w:pPr>
      <w:r w:rsidRPr="003940C9">
        <w:rPr>
          <w:rFonts w:ascii="Lemonada" w:hAnsi="Lemonada"/>
          <w:sz w:val="28"/>
          <w:szCs w:val="28"/>
        </w:rPr>
        <w:t>Engage in creative and critical thinking by researching and imagining quantum devices for their profession.</w:t>
      </w:r>
    </w:p>
    <w:p w14:paraId="38E36DB1" w14:textId="77777777" w:rsidR="00076838" w:rsidRPr="00076838" w:rsidRDefault="00076838" w:rsidP="00076838">
      <w:pPr>
        <w:rPr>
          <w:rFonts w:ascii="Lemonada" w:hAnsi="Lemonada" w:hint="eastAsia"/>
          <w:b/>
          <w:bCs/>
          <w:sz w:val="28"/>
          <w:szCs w:val="28"/>
          <w:lang w:val="hr-HR"/>
        </w:rPr>
      </w:pPr>
      <w:r w:rsidRPr="00076838">
        <w:rPr>
          <w:rFonts w:ascii="Lemonada" w:hAnsi="Lemonada"/>
          <w:b/>
          <w:bCs/>
          <w:i/>
          <w:iCs/>
          <w:sz w:val="28"/>
          <w:szCs w:val="28"/>
          <w:lang w:val="hr-HR"/>
        </w:rPr>
        <w:t>Student “</w:t>
      </w:r>
      <w:proofErr w:type="spellStart"/>
      <w:r w:rsidRPr="00076838">
        <w:rPr>
          <w:rFonts w:ascii="Lemonada" w:hAnsi="Lemonada"/>
          <w:b/>
          <w:bCs/>
          <w:i/>
          <w:iCs/>
          <w:sz w:val="28"/>
          <w:szCs w:val="28"/>
          <w:lang w:val="hr-HR"/>
        </w:rPr>
        <w:t>Can</w:t>
      </w:r>
      <w:proofErr w:type="spellEnd"/>
      <w:r w:rsidRPr="00076838">
        <w:rPr>
          <w:rFonts w:ascii="Lemonada" w:hAnsi="Lemonada"/>
          <w:b/>
          <w:bCs/>
          <w:i/>
          <w:iCs/>
          <w:sz w:val="28"/>
          <w:szCs w:val="28"/>
          <w:lang w:val="hr-HR"/>
        </w:rPr>
        <w:t xml:space="preserve"> do” </w:t>
      </w:r>
      <w:proofErr w:type="spellStart"/>
      <w:r w:rsidRPr="00076838">
        <w:rPr>
          <w:rFonts w:ascii="Lemonada" w:hAnsi="Lemonada"/>
          <w:b/>
          <w:bCs/>
          <w:i/>
          <w:iCs/>
          <w:sz w:val="28"/>
          <w:szCs w:val="28"/>
          <w:lang w:val="hr-HR"/>
        </w:rPr>
        <w:t>statements</w:t>
      </w:r>
      <w:proofErr w:type="spellEnd"/>
    </w:p>
    <w:p w14:paraId="07F3E85C" w14:textId="77777777" w:rsidR="00076838" w:rsidRPr="00076838" w:rsidRDefault="00076838" w:rsidP="00076838">
      <w:pPr>
        <w:rPr>
          <w:rFonts w:ascii="Lemonada" w:hAnsi="Lemonada" w:hint="eastAsia"/>
          <w:sz w:val="28"/>
          <w:szCs w:val="28"/>
          <w:lang w:val="hr-HR"/>
        </w:rPr>
      </w:pPr>
      <w:proofErr w:type="spellStart"/>
      <w:r w:rsidRPr="00076838">
        <w:rPr>
          <w:rFonts w:ascii="Lemonada" w:hAnsi="Lemonada"/>
          <w:sz w:val="28"/>
          <w:szCs w:val="28"/>
          <w:lang w:val="hr-HR"/>
        </w:rPr>
        <w:t>By</w:t>
      </w:r>
      <w:proofErr w:type="spellEnd"/>
      <w:r w:rsidRPr="00076838">
        <w:rPr>
          <w:rFonts w:ascii="Lemonada" w:hAnsi="Lemonada"/>
          <w:sz w:val="28"/>
          <w:szCs w:val="28"/>
          <w:lang w:val="hr-HR"/>
        </w:rPr>
        <w:t xml:space="preserve"> </w:t>
      </w:r>
      <w:proofErr w:type="spellStart"/>
      <w:r w:rsidRPr="00076838">
        <w:rPr>
          <w:rFonts w:ascii="Lemonada" w:hAnsi="Lemonada"/>
          <w:sz w:val="28"/>
          <w:szCs w:val="28"/>
          <w:lang w:val="hr-HR"/>
        </w:rPr>
        <w:t>the</w:t>
      </w:r>
      <w:proofErr w:type="spellEnd"/>
      <w:r w:rsidRPr="00076838">
        <w:rPr>
          <w:rFonts w:ascii="Lemonada" w:hAnsi="Lemonada"/>
          <w:sz w:val="28"/>
          <w:szCs w:val="28"/>
          <w:lang w:val="hr-HR"/>
        </w:rPr>
        <w:t xml:space="preserve"> </w:t>
      </w:r>
      <w:proofErr w:type="spellStart"/>
      <w:r w:rsidRPr="00076838">
        <w:rPr>
          <w:rFonts w:ascii="Lemonada" w:hAnsi="Lemonada"/>
          <w:sz w:val="28"/>
          <w:szCs w:val="28"/>
          <w:lang w:val="hr-HR"/>
        </w:rPr>
        <w:t>end</w:t>
      </w:r>
      <w:proofErr w:type="spellEnd"/>
      <w:r w:rsidRPr="00076838">
        <w:rPr>
          <w:rFonts w:ascii="Lemonada" w:hAnsi="Lemonada"/>
          <w:sz w:val="28"/>
          <w:szCs w:val="28"/>
          <w:lang w:val="hr-HR"/>
        </w:rPr>
        <w:t xml:space="preserve"> </w:t>
      </w:r>
      <w:proofErr w:type="spellStart"/>
      <w:r w:rsidRPr="00076838">
        <w:rPr>
          <w:rFonts w:ascii="Lemonada" w:hAnsi="Lemonada"/>
          <w:sz w:val="28"/>
          <w:szCs w:val="28"/>
          <w:lang w:val="hr-HR"/>
        </w:rPr>
        <w:t>of</w:t>
      </w:r>
      <w:proofErr w:type="spellEnd"/>
      <w:r w:rsidRPr="00076838">
        <w:rPr>
          <w:rFonts w:ascii="Lemonada" w:hAnsi="Lemonada"/>
          <w:sz w:val="28"/>
          <w:szCs w:val="28"/>
          <w:lang w:val="hr-HR"/>
        </w:rPr>
        <w:t xml:space="preserve"> </w:t>
      </w:r>
      <w:proofErr w:type="spellStart"/>
      <w:r w:rsidRPr="00076838">
        <w:rPr>
          <w:rFonts w:ascii="Lemonada" w:hAnsi="Lemonada"/>
          <w:sz w:val="28"/>
          <w:szCs w:val="28"/>
          <w:lang w:val="hr-HR"/>
        </w:rPr>
        <w:t>this</w:t>
      </w:r>
      <w:proofErr w:type="spellEnd"/>
      <w:r w:rsidRPr="00076838">
        <w:rPr>
          <w:rFonts w:ascii="Lemonada" w:hAnsi="Lemonada"/>
          <w:sz w:val="28"/>
          <w:szCs w:val="28"/>
          <w:lang w:val="hr-HR"/>
        </w:rPr>
        <w:t xml:space="preserve"> </w:t>
      </w:r>
      <w:proofErr w:type="spellStart"/>
      <w:r w:rsidRPr="00076838">
        <w:rPr>
          <w:rFonts w:ascii="Lemonada" w:hAnsi="Lemonada"/>
          <w:sz w:val="28"/>
          <w:szCs w:val="28"/>
          <w:lang w:val="hr-HR"/>
        </w:rPr>
        <w:t>lesson</w:t>
      </w:r>
      <w:proofErr w:type="spellEnd"/>
      <w:r w:rsidRPr="00076838">
        <w:rPr>
          <w:rFonts w:ascii="Lemonada" w:hAnsi="Lemonada"/>
          <w:sz w:val="28"/>
          <w:szCs w:val="28"/>
          <w:lang w:val="hr-HR"/>
        </w:rPr>
        <w:t xml:space="preserve">, I </w:t>
      </w:r>
      <w:proofErr w:type="spellStart"/>
      <w:r w:rsidRPr="00076838">
        <w:rPr>
          <w:rFonts w:ascii="Lemonada" w:hAnsi="Lemonada"/>
          <w:sz w:val="28"/>
          <w:szCs w:val="28"/>
          <w:lang w:val="hr-HR"/>
        </w:rPr>
        <w:t>can</w:t>
      </w:r>
      <w:proofErr w:type="spellEnd"/>
      <w:r w:rsidRPr="00076838">
        <w:rPr>
          <w:rFonts w:ascii="Lemonada" w:hAnsi="Lemonada"/>
          <w:sz w:val="28"/>
          <w:szCs w:val="28"/>
          <w:lang w:val="hr-HR"/>
        </w:rPr>
        <w:t>:</w:t>
      </w:r>
    </w:p>
    <w:p w14:paraId="3325C8B8" w14:textId="77777777" w:rsidR="00076838" w:rsidRPr="00076838" w:rsidRDefault="00076838" w:rsidP="00076838">
      <w:pPr>
        <w:numPr>
          <w:ilvl w:val="0"/>
          <w:numId w:val="32"/>
        </w:numPr>
        <w:rPr>
          <w:rFonts w:ascii="Lemonada" w:hAnsi="Lemonada" w:hint="eastAsia"/>
          <w:sz w:val="28"/>
          <w:szCs w:val="28"/>
          <w:lang w:val="hr-HR"/>
        </w:rPr>
      </w:pPr>
      <w:r w:rsidRPr="00076838">
        <w:rPr>
          <w:rFonts w:ascii="Lemonada" w:hAnsi="Lemonada"/>
          <w:sz w:val="28"/>
          <w:szCs w:val="28"/>
          <w:lang w:val="hr-HR"/>
        </w:rPr>
        <w:t xml:space="preserve">talk </w:t>
      </w:r>
      <w:proofErr w:type="spellStart"/>
      <w:r w:rsidRPr="00076838">
        <w:rPr>
          <w:rFonts w:ascii="Lemonada" w:hAnsi="Lemonada"/>
          <w:sz w:val="28"/>
          <w:szCs w:val="28"/>
          <w:lang w:val="hr-HR"/>
        </w:rPr>
        <w:t>about</w:t>
      </w:r>
      <w:proofErr w:type="spellEnd"/>
      <w:r w:rsidRPr="00076838">
        <w:rPr>
          <w:rFonts w:ascii="Lemonada" w:hAnsi="Lemonada"/>
          <w:sz w:val="28"/>
          <w:szCs w:val="28"/>
          <w:lang w:val="hr-HR"/>
        </w:rPr>
        <w:t xml:space="preserve"> how </w:t>
      </w:r>
      <w:proofErr w:type="spellStart"/>
      <w:r w:rsidRPr="00076838">
        <w:rPr>
          <w:rFonts w:ascii="Lemonada" w:hAnsi="Lemonada"/>
          <w:sz w:val="28"/>
          <w:szCs w:val="28"/>
          <w:lang w:val="hr-HR"/>
        </w:rPr>
        <w:t>technology</w:t>
      </w:r>
      <w:proofErr w:type="spellEnd"/>
      <w:r w:rsidRPr="00076838">
        <w:rPr>
          <w:rFonts w:ascii="Lemonada" w:hAnsi="Lemonada"/>
          <w:sz w:val="28"/>
          <w:szCs w:val="28"/>
          <w:lang w:val="hr-HR"/>
        </w:rPr>
        <w:t xml:space="preserve"> </w:t>
      </w:r>
      <w:proofErr w:type="spellStart"/>
      <w:r w:rsidRPr="00076838">
        <w:rPr>
          <w:rFonts w:ascii="Lemonada" w:hAnsi="Lemonada"/>
          <w:sz w:val="28"/>
          <w:szCs w:val="28"/>
          <w:lang w:val="hr-HR"/>
        </w:rPr>
        <w:t>might</w:t>
      </w:r>
      <w:proofErr w:type="spellEnd"/>
      <w:r w:rsidRPr="00076838">
        <w:rPr>
          <w:rFonts w:ascii="Lemonada" w:hAnsi="Lemonada"/>
          <w:sz w:val="28"/>
          <w:szCs w:val="28"/>
          <w:lang w:val="hr-HR"/>
        </w:rPr>
        <w:t xml:space="preserve"> </w:t>
      </w:r>
      <w:proofErr w:type="spellStart"/>
      <w:r w:rsidRPr="00076838">
        <w:rPr>
          <w:rFonts w:ascii="Lemonada" w:hAnsi="Lemonada"/>
          <w:sz w:val="28"/>
          <w:szCs w:val="28"/>
          <w:lang w:val="hr-HR"/>
        </w:rPr>
        <w:t>change</w:t>
      </w:r>
      <w:proofErr w:type="spellEnd"/>
      <w:r w:rsidRPr="00076838">
        <w:rPr>
          <w:rFonts w:ascii="Lemonada" w:hAnsi="Lemonada"/>
          <w:sz w:val="28"/>
          <w:szCs w:val="28"/>
          <w:lang w:val="hr-HR"/>
        </w:rPr>
        <w:t xml:space="preserve"> </w:t>
      </w:r>
      <w:proofErr w:type="spellStart"/>
      <w:r w:rsidRPr="00076838">
        <w:rPr>
          <w:rFonts w:ascii="Lemonada" w:hAnsi="Lemonada"/>
          <w:sz w:val="28"/>
          <w:szCs w:val="28"/>
          <w:lang w:val="hr-HR"/>
        </w:rPr>
        <w:t>my</w:t>
      </w:r>
      <w:proofErr w:type="spellEnd"/>
      <w:r w:rsidRPr="00076838">
        <w:rPr>
          <w:rFonts w:ascii="Lemonada" w:hAnsi="Lemonada"/>
          <w:sz w:val="28"/>
          <w:szCs w:val="28"/>
          <w:lang w:val="hr-HR"/>
        </w:rPr>
        <w:t xml:space="preserve"> future </w:t>
      </w:r>
      <w:proofErr w:type="spellStart"/>
      <w:r w:rsidRPr="00076838">
        <w:rPr>
          <w:rFonts w:ascii="Lemonada" w:hAnsi="Lemonada"/>
          <w:sz w:val="28"/>
          <w:szCs w:val="28"/>
          <w:lang w:val="hr-HR"/>
        </w:rPr>
        <w:t>job</w:t>
      </w:r>
      <w:proofErr w:type="spellEnd"/>
      <w:r w:rsidRPr="00076838">
        <w:rPr>
          <w:rFonts w:ascii="Lemonada" w:hAnsi="Lemonada"/>
          <w:sz w:val="28"/>
          <w:szCs w:val="28"/>
          <w:lang w:val="hr-HR"/>
        </w:rPr>
        <w:t>,</w:t>
      </w:r>
    </w:p>
    <w:p w14:paraId="4B9216A1" w14:textId="77777777" w:rsidR="00076838" w:rsidRPr="00076838" w:rsidRDefault="00076838" w:rsidP="00076838">
      <w:pPr>
        <w:numPr>
          <w:ilvl w:val="0"/>
          <w:numId w:val="32"/>
        </w:numPr>
        <w:rPr>
          <w:rFonts w:ascii="Lemonada" w:hAnsi="Lemonada" w:hint="eastAsia"/>
          <w:sz w:val="28"/>
          <w:szCs w:val="28"/>
          <w:lang w:val="hr-HR"/>
        </w:rPr>
      </w:pPr>
      <w:proofErr w:type="spellStart"/>
      <w:r w:rsidRPr="00076838">
        <w:rPr>
          <w:rFonts w:ascii="Lemonada" w:hAnsi="Lemonada"/>
          <w:sz w:val="28"/>
          <w:szCs w:val="28"/>
          <w:lang w:val="hr-HR"/>
        </w:rPr>
        <w:lastRenderedPageBreak/>
        <w:t>understand</w:t>
      </w:r>
      <w:proofErr w:type="spellEnd"/>
      <w:r w:rsidRPr="00076838">
        <w:rPr>
          <w:rFonts w:ascii="Lemonada" w:hAnsi="Lemonada"/>
          <w:sz w:val="28"/>
          <w:szCs w:val="28"/>
          <w:lang w:val="hr-HR"/>
        </w:rPr>
        <w:t xml:space="preserve"> </w:t>
      </w:r>
      <w:proofErr w:type="spellStart"/>
      <w:r w:rsidRPr="00076838">
        <w:rPr>
          <w:rFonts w:ascii="Lemonada" w:hAnsi="Lemonada"/>
          <w:sz w:val="28"/>
          <w:szCs w:val="28"/>
          <w:lang w:val="hr-HR"/>
        </w:rPr>
        <w:t>and</w:t>
      </w:r>
      <w:proofErr w:type="spellEnd"/>
      <w:r w:rsidRPr="00076838">
        <w:rPr>
          <w:rFonts w:ascii="Lemonada" w:hAnsi="Lemonada"/>
          <w:sz w:val="28"/>
          <w:szCs w:val="28"/>
          <w:lang w:val="hr-HR"/>
        </w:rPr>
        <w:t xml:space="preserve"> use </w:t>
      </w:r>
      <w:proofErr w:type="spellStart"/>
      <w:r w:rsidRPr="00076838">
        <w:rPr>
          <w:rFonts w:ascii="Lemonada" w:hAnsi="Lemonada"/>
          <w:sz w:val="28"/>
          <w:szCs w:val="28"/>
          <w:lang w:val="hr-HR"/>
        </w:rPr>
        <w:t>new</w:t>
      </w:r>
      <w:proofErr w:type="spellEnd"/>
      <w:r w:rsidRPr="00076838">
        <w:rPr>
          <w:rFonts w:ascii="Lemonada" w:hAnsi="Lemonada"/>
          <w:sz w:val="28"/>
          <w:szCs w:val="28"/>
          <w:lang w:val="hr-HR"/>
        </w:rPr>
        <w:t xml:space="preserve"> </w:t>
      </w:r>
      <w:proofErr w:type="spellStart"/>
      <w:r w:rsidRPr="00076838">
        <w:rPr>
          <w:rFonts w:ascii="Lemonada" w:hAnsi="Lemonada"/>
          <w:sz w:val="28"/>
          <w:szCs w:val="28"/>
          <w:lang w:val="hr-HR"/>
        </w:rPr>
        <w:t>job-related</w:t>
      </w:r>
      <w:proofErr w:type="spellEnd"/>
      <w:r w:rsidRPr="00076838">
        <w:rPr>
          <w:rFonts w:ascii="Lemonada" w:hAnsi="Lemonada"/>
          <w:sz w:val="28"/>
          <w:szCs w:val="28"/>
          <w:lang w:val="hr-HR"/>
        </w:rPr>
        <w:t xml:space="preserve"> </w:t>
      </w:r>
      <w:proofErr w:type="spellStart"/>
      <w:r w:rsidRPr="00076838">
        <w:rPr>
          <w:rFonts w:ascii="Lemonada" w:hAnsi="Lemonada"/>
          <w:sz w:val="28"/>
          <w:szCs w:val="28"/>
          <w:lang w:val="hr-HR"/>
        </w:rPr>
        <w:t>words</w:t>
      </w:r>
      <w:proofErr w:type="spellEnd"/>
      <w:r w:rsidRPr="00076838">
        <w:rPr>
          <w:rFonts w:ascii="Lemonada" w:hAnsi="Lemonada"/>
          <w:sz w:val="28"/>
          <w:szCs w:val="28"/>
          <w:lang w:val="hr-HR"/>
        </w:rPr>
        <w:t>,</w:t>
      </w:r>
    </w:p>
    <w:p w14:paraId="3E7B0BE2" w14:textId="77777777" w:rsidR="00076838" w:rsidRDefault="00076838" w:rsidP="00076838">
      <w:pPr>
        <w:numPr>
          <w:ilvl w:val="0"/>
          <w:numId w:val="32"/>
        </w:numPr>
        <w:rPr>
          <w:rFonts w:ascii="Lemonada" w:hAnsi="Lemonada" w:hint="eastAsia"/>
          <w:sz w:val="28"/>
          <w:szCs w:val="28"/>
          <w:lang w:val="hr-HR"/>
        </w:rPr>
      </w:pPr>
      <w:proofErr w:type="spellStart"/>
      <w:r w:rsidRPr="00076838">
        <w:rPr>
          <w:rFonts w:ascii="Lemonada" w:hAnsi="Lemonada"/>
          <w:sz w:val="28"/>
          <w:szCs w:val="28"/>
          <w:lang w:val="hr-HR"/>
        </w:rPr>
        <w:t>imagine</w:t>
      </w:r>
      <w:proofErr w:type="spellEnd"/>
      <w:r w:rsidRPr="00076838">
        <w:rPr>
          <w:rFonts w:ascii="Lemonada" w:hAnsi="Lemonada"/>
          <w:sz w:val="28"/>
          <w:szCs w:val="28"/>
          <w:lang w:val="hr-HR"/>
        </w:rPr>
        <w:t xml:space="preserve"> </w:t>
      </w:r>
      <w:proofErr w:type="spellStart"/>
      <w:r w:rsidRPr="00076838">
        <w:rPr>
          <w:rFonts w:ascii="Lemonada" w:hAnsi="Lemonada"/>
          <w:sz w:val="28"/>
          <w:szCs w:val="28"/>
          <w:lang w:val="hr-HR"/>
        </w:rPr>
        <w:t>and</w:t>
      </w:r>
      <w:proofErr w:type="spellEnd"/>
      <w:r w:rsidRPr="00076838">
        <w:rPr>
          <w:rFonts w:ascii="Lemonada" w:hAnsi="Lemonada"/>
          <w:sz w:val="28"/>
          <w:szCs w:val="28"/>
          <w:lang w:val="hr-HR"/>
        </w:rPr>
        <w:t xml:space="preserve"> </w:t>
      </w:r>
      <w:proofErr w:type="spellStart"/>
      <w:r w:rsidRPr="00076838">
        <w:rPr>
          <w:rFonts w:ascii="Lemonada" w:hAnsi="Lemonada"/>
          <w:sz w:val="28"/>
          <w:szCs w:val="28"/>
          <w:lang w:val="hr-HR"/>
        </w:rPr>
        <w:t>describe</w:t>
      </w:r>
      <w:proofErr w:type="spellEnd"/>
      <w:r w:rsidRPr="00076838">
        <w:rPr>
          <w:rFonts w:ascii="Lemonada" w:hAnsi="Lemonada"/>
          <w:sz w:val="28"/>
          <w:szCs w:val="28"/>
          <w:lang w:val="hr-HR"/>
        </w:rPr>
        <w:t xml:space="preserve"> a </w:t>
      </w:r>
      <w:proofErr w:type="spellStart"/>
      <w:r w:rsidRPr="00076838">
        <w:rPr>
          <w:rFonts w:ascii="Lemonada" w:hAnsi="Lemonada"/>
          <w:sz w:val="28"/>
          <w:szCs w:val="28"/>
          <w:lang w:val="hr-HR"/>
        </w:rPr>
        <w:t>quantum</w:t>
      </w:r>
      <w:proofErr w:type="spellEnd"/>
      <w:r w:rsidRPr="00076838">
        <w:rPr>
          <w:rFonts w:ascii="Lemonada" w:hAnsi="Lemonada"/>
          <w:sz w:val="28"/>
          <w:szCs w:val="28"/>
          <w:lang w:val="hr-HR"/>
        </w:rPr>
        <w:t xml:space="preserve"> </w:t>
      </w:r>
      <w:proofErr w:type="spellStart"/>
      <w:r w:rsidRPr="00076838">
        <w:rPr>
          <w:rFonts w:ascii="Lemonada" w:hAnsi="Lemonada"/>
          <w:sz w:val="28"/>
          <w:szCs w:val="28"/>
          <w:lang w:val="hr-HR"/>
        </w:rPr>
        <w:t>device</w:t>
      </w:r>
      <w:proofErr w:type="spellEnd"/>
      <w:r w:rsidRPr="00076838">
        <w:rPr>
          <w:rFonts w:ascii="Lemonada" w:hAnsi="Lemonada"/>
          <w:sz w:val="28"/>
          <w:szCs w:val="28"/>
          <w:lang w:val="hr-HR"/>
        </w:rPr>
        <w:t xml:space="preserve"> for </w:t>
      </w:r>
      <w:proofErr w:type="spellStart"/>
      <w:r w:rsidRPr="00076838">
        <w:rPr>
          <w:rFonts w:ascii="Lemonada" w:hAnsi="Lemonada"/>
          <w:sz w:val="28"/>
          <w:szCs w:val="28"/>
          <w:lang w:val="hr-HR"/>
        </w:rPr>
        <w:t>my</w:t>
      </w:r>
      <w:proofErr w:type="spellEnd"/>
      <w:r w:rsidRPr="00076838">
        <w:rPr>
          <w:rFonts w:ascii="Lemonada" w:hAnsi="Lemonada"/>
          <w:sz w:val="28"/>
          <w:szCs w:val="28"/>
          <w:lang w:val="hr-HR"/>
        </w:rPr>
        <w:t xml:space="preserve"> </w:t>
      </w:r>
      <w:proofErr w:type="spellStart"/>
      <w:r w:rsidRPr="00076838">
        <w:rPr>
          <w:rFonts w:ascii="Lemonada" w:hAnsi="Lemonada"/>
          <w:sz w:val="28"/>
          <w:szCs w:val="28"/>
          <w:lang w:val="hr-HR"/>
        </w:rPr>
        <w:t>profession</w:t>
      </w:r>
      <w:proofErr w:type="spellEnd"/>
      <w:r w:rsidRPr="00076838">
        <w:rPr>
          <w:rFonts w:ascii="Lemonada" w:hAnsi="Lemonada"/>
          <w:sz w:val="28"/>
          <w:szCs w:val="28"/>
          <w:lang w:val="hr-HR"/>
        </w:rPr>
        <w:t>.</w:t>
      </w:r>
    </w:p>
    <w:p w14:paraId="6A005C4D" w14:textId="77777777" w:rsidR="003940C9" w:rsidRPr="00076838" w:rsidRDefault="003940C9" w:rsidP="003940C9">
      <w:pPr>
        <w:rPr>
          <w:rFonts w:ascii="Lemonada" w:hAnsi="Lemonada" w:hint="eastAsia"/>
          <w:sz w:val="28"/>
          <w:szCs w:val="28"/>
          <w:lang w:val="hr-HR"/>
        </w:rPr>
      </w:pPr>
    </w:p>
    <w:p w14:paraId="248D0A90" w14:textId="77777777" w:rsidR="00076838" w:rsidRPr="002F1EE1" w:rsidRDefault="00076838" w:rsidP="00076838">
      <w:pPr>
        <w:rPr>
          <w:rFonts w:ascii="Lemonada" w:hAnsi="Lemonada" w:hint="eastAsia"/>
          <w:sz w:val="28"/>
          <w:szCs w:val="28"/>
          <w:lang w:val="hr-HR"/>
        </w:rPr>
      </w:pPr>
    </w:p>
    <w:p w14:paraId="5AB90D01" w14:textId="35BB3D76" w:rsidR="00414CA9" w:rsidRPr="002F1EE1" w:rsidRDefault="00414CA9" w:rsidP="00414CA9">
      <w:pPr>
        <w:rPr>
          <w:rFonts w:ascii="Lemonada" w:hAnsi="Lemonada" w:hint="eastAsia"/>
          <w:sz w:val="28"/>
          <w:szCs w:val="28"/>
          <w:lang w:val="hr-HR"/>
        </w:rPr>
      </w:pPr>
    </w:p>
    <w:p w14:paraId="0834BE87" w14:textId="199B5A2E" w:rsidR="00414CA9" w:rsidRPr="002F1EE1" w:rsidRDefault="00414CA9" w:rsidP="00414CA9">
      <w:pPr>
        <w:rPr>
          <w:rFonts w:ascii="Lemonada" w:hAnsi="Lemonada" w:hint="eastAsia"/>
          <w:b/>
          <w:bCs/>
          <w:sz w:val="28"/>
          <w:szCs w:val="28"/>
          <w:lang w:val="hr-HR"/>
        </w:rPr>
      </w:pPr>
      <w:proofErr w:type="spellStart"/>
      <w:r w:rsidRPr="002F1EE1">
        <w:rPr>
          <w:rFonts w:ascii="Lemonada" w:hAnsi="Lemonada"/>
          <w:b/>
          <w:bCs/>
          <w:sz w:val="28"/>
          <w:szCs w:val="28"/>
          <w:lang w:val="hr-HR"/>
        </w:rPr>
        <w:t>Warm-up</w:t>
      </w:r>
      <w:proofErr w:type="spellEnd"/>
      <w:r w:rsidRPr="002F1EE1">
        <w:rPr>
          <w:rFonts w:ascii="Lemonada" w:hAnsi="Lemonada"/>
          <w:b/>
          <w:bCs/>
          <w:sz w:val="28"/>
          <w:szCs w:val="28"/>
          <w:lang w:val="hr-HR"/>
        </w:rPr>
        <w:t xml:space="preserve"> (10 min)</w:t>
      </w:r>
    </w:p>
    <w:p w14:paraId="6A7DE861" w14:textId="77777777" w:rsidR="00414CA9" w:rsidRPr="002F1EE1" w:rsidRDefault="00414CA9" w:rsidP="00414CA9">
      <w:pPr>
        <w:rPr>
          <w:rFonts w:ascii="Lemonada" w:hAnsi="Lemonada" w:hint="eastAsia"/>
          <w:sz w:val="28"/>
          <w:szCs w:val="28"/>
          <w:lang w:val="hr-HR"/>
        </w:rPr>
      </w:pPr>
      <w:proofErr w:type="spellStart"/>
      <w:r w:rsidRPr="002F1EE1">
        <w:rPr>
          <w:rFonts w:ascii="Lemonada" w:hAnsi="Lemonada"/>
          <w:b/>
          <w:bCs/>
          <w:sz w:val="28"/>
          <w:szCs w:val="28"/>
          <w:lang w:val="hr-HR"/>
        </w:rPr>
        <w:t>Goal</w:t>
      </w:r>
      <w:proofErr w:type="spellEnd"/>
      <w:r w:rsidRPr="002F1EE1">
        <w:rPr>
          <w:rFonts w:ascii="Lemonada" w:hAnsi="Lemonada"/>
          <w:b/>
          <w:bCs/>
          <w:sz w:val="28"/>
          <w:szCs w:val="28"/>
          <w:lang w:val="hr-HR"/>
        </w:rPr>
        <w:t>:</w:t>
      </w:r>
      <w:r w:rsidRPr="002F1EE1">
        <w:rPr>
          <w:rFonts w:ascii="Lemonada" w:hAnsi="Lemonada"/>
          <w:sz w:val="28"/>
          <w:szCs w:val="28"/>
          <w:lang w:val="hr-HR"/>
        </w:rPr>
        <w:t xml:space="preserve"> </w:t>
      </w:r>
      <w:proofErr w:type="spellStart"/>
      <w:r w:rsidRPr="002F1EE1">
        <w:rPr>
          <w:rFonts w:ascii="Lemonada" w:hAnsi="Lemonada"/>
          <w:sz w:val="28"/>
          <w:szCs w:val="28"/>
          <w:lang w:val="hr-HR"/>
        </w:rPr>
        <w:t>Build</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background</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knowledge</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and</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interest</w:t>
      </w:r>
      <w:proofErr w:type="spellEnd"/>
      <w:r w:rsidRPr="002F1EE1">
        <w:rPr>
          <w:rFonts w:ascii="Lemonada" w:hAnsi="Lemonada"/>
          <w:sz w:val="28"/>
          <w:szCs w:val="28"/>
          <w:lang w:val="hr-HR"/>
        </w:rPr>
        <w:t>.</w:t>
      </w:r>
    </w:p>
    <w:p w14:paraId="00D80C63" w14:textId="77777777" w:rsidR="00CA3727" w:rsidRPr="002F1EE1" w:rsidRDefault="00414CA9" w:rsidP="00414CA9">
      <w:pPr>
        <w:rPr>
          <w:rFonts w:ascii="Lemonada" w:hAnsi="Lemonada" w:hint="eastAsia"/>
          <w:b/>
          <w:bCs/>
          <w:sz w:val="28"/>
          <w:szCs w:val="28"/>
          <w:lang w:val="hr-HR"/>
        </w:rPr>
      </w:pPr>
      <w:proofErr w:type="spellStart"/>
      <w:r w:rsidRPr="002F1EE1">
        <w:rPr>
          <w:rFonts w:ascii="Lemonada" w:hAnsi="Lemonada"/>
          <w:b/>
          <w:bCs/>
          <w:sz w:val="28"/>
          <w:szCs w:val="28"/>
          <w:lang w:val="hr-HR"/>
        </w:rPr>
        <w:t>Step</w:t>
      </w:r>
      <w:proofErr w:type="spellEnd"/>
      <w:r w:rsidRPr="002F1EE1">
        <w:rPr>
          <w:rFonts w:ascii="Lemonada" w:hAnsi="Lemonada"/>
          <w:b/>
          <w:bCs/>
          <w:sz w:val="28"/>
          <w:szCs w:val="28"/>
          <w:lang w:val="hr-HR"/>
        </w:rPr>
        <w:t xml:space="preserve"> 1 – </w:t>
      </w:r>
      <w:proofErr w:type="spellStart"/>
      <w:r w:rsidRPr="002F1EE1">
        <w:rPr>
          <w:rFonts w:ascii="Lemonada" w:hAnsi="Lemonada"/>
          <w:b/>
          <w:bCs/>
          <w:sz w:val="28"/>
          <w:szCs w:val="28"/>
          <w:lang w:val="hr-HR"/>
        </w:rPr>
        <w:t>Visual</w:t>
      </w:r>
      <w:proofErr w:type="spellEnd"/>
      <w:r w:rsidRPr="002F1EE1">
        <w:rPr>
          <w:rFonts w:ascii="Lemonada" w:hAnsi="Lemonada"/>
          <w:b/>
          <w:bCs/>
          <w:sz w:val="28"/>
          <w:szCs w:val="28"/>
          <w:lang w:val="hr-HR"/>
        </w:rPr>
        <w:t xml:space="preserve"> </w:t>
      </w:r>
      <w:proofErr w:type="spellStart"/>
      <w:r w:rsidRPr="002F1EE1">
        <w:rPr>
          <w:rFonts w:ascii="Lemonada" w:hAnsi="Lemonada"/>
          <w:b/>
          <w:bCs/>
          <w:sz w:val="28"/>
          <w:szCs w:val="28"/>
          <w:lang w:val="hr-HR"/>
        </w:rPr>
        <w:t>Hook</w:t>
      </w:r>
      <w:proofErr w:type="spellEnd"/>
      <w:r w:rsidRPr="002F1EE1">
        <w:rPr>
          <w:rFonts w:ascii="Lemonada" w:hAnsi="Lemonada"/>
          <w:b/>
          <w:bCs/>
          <w:sz w:val="28"/>
          <w:szCs w:val="28"/>
          <w:lang w:val="hr-HR"/>
        </w:rPr>
        <w:t xml:space="preserve"> (2 min)</w:t>
      </w:r>
    </w:p>
    <w:p w14:paraId="7B48B8F0" w14:textId="0048B86E" w:rsidR="00414CA9" w:rsidRPr="002F1EE1" w:rsidRDefault="00414CA9" w:rsidP="00414CA9">
      <w:pPr>
        <w:rPr>
          <w:rFonts w:ascii="Lemonada" w:hAnsi="Lemonada" w:hint="eastAsia"/>
          <w:sz w:val="28"/>
          <w:szCs w:val="28"/>
          <w:lang w:val="hr-HR"/>
        </w:rPr>
      </w:pPr>
      <w:r w:rsidRPr="002F1EE1">
        <w:rPr>
          <w:rFonts w:ascii="Lemonada" w:hAnsi="Lemonada"/>
          <w:sz w:val="28"/>
          <w:szCs w:val="28"/>
          <w:lang w:val="hr-HR"/>
        </w:rPr>
        <w:br/>
        <w:t xml:space="preserve">Show </w:t>
      </w:r>
      <w:r w:rsidRPr="002F1EE1">
        <w:rPr>
          <w:rFonts w:ascii="Lemonada" w:hAnsi="Lemonada"/>
          <w:b/>
          <w:bCs/>
          <w:sz w:val="28"/>
          <w:szCs w:val="28"/>
          <w:lang w:val="hr-HR"/>
        </w:rPr>
        <w:t xml:space="preserve">3 </w:t>
      </w:r>
      <w:proofErr w:type="spellStart"/>
      <w:r w:rsidRPr="002F1EE1">
        <w:rPr>
          <w:rFonts w:ascii="Lemonada" w:hAnsi="Lemonada"/>
          <w:b/>
          <w:bCs/>
          <w:sz w:val="28"/>
          <w:szCs w:val="28"/>
          <w:lang w:val="hr-HR"/>
        </w:rPr>
        <w:t>pictures</w:t>
      </w:r>
      <w:proofErr w:type="spellEnd"/>
      <w:r w:rsidRPr="002F1EE1">
        <w:rPr>
          <w:rFonts w:ascii="Lemonada" w:hAnsi="Lemonada"/>
          <w:b/>
          <w:bCs/>
          <w:sz w:val="28"/>
          <w:szCs w:val="28"/>
          <w:lang w:val="hr-HR"/>
        </w:rPr>
        <w:t xml:space="preserve"> </w:t>
      </w:r>
      <w:proofErr w:type="spellStart"/>
      <w:r w:rsidRPr="002F1EE1">
        <w:rPr>
          <w:rFonts w:ascii="Lemonada" w:hAnsi="Lemonada"/>
          <w:b/>
          <w:bCs/>
          <w:sz w:val="28"/>
          <w:szCs w:val="28"/>
          <w:lang w:val="hr-HR"/>
        </w:rPr>
        <w:t>or</w:t>
      </w:r>
      <w:proofErr w:type="spellEnd"/>
      <w:r w:rsidRPr="002F1EE1">
        <w:rPr>
          <w:rFonts w:ascii="Lemonada" w:hAnsi="Lemonada"/>
          <w:b/>
          <w:bCs/>
          <w:sz w:val="28"/>
          <w:szCs w:val="28"/>
          <w:lang w:val="hr-HR"/>
        </w:rPr>
        <w:t xml:space="preserve"> short </w:t>
      </w:r>
      <w:proofErr w:type="spellStart"/>
      <w:r w:rsidRPr="002F1EE1">
        <w:rPr>
          <w:rFonts w:ascii="Lemonada" w:hAnsi="Lemonada"/>
          <w:b/>
          <w:bCs/>
          <w:sz w:val="28"/>
          <w:szCs w:val="28"/>
          <w:lang w:val="hr-HR"/>
        </w:rPr>
        <w:t>videos</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can</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be</w:t>
      </w:r>
      <w:proofErr w:type="spellEnd"/>
      <w:r w:rsidRPr="002F1EE1">
        <w:rPr>
          <w:rFonts w:ascii="Lemonada" w:hAnsi="Lemonada"/>
          <w:sz w:val="28"/>
          <w:szCs w:val="28"/>
          <w:lang w:val="hr-HR"/>
        </w:rPr>
        <w:t xml:space="preserve"> on </w:t>
      </w:r>
      <w:proofErr w:type="spellStart"/>
      <w:r w:rsidRPr="002F1EE1">
        <w:rPr>
          <w:rFonts w:ascii="Lemonada" w:hAnsi="Lemonada"/>
          <w:sz w:val="28"/>
          <w:szCs w:val="28"/>
          <w:lang w:val="hr-HR"/>
        </w:rPr>
        <w:t>slides</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or</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printed</w:t>
      </w:r>
      <w:proofErr w:type="spellEnd"/>
      <w:r w:rsidRPr="002F1EE1">
        <w:rPr>
          <w:rFonts w:ascii="Lemonada" w:hAnsi="Lemonada"/>
          <w:sz w:val="28"/>
          <w:szCs w:val="28"/>
          <w:lang w:val="hr-HR"/>
        </w:rPr>
        <w:t>):</w:t>
      </w:r>
    </w:p>
    <w:p w14:paraId="2FEBB803" w14:textId="7470FE18" w:rsidR="00414CA9" w:rsidRPr="002F1EE1" w:rsidRDefault="00414CA9" w:rsidP="00CA3727">
      <w:pPr>
        <w:ind w:left="720"/>
        <w:rPr>
          <w:rFonts w:ascii="Lemonada" w:hAnsi="Lemonada" w:hint="eastAsia"/>
          <w:sz w:val="28"/>
          <w:szCs w:val="28"/>
          <w:lang w:val="hr-HR"/>
        </w:rPr>
      </w:pPr>
    </w:p>
    <w:p w14:paraId="1D6AFE4B" w14:textId="185EB2C0" w:rsidR="005348DD" w:rsidRPr="002F1EE1" w:rsidRDefault="005348DD" w:rsidP="005348DD">
      <w:pPr>
        <w:ind w:left="720"/>
        <w:rPr>
          <w:rFonts w:ascii="Lemonada" w:hAnsi="Lemonada" w:hint="eastAsia"/>
          <w:sz w:val="28"/>
          <w:szCs w:val="28"/>
          <w:lang w:val="hr-HR"/>
        </w:rPr>
      </w:pPr>
      <w:r w:rsidRPr="002F1EE1">
        <w:rPr>
          <w:rFonts w:ascii="Lemonada" w:hAnsi="Lemonada"/>
          <w:noProof/>
          <w:sz w:val="28"/>
          <w:szCs w:val="28"/>
          <w:lang w:val="hr-HR"/>
        </w:rPr>
        <w:drawing>
          <wp:inline distT="0" distB="0" distL="0" distR="0" wp14:anchorId="536F02FE" wp14:editId="5EF536EB">
            <wp:extent cx="1630885" cy="1224296"/>
            <wp:effectExtent l="0" t="0" r="7620" b="0"/>
            <wp:docPr id="1969630039" name="Slika 1" descr="Slika na kojoj se prikazuje stolnjaci i ubrusi, obrok, Kuhinja, hran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30039" name="Slika 1" descr="Slika na kojoj se prikazuje stolnjaci i ubrusi, obrok, Kuhinja, hrana&#10;&#10;Sadržaj generiran uz AI možda nije točan."/>
                    <pic:cNvPicPr/>
                  </pic:nvPicPr>
                  <pic:blipFill>
                    <a:blip r:embed="rId6"/>
                    <a:stretch>
                      <a:fillRect/>
                    </a:stretch>
                  </pic:blipFill>
                  <pic:spPr>
                    <a:xfrm>
                      <a:off x="0" y="0"/>
                      <a:ext cx="1656274" cy="1243356"/>
                    </a:xfrm>
                    <a:prstGeom prst="rect">
                      <a:avLst/>
                    </a:prstGeom>
                  </pic:spPr>
                </pic:pic>
              </a:graphicData>
            </a:graphic>
          </wp:inline>
        </w:drawing>
      </w:r>
      <w:r w:rsidR="00CA3727" w:rsidRPr="002F1EE1">
        <w:rPr>
          <w:rFonts w:ascii="Lemonada" w:hAnsi="Lemonada"/>
          <w:sz w:val="28"/>
          <w:szCs w:val="28"/>
          <w:lang w:val="hr-HR"/>
        </w:rPr>
        <w:t xml:space="preserve">  </w:t>
      </w:r>
      <w:r w:rsidR="00CA3727" w:rsidRPr="002F1EE1">
        <w:rPr>
          <w:rFonts w:ascii="Lemonada" w:hAnsi="Lemonada"/>
          <w:noProof/>
          <w:sz w:val="28"/>
          <w:szCs w:val="28"/>
          <w:lang w:val="hr-HR"/>
        </w:rPr>
        <w:drawing>
          <wp:inline distT="0" distB="0" distL="0" distR="0" wp14:anchorId="70A1D9DE" wp14:editId="4C23EF2C">
            <wp:extent cx="1368679" cy="1116330"/>
            <wp:effectExtent l="171450" t="171450" r="193675" b="179070"/>
            <wp:docPr id="1952400239" name="Slika 1" descr="Slika na kojoj se prikazuje tekst, snimka zaslona, dizajn, kuć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00239" name="Slika 1" descr="Slika na kojoj se prikazuje tekst, snimka zaslona, dizajn, kuća&#10;&#10;Sadržaj generiran uz AI možda nije točan."/>
                    <pic:cNvPicPr/>
                  </pic:nvPicPr>
                  <pic:blipFill>
                    <a:blip r:embed="rId7"/>
                    <a:stretch>
                      <a:fillRect/>
                    </a:stretch>
                  </pic:blipFill>
                  <pic:spPr>
                    <a:xfrm>
                      <a:off x="0" y="0"/>
                      <a:ext cx="1395160" cy="113792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CA3727" w:rsidRPr="002F1EE1">
        <w:rPr>
          <w:rFonts w:ascii="Lemonada" w:hAnsi="Lemonada"/>
          <w:sz w:val="28"/>
          <w:szCs w:val="28"/>
          <w:lang w:val="hr-HR"/>
        </w:rPr>
        <w:t xml:space="preserve"> </w:t>
      </w:r>
      <w:r w:rsidR="00CA3727" w:rsidRPr="002F1EE1">
        <w:rPr>
          <w:rFonts w:ascii="Lemonada" w:hAnsi="Lemonada"/>
          <w:noProof/>
          <w:sz w:val="28"/>
          <w:szCs w:val="28"/>
          <w:lang w:val="hr-HR"/>
        </w:rPr>
        <w:drawing>
          <wp:inline distT="0" distB="0" distL="0" distR="0" wp14:anchorId="03FC1F1C" wp14:editId="768F4B71">
            <wp:extent cx="1060704" cy="1325880"/>
            <wp:effectExtent l="171450" t="171450" r="196850" b="198120"/>
            <wp:docPr id="1372899923" name="Slika 2" descr="Slika na kojoj se prikazuje tekst, snimka zaslona, računalo, tablet&#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899923" name="Slika 2" descr="Slika na kojoj se prikazuje tekst, snimka zaslona, računalo, tablet&#10;&#10;Sadržaj generiran uz AI možda nije točan."/>
                    <pic:cNvPicPr/>
                  </pic:nvPicPr>
                  <pic:blipFill>
                    <a:blip r:embed="rId8"/>
                    <a:stretch>
                      <a:fillRect/>
                    </a:stretch>
                  </pic:blipFill>
                  <pic:spPr>
                    <a:xfrm>
                      <a:off x="0" y="0"/>
                      <a:ext cx="1066222" cy="133277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AF6D7C3" w14:textId="77777777" w:rsidR="00CA3727" w:rsidRPr="002F1EE1" w:rsidRDefault="00CA3727" w:rsidP="00CA3727">
      <w:pPr>
        <w:numPr>
          <w:ilvl w:val="0"/>
          <w:numId w:val="28"/>
        </w:numPr>
        <w:rPr>
          <w:rFonts w:ascii="Lemonada" w:hAnsi="Lemonada" w:hint="eastAsia"/>
          <w:sz w:val="28"/>
          <w:szCs w:val="28"/>
          <w:lang w:val="hr-HR"/>
        </w:rPr>
      </w:pPr>
      <w:r w:rsidRPr="002F1EE1">
        <w:rPr>
          <w:rFonts w:ascii="Lemonada" w:hAnsi="Lemonada"/>
          <w:sz w:val="28"/>
          <w:szCs w:val="28"/>
          <w:lang w:val="hr-HR"/>
        </w:rPr>
        <w:t xml:space="preserve">A </w:t>
      </w:r>
      <w:proofErr w:type="spellStart"/>
      <w:r w:rsidRPr="002F1EE1">
        <w:rPr>
          <w:rFonts w:ascii="Lemonada" w:hAnsi="Lemonada"/>
          <w:i/>
          <w:iCs/>
          <w:sz w:val="28"/>
          <w:szCs w:val="28"/>
          <w:lang w:val="hr-HR"/>
        </w:rPr>
        <w:t>quantum</w:t>
      </w:r>
      <w:proofErr w:type="spellEnd"/>
      <w:r w:rsidRPr="002F1EE1">
        <w:rPr>
          <w:rFonts w:ascii="Lemonada" w:hAnsi="Lemonada"/>
          <w:i/>
          <w:iCs/>
          <w:sz w:val="28"/>
          <w:szCs w:val="28"/>
          <w:lang w:val="hr-HR"/>
        </w:rPr>
        <w:t xml:space="preserve"> </w:t>
      </w:r>
      <w:proofErr w:type="spellStart"/>
      <w:r w:rsidRPr="002F1EE1">
        <w:rPr>
          <w:rFonts w:ascii="Lemonada" w:hAnsi="Lemonada"/>
          <w:i/>
          <w:iCs/>
          <w:sz w:val="28"/>
          <w:szCs w:val="28"/>
          <w:lang w:val="hr-HR"/>
        </w:rPr>
        <w:t>food</w:t>
      </w:r>
      <w:proofErr w:type="spellEnd"/>
      <w:r w:rsidRPr="002F1EE1">
        <w:rPr>
          <w:rFonts w:ascii="Lemonada" w:hAnsi="Lemonada"/>
          <w:i/>
          <w:iCs/>
          <w:sz w:val="28"/>
          <w:szCs w:val="28"/>
          <w:lang w:val="hr-HR"/>
        </w:rPr>
        <w:t xml:space="preserve"> </w:t>
      </w:r>
      <w:proofErr w:type="spellStart"/>
      <w:r w:rsidRPr="002F1EE1">
        <w:rPr>
          <w:rFonts w:ascii="Lemonada" w:hAnsi="Lemonada"/>
          <w:i/>
          <w:iCs/>
          <w:sz w:val="28"/>
          <w:szCs w:val="28"/>
          <w:lang w:val="hr-HR"/>
        </w:rPr>
        <w:t>scanner</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that</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checks</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freshness</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or</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calorie</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content</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instantly</w:t>
      </w:r>
      <w:proofErr w:type="spellEnd"/>
      <w:r w:rsidRPr="002F1EE1">
        <w:rPr>
          <w:rFonts w:ascii="Lemonada" w:hAnsi="Lemonada"/>
          <w:sz w:val="28"/>
          <w:szCs w:val="28"/>
          <w:lang w:val="hr-HR"/>
        </w:rPr>
        <w:t>.</w:t>
      </w:r>
    </w:p>
    <w:p w14:paraId="00FF296E" w14:textId="10BED157" w:rsidR="00414CA9" w:rsidRPr="002F1EE1" w:rsidRDefault="00414CA9" w:rsidP="00CA3727">
      <w:pPr>
        <w:pStyle w:val="Odlomakpopisa"/>
        <w:numPr>
          <w:ilvl w:val="0"/>
          <w:numId w:val="28"/>
        </w:numPr>
        <w:rPr>
          <w:rFonts w:ascii="Lemonada" w:hAnsi="Lemonada" w:hint="eastAsia"/>
          <w:sz w:val="28"/>
          <w:szCs w:val="28"/>
          <w:lang w:val="hr-HR"/>
        </w:rPr>
      </w:pPr>
      <w:r w:rsidRPr="002F1EE1">
        <w:rPr>
          <w:rFonts w:ascii="Lemonada" w:hAnsi="Lemonada"/>
          <w:sz w:val="28"/>
          <w:szCs w:val="28"/>
          <w:lang w:val="hr-HR"/>
        </w:rPr>
        <w:t xml:space="preserve">A </w:t>
      </w:r>
      <w:proofErr w:type="spellStart"/>
      <w:r w:rsidRPr="002F1EE1">
        <w:rPr>
          <w:rFonts w:ascii="Lemonada" w:hAnsi="Lemonada"/>
          <w:i/>
          <w:iCs/>
          <w:sz w:val="28"/>
          <w:szCs w:val="28"/>
          <w:lang w:val="hr-HR"/>
        </w:rPr>
        <w:t>smart</w:t>
      </w:r>
      <w:proofErr w:type="spellEnd"/>
      <w:r w:rsidRPr="002F1EE1">
        <w:rPr>
          <w:rFonts w:ascii="Lemonada" w:hAnsi="Lemonada"/>
          <w:i/>
          <w:iCs/>
          <w:sz w:val="28"/>
          <w:szCs w:val="28"/>
          <w:lang w:val="hr-HR"/>
        </w:rPr>
        <w:t xml:space="preserve"> home </w:t>
      </w:r>
      <w:proofErr w:type="spellStart"/>
      <w:r w:rsidRPr="002F1EE1">
        <w:rPr>
          <w:rFonts w:ascii="Lemonada" w:hAnsi="Lemonada"/>
          <w:i/>
          <w:iCs/>
          <w:sz w:val="28"/>
          <w:szCs w:val="28"/>
          <w:lang w:val="hr-HR"/>
        </w:rPr>
        <w:t>powered</w:t>
      </w:r>
      <w:proofErr w:type="spellEnd"/>
      <w:r w:rsidRPr="002F1EE1">
        <w:rPr>
          <w:rFonts w:ascii="Lemonada" w:hAnsi="Lemonada"/>
          <w:i/>
          <w:iCs/>
          <w:sz w:val="28"/>
          <w:szCs w:val="28"/>
          <w:lang w:val="hr-HR"/>
        </w:rPr>
        <w:t xml:space="preserve"> </w:t>
      </w:r>
      <w:proofErr w:type="spellStart"/>
      <w:r w:rsidRPr="002F1EE1">
        <w:rPr>
          <w:rFonts w:ascii="Lemonada" w:hAnsi="Lemonada"/>
          <w:i/>
          <w:iCs/>
          <w:sz w:val="28"/>
          <w:szCs w:val="28"/>
          <w:lang w:val="hr-HR"/>
        </w:rPr>
        <w:t>by</w:t>
      </w:r>
      <w:proofErr w:type="spellEnd"/>
      <w:r w:rsidRPr="002F1EE1">
        <w:rPr>
          <w:rFonts w:ascii="Lemonada" w:hAnsi="Lemonada"/>
          <w:i/>
          <w:iCs/>
          <w:sz w:val="28"/>
          <w:szCs w:val="28"/>
          <w:lang w:val="hr-HR"/>
        </w:rPr>
        <w:t xml:space="preserve"> </w:t>
      </w:r>
      <w:proofErr w:type="spellStart"/>
      <w:r w:rsidRPr="002F1EE1">
        <w:rPr>
          <w:rFonts w:ascii="Lemonada" w:hAnsi="Lemonada"/>
          <w:i/>
          <w:iCs/>
          <w:sz w:val="28"/>
          <w:szCs w:val="28"/>
          <w:lang w:val="hr-HR"/>
        </w:rPr>
        <w:t>quantum</w:t>
      </w:r>
      <w:proofErr w:type="spellEnd"/>
      <w:r w:rsidRPr="002F1EE1">
        <w:rPr>
          <w:rFonts w:ascii="Lemonada" w:hAnsi="Lemonada"/>
          <w:i/>
          <w:iCs/>
          <w:sz w:val="28"/>
          <w:szCs w:val="28"/>
          <w:lang w:val="hr-HR"/>
        </w:rPr>
        <w:t xml:space="preserve"> </w:t>
      </w:r>
      <w:proofErr w:type="spellStart"/>
      <w:r w:rsidRPr="002F1EE1">
        <w:rPr>
          <w:rFonts w:ascii="Lemonada" w:hAnsi="Lemonada"/>
          <w:i/>
          <w:iCs/>
          <w:sz w:val="28"/>
          <w:szCs w:val="28"/>
          <w:lang w:val="hr-HR"/>
        </w:rPr>
        <w:t>sensors</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adjusting</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light</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heat</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or</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energy</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automatically</w:t>
      </w:r>
      <w:proofErr w:type="spellEnd"/>
      <w:r w:rsidRPr="002F1EE1">
        <w:rPr>
          <w:rFonts w:ascii="Lemonada" w:hAnsi="Lemonada"/>
          <w:sz w:val="28"/>
          <w:szCs w:val="28"/>
          <w:lang w:val="hr-HR"/>
        </w:rPr>
        <w:t>.</w:t>
      </w:r>
    </w:p>
    <w:p w14:paraId="57E5085F" w14:textId="7C579231" w:rsidR="00414CA9" w:rsidRPr="002F1EE1" w:rsidRDefault="00414CA9" w:rsidP="00CA3727">
      <w:pPr>
        <w:numPr>
          <w:ilvl w:val="0"/>
          <w:numId w:val="28"/>
        </w:numPr>
        <w:rPr>
          <w:rFonts w:ascii="Lemonada" w:hAnsi="Lemonada" w:hint="eastAsia"/>
          <w:sz w:val="28"/>
          <w:szCs w:val="28"/>
          <w:lang w:val="hr-HR"/>
        </w:rPr>
      </w:pPr>
      <w:r w:rsidRPr="002F1EE1">
        <w:rPr>
          <w:rFonts w:ascii="Lemonada" w:hAnsi="Lemonada"/>
          <w:sz w:val="28"/>
          <w:szCs w:val="28"/>
          <w:lang w:val="hr-HR"/>
        </w:rPr>
        <w:t xml:space="preserve">A </w:t>
      </w:r>
      <w:proofErr w:type="spellStart"/>
      <w:r w:rsidRPr="002F1EE1">
        <w:rPr>
          <w:rFonts w:ascii="Lemonada" w:hAnsi="Lemonada"/>
          <w:i/>
          <w:iCs/>
          <w:sz w:val="28"/>
          <w:szCs w:val="28"/>
          <w:lang w:val="hr-HR"/>
        </w:rPr>
        <w:t>quantum</w:t>
      </w:r>
      <w:proofErr w:type="spellEnd"/>
      <w:r w:rsidRPr="002F1EE1">
        <w:rPr>
          <w:rFonts w:ascii="Lemonada" w:hAnsi="Lemonada"/>
          <w:i/>
          <w:iCs/>
          <w:sz w:val="28"/>
          <w:szCs w:val="28"/>
          <w:lang w:val="hr-HR"/>
        </w:rPr>
        <w:t xml:space="preserve"> </w:t>
      </w:r>
      <w:proofErr w:type="spellStart"/>
      <w:r w:rsidRPr="002F1EE1">
        <w:rPr>
          <w:rFonts w:ascii="Lemonada" w:hAnsi="Lemonada"/>
          <w:i/>
          <w:iCs/>
          <w:sz w:val="28"/>
          <w:szCs w:val="28"/>
          <w:lang w:val="hr-HR"/>
        </w:rPr>
        <w:t>hair</w:t>
      </w:r>
      <w:proofErr w:type="spellEnd"/>
      <w:r w:rsidRPr="002F1EE1">
        <w:rPr>
          <w:rFonts w:ascii="Lemonada" w:hAnsi="Lemonada"/>
          <w:i/>
          <w:iCs/>
          <w:sz w:val="28"/>
          <w:szCs w:val="28"/>
          <w:lang w:val="hr-HR"/>
        </w:rPr>
        <w:t xml:space="preserve"> </w:t>
      </w:r>
      <w:proofErr w:type="spellStart"/>
      <w:r w:rsidRPr="002F1EE1">
        <w:rPr>
          <w:rFonts w:ascii="Lemonada" w:hAnsi="Lemonada"/>
          <w:i/>
          <w:iCs/>
          <w:sz w:val="28"/>
          <w:szCs w:val="28"/>
          <w:lang w:val="hr-HR"/>
        </w:rPr>
        <w:t>analyzer</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that</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scans</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hair</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structure</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and</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recommends</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perfect</w:t>
      </w:r>
      <w:proofErr w:type="spellEnd"/>
      <w:r w:rsidRPr="002F1EE1">
        <w:rPr>
          <w:rFonts w:ascii="Lemonada" w:hAnsi="Lemonada"/>
          <w:sz w:val="28"/>
          <w:szCs w:val="28"/>
          <w:lang w:val="hr-HR"/>
        </w:rPr>
        <w:t xml:space="preserve"> care.</w:t>
      </w:r>
    </w:p>
    <w:p w14:paraId="087F1330" w14:textId="77777777" w:rsidR="00414CA9" w:rsidRPr="002F1EE1" w:rsidRDefault="00414CA9" w:rsidP="00414CA9">
      <w:pPr>
        <w:rPr>
          <w:rFonts w:ascii="Lemonada" w:hAnsi="Lemonada" w:hint="eastAsia"/>
          <w:sz w:val="28"/>
          <w:szCs w:val="28"/>
          <w:lang w:val="hr-HR"/>
        </w:rPr>
      </w:pPr>
      <w:proofErr w:type="spellStart"/>
      <w:r w:rsidRPr="002F1EE1">
        <w:rPr>
          <w:rFonts w:ascii="Lemonada" w:hAnsi="Lemonada"/>
          <w:sz w:val="28"/>
          <w:szCs w:val="28"/>
          <w:lang w:val="hr-HR"/>
        </w:rPr>
        <w:t>Ask</w:t>
      </w:r>
      <w:proofErr w:type="spellEnd"/>
      <w:r w:rsidRPr="002F1EE1">
        <w:rPr>
          <w:rFonts w:ascii="Lemonada" w:hAnsi="Lemonada"/>
          <w:sz w:val="28"/>
          <w:szCs w:val="28"/>
          <w:lang w:val="hr-HR"/>
        </w:rPr>
        <w:t>:</w:t>
      </w:r>
    </w:p>
    <w:p w14:paraId="0E0FBBE2" w14:textId="77777777" w:rsidR="00414CA9" w:rsidRPr="002F1EE1" w:rsidRDefault="00414CA9" w:rsidP="00414CA9">
      <w:pPr>
        <w:numPr>
          <w:ilvl w:val="0"/>
          <w:numId w:val="22"/>
        </w:numPr>
        <w:rPr>
          <w:rFonts w:ascii="Lemonada" w:hAnsi="Lemonada" w:hint="eastAsia"/>
          <w:sz w:val="28"/>
          <w:szCs w:val="28"/>
          <w:lang w:val="hr-HR"/>
        </w:rPr>
      </w:pPr>
      <w:r w:rsidRPr="002F1EE1">
        <w:rPr>
          <w:rFonts w:ascii="Lemonada" w:hAnsi="Lemonada"/>
          <w:sz w:val="28"/>
          <w:szCs w:val="28"/>
          <w:lang w:val="hr-HR"/>
        </w:rPr>
        <w:t>“</w:t>
      </w:r>
      <w:proofErr w:type="spellStart"/>
      <w:r w:rsidRPr="002F1EE1">
        <w:rPr>
          <w:rFonts w:ascii="Lemonada" w:hAnsi="Lemonada"/>
          <w:sz w:val="28"/>
          <w:szCs w:val="28"/>
          <w:lang w:val="hr-HR"/>
        </w:rPr>
        <w:t>What</w:t>
      </w:r>
      <w:proofErr w:type="spellEnd"/>
      <w:r w:rsidRPr="002F1EE1">
        <w:rPr>
          <w:rFonts w:ascii="Lemonada" w:hAnsi="Lemonada"/>
          <w:sz w:val="28"/>
          <w:szCs w:val="28"/>
          <w:lang w:val="hr-HR"/>
        </w:rPr>
        <w:t xml:space="preserve"> do </w:t>
      </w:r>
      <w:proofErr w:type="spellStart"/>
      <w:r w:rsidRPr="002F1EE1">
        <w:rPr>
          <w:rFonts w:ascii="Lemonada" w:hAnsi="Lemonada"/>
          <w:sz w:val="28"/>
          <w:szCs w:val="28"/>
          <w:lang w:val="hr-HR"/>
        </w:rPr>
        <w:t>you</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see</w:t>
      </w:r>
      <w:proofErr w:type="spellEnd"/>
      <w:r w:rsidRPr="002F1EE1">
        <w:rPr>
          <w:rFonts w:ascii="Lemonada" w:hAnsi="Lemonada"/>
          <w:sz w:val="28"/>
          <w:szCs w:val="28"/>
          <w:lang w:val="hr-HR"/>
        </w:rPr>
        <w:t>?”</w:t>
      </w:r>
    </w:p>
    <w:p w14:paraId="0CA77D5C" w14:textId="77777777" w:rsidR="00414CA9" w:rsidRPr="002F1EE1" w:rsidRDefault="00414CA9" w:rsidP="00414CA9">
      <w:pPr>
        <w:numPr>
          <w:ilvl w:val="0"/>
          <w:numId w:val="22"/>
        </w:numPr>
        <w:rPr>
          <w:rFonts w:ascii="Lemonada" w:hAnsi="Lemonada" w:hint="eastAsia"/>
          <w:sz w:val="28"/>
          <w:szCs w:val="28"/>
          <w:lang w:val="hr-HR"/>
        </w:rPr>
      </w:pPr>
      <w:r w:rsidRPr="002F1EE1">
        <w:rPr>
          <w:rFonts w:ascii="Lemonada" w:hAnsi="Lemonada"/>
          <w:sz w:val="28"/>
          <w:szCs w:val="28"/>
          <w:lang w:val="hr-HR"/>
        </w:rPr>
        <w:lastRenderedPageBreak/>
        <w:t>“</w:t>
      </w:r>
      <w:proofErr w:type="spellStart"/>
      <w:r w:rsidRPr="002F1EE1">
        <w:rPr>
          <w:rFonts w:ascii="Lemonada" w:hAnsi="Lemonada"/>
          <w:sz w:val="28"/>
          <w:szCs w:val="28"/>
          <w:lang w:val="hr-HR"/>
        </w:rPr>
        <w:t>What</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could</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these</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things</w:t>
      </w:r>
      <w:proofErr w:type="spellEnd"/>
      <w:r w:rsidRPr="002F1EE1">
        <w:rPr>
          <w:rFonts w:ascii="Lemonada" w:hAnsi="Lemonada"/>
          <w:sz w:val="28"/>
          <w:szCs w:val="28"/>
          <w:lang w:val="hr-HR"/>
        </w:rPr>
        <w:t xml:space="preserve"> do?”</w:t>
      </w:r>
    </w:p>
    <w:p w14:paraId="1080E500" w14:textId="77777777" w:rsidR="00414CA9" w:rsidRPr="002F1EE1" w:rsidRDefault="00414CA9" w:rsidP="00414CA9">
      <w:pPr>
        <w:rPr>
          <w:rFonts w:ascii="Lemonada" w:hAnsi="Lemonada" w:hint="eastAsia"/>
          <w:sz w:val="28"/>
          <w:szCs w:val="28"/>
          <w:lang w:val="hr-HR"/>
        </w:rPr>
      </w:pPr>
      <w:proofErr w:type="spellStart"/>
      <w:r w:rsidRPr="002F1EE1">
        <w:rPr>
          <w:rFonts w:ascii="Lemonada" w:hAnsi="Lemonada"/>
          <w:b/>
          <w:bCs/>
          <w:sz w:val="28"/>
          <w:szCs w:val="28"/>
          <w:lang w:val="hr-HR"/>
        </w:rPr>
        <w:t>Step</w:t>
      </w:r>
      <w:proofErr w:type="spellEnd"/>
      <w:r w:rsidRPr="002F1EE1">
        <w:rPr>
          <w:rFonts w:ascii="Lemonada" w:hAnsi="Lemonada"/>
          <w:b/>
          <w:bCs/>
          <w:sz w:val="28"/>
          <w:szCs w:val="28"/>
          <w:lang w:val="hr-HR"/>
        </w:rPr>
        <w:t xml:space="preserve"> 2 – </w:t>
      </w:r>
      <w:proofErr w:type="spellStart"/>
      <w:r w:rsidRPr="002F1EE1">
        <w:rPr>
          <w:rFonts w:ascii="Lemonada" w:hAnsi="Lemonada"/>
          <w:b/>
          <w:bCs/>
          <w:sz w:val="28"/>
          <w:szCs w:val="28"/>
          <w:lang w:val="hr-HR"/>
        </w:rPr>
        <w:t>Simplified</w:t>
      </w:r>
      <w:proofErr w:type="spellEnd"/>
      <w:r w:rsidRPr="002F1EE1">
        <w:rPr>
          <w:rFonts w:ascii="Lemonada" w:hAnsi="Lemonada"/>
          <w:b/>
          <w:bCs/>
          <w:sz w:val="28"/>
          <w:szCs w:val="28"/>
          <w:lang w:val="hr-HR"/>
        </w:rPr>
        <w:t xml:space="preserve"> Input (3 min)</w:t>
      </w:r>
      <w:r w:rsidRPr="002F1EE1">
        <w:rPr>
          <w:rFonts w:ascii="Lemonada" w:hAnsi="Lemonada"/>
          <w:sz w:val="28"/>
          <w:szCs w:val="28"/>
          <w:lang w:val="hr-HR"/>
        </w:rPr>
        <w:br/>
      </w:r>
      <w:proofErr w:type="spellStart"/>
      <w:r w:rsidRPr="002F1EE1">
        <w:rPr>
          <w:rFonts w:ascii="Lemonada" w:hAnsi="Lemonada"/>
          <w:sz w:val="28"/>
          <w:szCs w:val="28"/>
          <w:lang w:val="hr-HR"/>
        </w:rPr>
        <w:t>Explain</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simply</w:t>
      </w:r>
      <w:proofErr w:type="spellEnd"/>
      <w:r w:rsidRPr="002F1EE1">
        <w:rPr>
          <w:rFonts w:ascii="Lemonada" w:hAnsi="Lemonada"/>
          <w:sz w:val="28"/>
          <w:szCs w:val="28"/>
          <w:lang w:val="hr-HR"/>
        </w:rPr>
        <w:t>:</w:t>
      </w:r>
    </w:p>
    <w:p w14:paraId="3BDDFBC7" w14:textId="77777777" w:rsidR="00414CA9" w:rsidRPr="002F1EE1" w:rsidRDefault="00414CA9" w:rsidP="00414CA9">
      <w:pPr>
        <w:rPr>
          <w:rFonts w:ascii="Lemonada" w:hAnsi="Lemonada" w:hint="eastAsia"/>
          <w:sz w:val="28"/>
          <w:szCs w:val="28"/>
          <w:lang w:val="hr-HR"/>
        </w:rPr>
      </w:pPr>
      <w:r w:rsidRPr="002F1EE1">
        <w:rPr>
          <w:rFonts w:ascii="Lemonada" w:hAnsi="Lemonada"/>
          <w:sz w:val="28"/>
          <w:szCs w:val="28"/>
          <w:lang w:val="hr-HR"/>
        </w:rPr>
        <w:t>“</w:t>
      </w:r>
      <w:proofErr w:type="spellStart"/>
      <w:r w:rsidRPr="002F1EE1">
        <w:rPr>
          <w:rFonts w:ascii="Lemonada" w:hAnsi="Lemonada"/>
          <w:sz w:val="28"/>
          <w:szCs w:val="28"/>
          <w:lang w:val="hr-HR"/>
        </w:rPr>
        <w:t>Quantum</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technology</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uses</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very</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small</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particles</w:t>
      </w:r>
      <w:proofErr w:type="spellEnd"/>
      <w:r w:rsidRPr="002F1EE1">
        <w:rPr>
          <w:rFonts w:ascii="Lemonada" w:hAnsi="Lemonada"/>
          <w:sz w:val="28"/>
          <w:szCs w:val="28"/>
          <w:lang w:val="hr-HR"/>
        </w:rPr>
        <w:t xml:space="preserve"> to make </w:t>
      </w:r>
      <w:proofErr w:type="spellStart"/>
      <w:r w:rsidRPr="002F1EE1">
        <w:rPr>
          <w:rFonts w:ascii="Lemonada" w:hAnsi="Lemonada"/>
          <w:sz w:val="28"/>
          <w:szCs w:val="28"/>
          <w:lang w:val="hr-HR"/>
        </w:rPr>
        <w:t>machines</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faster</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and</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smarter</w:t>
      </w:r>
      <w:proofErr w:type="spellEnd"/>
      <w:r w:rsidRPr="002F1EE1">
        <w:rPr>
          <w:rFonts w:ascii="Lemonada" w:hAnsi="Lemonada"/>
          <w:sz w:val="28"/>
          <w:szCs w:val="28"/>
          <w:lang w:val="hr-HR"/>
        </w:rPr>
        <w:t>.</w:t>
      </w:r>
      <w:r w:rsidRPr="002F1EE1">
        <w:rPr>
          <w:rFonts w:ascii="Lemonada" w:hAnsi="Lemonada"/>
          <w:sz w:val="28"/>
          <w:szCs w:val="28"/>
          <w:lang w:val="hr-HR"/>
        </w:rPr>
        <w:br/>
      </w:r>
      <w:proofErr w:type="spellStart"/>
      <w:r w:rsidRPr="002F1EE1">
        <w:rPr>
          <w:rFonts w:ascii="Lemonada" w:hAnsi="Lemonada"/>
          <w:sz w:val="28"/>
          <w:szCs w:val="28"/>
          <w:lang w:val="hr-HR"/>
        </w:rPr>
        <w:t>It</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can</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help</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chefs</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cook</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better</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electricians</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save</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energy</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and</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hairdressers</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personalize</w:t>
      </w:r>
      <w:proofErr w:type="spellEnd"/>
      <w:r w:rsidRPr="002F1EE1">
        <w:rPr>
          <w:rFonts w:ascii="Lemonada" w:hAnsi="Lemonada"/>
          <w:sz w:val="28"/>
          <w:szCs w:val="28"/>
          <w:lang w:val="hr-HR"/>
        </w:rPr>
        <w:t xml:space="preserve"> care.”</w:t>
      </w:r>
    </w:p>
    <w:p w14:paraId="04CDAF15" w14:textId="2C57521B" w:rsidR="008D0D11" w:rsidRPr="002F1EE1" w:rsidRDefault="00414CA9" w:rsidP="00414CA9">
      <w:pPr>
        <w:rPr>
          <w:rFonts w:ascii="Lemonada" w:hAnsi="Lemonada" w:hint="eastAsia"/>
          <w:sz w:val="28"/>
          <w:szCs w:val="28"/>
          <w:lang w:val="hr-HR"/>
        </w:rPr>
      </w:pPr>
      <w:proofErr w:type="spellStart"/>
      <w:r w:rsidRPr="002F1EE1">
        <w:rPr>
          <w:rFonts w:ascii="Lemonada" w:hAnsi="Lemonada"/>
          <w:b/>
          <w:bCs/>
          <w:sz w:val="28"/>
          <w:szCs w:val="28"/>
          <w:lang w:val="hr-HR"/>
        </w:rPr>
        <w:t>Step</w:t>
      </w:r>
      <w:proofErr w:type="spellEnd"/>
      <w:r w:rsidRPr="002F1EE1">
        <w:rPr>
          <w:rFonts w:ascii="Lemonada" w:hAnsi="Lemonada"/>
          <w:b/>
          <w:bCs/>
          <w:sz w:val="28"/>
          <w:szCs w:val="28"/>
          <w:lang w:val="hr-HR"/>
        </w:rPr>
        <w:t xml:space="preserve"> 3 – </w:t>
      </w:r>
      <w:proofErr w:type="spellStart"/>
      <w:r w:rsidRPr="002F1EE1">
        <w:rPr>
          <w:rFonts w:ascii="Lemonada" w:hAnsi="Lemonada"/>
          <w:b/>
          <w:bCs/>
          <w:sz w:val="28"/>
          <w:szCs w:val="28"/>
          <w:lang w:val="hr-HR"/>
        </w:rPr>
        <w:t>Quick</w:t>
      </w:r>
      <w:proofErr w:type="spellEnd"/>
      <w:r w:rsidRPr="002F1EE1">
        <w:rPr>
          <w:rFonts w:ascii="Lemonada" w:hAnsi="Lemonada"/>
          <w:b/>
          <w:bCs/>
          <w:sz w:val="28"/>
          <w:szCs w:val="28"/>
          <w:lang w:val="hr-HR"/>
        </w:rPr>
        <w:t xml:space="preserve"> </w:t>
      </w:r>
      <w:proofErr w:type="spellStart"/>
      <w:r w:rsidRPr="002F1EE1">
        <w:rPr>
          <w:rFonts w:ascii="Lemonada" w:hAnsi="Lemonada"/>
          <w:b/>
          <w:bCs/>
          <w:sz w:val="28"/>
          <w:szCs w:val="28"/>
          <w:lang w:val="hr-HR"/>
        </w:rPr>
        <w:t>brainstorm</w:t>
      </w:r>
      <w:proofErr w:type="spellEnd"/>
      <w:r w:rsidRPr="002F1EE1">
        <w:rPr>
          <w:rFonts w:ascii="Lemonada" w:hAnsi="Lemonada"/>
          <w:b/>
          <w:bCs/>
          <w:sz w:val="28"/>
          <w:szCs w:val="28"/>
          <w:lang w:val="hr-HR"/>
        </w:rPr>
        <w:t xml:space="preserve"> (5 min)</w:t>
      </w:r>
      <w:r w:rsidRPr="002F1EE1">
        <w:rPr>
          <w:rFonts w:ascii="Lemonada" w:hAnsi="Lemonada"/>
          <w:sz w:val="28"/>
          <w:szCs w:val="28"/>
          <w:lang w:val="hr-HR"/>
        </w:rPr>
        <w:br/>
        <w:t xml:space="preserve">On </w:t>
      </w:r>
      <w:proofErr w:type="spellStart"/>
      <w:r w:rsidRPr="002F1EE1">
        <w:rPr>
          <w:rFonts w:ascii="Lemonada" w:hAnsi="Lemonada"/>
          <w:sz w:val="28"/>
          <w:szCs w:val="28"/>
          <w:lang w:val="hr-HR"/>
        </w:rPr>
        <w:t>the</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board</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create</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three</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columns</w:t>
      </w:r>
      <w:proofErr w:type="spellEnd"/>
      <w:r w:rsidRPr="002F1EE1">
        <w:rPr>
          <w:rFonts w:ascii="Lemonada" w:hAnsi="Lemonada"/>
          <w:sz w:val="28"/>
          <w:szCs w:val="28"/>
          <w:lang w:val="hr-HR"/>
        </w:rPr>
        <w:t>:</w:t>
      </w:r>
      <w:r w:rsidRPr="002F1EE1">
        <w:rPr>
          <w:rFonts w:ascii="Lemonada" w:hAnsi="Lemonada"/>
          <w:sz w:val="28"/>
          <w:szCs w:val="28"/>
          <w:lang w:val="hr-HR"/>
        </w:rPr>
        <w:br/>
      </w:r>
      <w:r w:rsidR="00A1314F" w:rsidRPr="002F1EE1">
        <w:rPr>
          <w:rFonts w:ascii="Lemonada" w:hAnsi="Lemonada"/>
          <w:sz w:val="28"/>
          <w:szCs w:val="28"/>
          <w:lang w:val="hr-HR"/>
        </w:rPr>
        <w:t xml:space="preserve">                                              </w:t>
      </w:r>
      <w:r w:rsidRPr="002F1EE1">
        <w:rPr>
          <w:rFonts w:ascii="Lemonada" w:hAnsi="Lemonada"/>
          <w:sz w:val="28"/>
          <w:szCs w:val="28"/>
          <w:lang w:val="hr-HR"/>
        </w:rPr>
        <w:t xml:space="preserve">Cook |  </w:t>
      </w:r>
      <w:proofErr w:type="spellStart"/>
      <w:r w:rsidRPr="002F1EE1">
        <w:rPr>
          <w:rFonts w:ascii="Lemonada" w:hAnsi="Lemonada"/>
          <w:sz w:val="28"/>
          <w:szCs w:val="28"/>
          <w:lang w:val="hr-HR"/>
        </w:rPr>
        <w:t>Installer</w:t>
      </w:r>
      <w:proofErr w:type="spellEnd"/>
      <w:r w:rsidRPr="002F1EE1">
        <w:rPr>
          <w:rFonts w:ascii="Lemonada" w:hAnsi="Lemonada"/>
          <w:sz w:val="28"/>
          <w:szCs w:val="28"/>
          <w:lang w:val="hr-HR"/>
        </w:rPr>
        <w:t xml:space="preserve"> |  </w:t>
      </w:r>
      <w:proofErr w:type="spellStart"/>
      <w:r w:rsidRPr="002F1EE1">
        <w:rPr>
          <w:rFonts w:ascii="Lemonada" w:hAnsi="Lemonada"/>
          <w:sz w:val="28"/>
          <w:szCs w:val="28"/>
          <w:lang w:val="hr-HR"/>
        </w:rPr>
        <w:t>Hairdresser</w:t>
      </w:r>
      <w:proofErr w:type="spellEnd"/>
    </w:p>
    <w:p w14:paraId="794BA6A8" w14:textId="369171F6" w:rsidR="00414CA9" w:rsidRPr="002F1EE1" w:rsidRDefault="00414CA9" w:rsidP="00414CA9">
      <w:pPr>
        <w:rPr>
          <w:rFonts w:ascii="Lemonada" w:hAnsi="Lemonada" w:hint="eastAsia"/>
          <w:sz w:val="28"/>
          <w:szCs w:val="28"/>
          <w:lang w:val="hr-HR"/>
        </w:rPr>
      </w:pPr>
      <w:r w:rsidRPr="002F1EE1">
        <w:rPr>
          <w:rFonts w:ascii="Lemonada" w:hAnsi="Lemonada"/>
          <w:sz w:val="28"/>
          <w:szCs w:val="28"/>
          <w:lang w:val="hr-HR"/>
        </w:rPr>
        <w:br/>
      </w:r>
      <w:proofErr w:type="spellStart"/>
      <w:r w:rsidRPr="002F1EE1">
        <w:rPr>
          <w:rFonts w:ascii="Lemonada" w:hAnsi="Lemonada"/>
          <w:sz w:val="28"/>
          <w:szCs w:val="28"/>
          <w:lang w:val="hr-HR"/>
        </w:rPr>
        <w:t>Students</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call</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out</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ideas</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smart</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fridge</w:t>
      </w:r>
      <w:proofErr w:type="spellEnd"/>
      <w:r w:rsidRPr="002F1EE1">
        <w:rPr>
          <w:rFonts w:ascii="Lemonada" w:hAnsi="Lemonada"/>
          <w:sz w:val="28"/>
          <w:szCs w:val="28"/>
          <w:lang w:val="hr-HR"/>
        </w:rPr>
        <w:t>”, “</w:t>
      </w:r>
      <w:proofErr w:type="spellStart"/>
      <w:r w:rsidRPr="002F1EE1">
        <w:rPr>
          <w:rFonts w:ascii="Lemonada" w:hAnsi="Lemonada"/>
          <w:sz w:val="28"/>
          <w:szCs w:val="28"/>
          <w:lang w:val="hr-HR"/>
        </w:rPr>
        <w:t>automatic</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lights</w:t>
      </w:r>
      <w:proofErr w:type="spellEnd"/>
      <w:r w:rsidRPr="002F1EE1">
        <w:rPr>
          <w:rFonts w:ascii="Lemonada" w:hAnsi="Lemonada"/>
          <w:sz w:val="28"/>
          <w:szCs w:val="28"/>
          <w:lang w:val="hr-HR"/>
        </w:rPr>
        <w:t>”, “</w:t>
      </w:r>
      <w:proofErr w:type="spellStart"/>
      <w:r w:rsidRPr="002F1EE1">
        <w:rPr>
          <w:rFonts w:ascii="Lemonada" w:hAnsi="Lemonada"/>
          <w:sz w:val="28"/>
          <w:szCs w:val="28"/>
          <w:lang w:val="hr-HR"/>
        </w:rPr>
        <w:t>hair</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color</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scanner</w:t>
      </w:r>
      <w:proofErr w:type="spellEnd"/>
      <w:r w:rsidRPr="002F1EE1">
        <w:rPr>
          <w:rFonts w:ascii="Lemonada" w:hAnsi="Lemonada"/>
          <w:sz w:val="28"/>
          <w:szCs w:val="28"/>
          <w:lang w:val="hr-HR"/>
        </w:rPr>
        <w:t xml:space="preserve">”) — </w:t>
      </w:r>
      <w:proofErr w:type="spellStart"/>
      <w:r w:rsidRPr="002F1EE1">
        <w:rPr>
          <w:rFonts w:ascii="Lemonada" w:hAnsi="Lemonada"/>
          <w:sz w:val="28"/>
          <w:szCs w:val="28"/>
          <w:lang w:val="hr-HR"/>
        </w:rPr>
        <w:t>teacher</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writes</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them</w:t>
      </w:r>
      <w:proofErr w:type="spellEnd"/>
      <w:r w:rsidRPr="002F1EE1">
        <w:rPr>
          <w:rFonts w:ascii="Lemonada" w:hAnsi="Lemonada"/>
          <w:sz w:val="28"/>
          <w:szCs w:val="28"/>
          <w:lang w:val="hr-HR"/>
        </w:rPr>
        <w:t>.</w:t>
      </w:r>
    </w:p>
    <w:p w14:paraId="6645710B" w14:textId="4DE15C87" w:rsidR="00414CA9" w:rsidRPr="002F1EE1" w:rsidRDefault="00414CA9" w:rsidP="00414CA9">
      <w:pPr>
        <w:rPr>
          <w:rFonts w:ascii="Lemonada" w:hAnsi="Lemonada" w:hint="eastAsia"/>
          <w:b/>
          <w:bCs/>
          <w:sz w:val="28"/>
          <w:szCs w:val="28"/>
          <w:lang w:val="hr-HR"/>
        </w:rPr>
      </w:pPr>
      <w:r w:rsidRPr="002F1EE1">
        <w:rPr>
          <w:rFonts w:ascii="Lemonada" w:hAnsi="Lemonada"/>
          <w:b/>
          <w:bCs/>
          <w:sz w:val="28"/>
          <w:szCs w:val="28"/>
          <w:lang w:val="hr-HR"/>
        </w:rPr>
        <w:t xml:space="preserve"> </w:t>
      </w:r>
      <w:proofErr w:type="spellStart"/>
      <w:r w:rsidRPr="002F1EE1">
        <w:rPr>
          <w:rFonts w:ascii="Lemonada" w:hAnsi="Lemonada"/>
          <w:b/>
          <w:bCs/>
          <w:sz w:val="28"/>
          <w:szCs w:val="28"/>
          <w:lang w:val="hr-HR"/>
        </w:rPr>
        <w:t>Vocabulary</w:t>
      </w:r>
      <w:proofErr w:type="spellEnd"/>
      <w:r w:rsidRPr="002F1EE1">
        <w:rPr>
          <w:rFonts w:ascii="Lemonada" w:hAnsi="Lemonada"/>
          <w:b/>
          <w:bCs/>
          <w:sz w:val="28"/>
          <w:szCs w:val="28"/>
          <w:lang w:val="hr-HR"/>
        </w:rPr>
        <w:t xml:space="preserve"> Pre-</w:t>
      </w:r>
      <w:proofErr w:type="spellStart"/>
      <w:r w:rsidRPr="002F1EE1">
        <w:rPr>
          <w:rFonts w:ascii="Lemonada" w:hAnsi="Lemonada"/>
          <w:b/>
          <w:bCs/>
          <w:sz w:val="28"/>
          <w:szCs w:val="28"/>
          <w:lang w:val="hr-HR"/>
        </w:rPr>
        <w:t>teach</w:t>
      </w:r>
      <w:proofErr w:type="spellEnd"/>
      <w:r w:rsidRPr="002F1EE1">
        <w:rPr>
          <w:rFonts w:ascii="Lemonada" w:hAnsi="Lemonada"/>
          <w:b/>
          <w:bCs/>
          <w:sz w:val="28"/>
          <w:szCs w:val="28"/>
          <w:lang w:val="hr-HR"/>
        </w:rPr>
        <w:t xml:space="preserve"> (10 min)</w:t>
      </w:r>
    </w:p>
    <w:p w14:paraId="110E9023" w14:textId="77777777" w:rsidR="00414CA9" w:rsidRPr="002F1EE1" w:rsidRDefault="00414CA9" w:rsidP="00414CA9">
      <w:pPr>
        <w:rPr>
          <w:rFonts w:ascii="Lemonada" w:hAnsi="Lemonada" w:hint="eastAsia"/>
          <w:sz w:val="28"/>
          <w:szCs w:val="28"/>
          <w:lang w:val="hr-HR"/>
        </w:rPr>
      </w:pPr>
      <w:r w:rsidRPr="002F1EE1">
        <w:rPr>
          <w:rFonts w:ascii="Lemonada" w:hAnsi="Lemonada"/>
          <w:sz w:val="28"/>
          <w:szCs w:val="28"/>
          <w:lang w:val="hr-HR"/>
        </w:rPr>
        <w:t xml:space="preserve">Show </w:t>
      </w:r>
      <w:proofErr w:type="spellStart"/>
      <w:r w:rsidRPr="002F1EE1">
        <w:rPr>
          <w:rFonts w:ascii="Lemonada" w:hAnsi="Lemonada"/>
          <w:sz w:val="28"/>
          <w:szCs w:val="28"/>
          <w:lang w:val="hr-HR"/>
        </w:rPr>
        <w:t>key</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words</w:t>
      </w:r>
      <w:proofErr w:type="spellEnd"/>
      <w:r w:rsidRPr="002F1EE1">
        <w:rPr>
          <w:rFonts w:ascii="Lemonada" w:hAnsi="Lemonada"/>
          <w:sz w:val="28"/>
          <w:szCs w:val="28"/>
          <w:lang w:val="hr-HR"/>
        </w:rPr>
        <w:t xml:space="preserve"> (on </w:t>
      </w:r>
      <w:proofErr w:type="spellStart"/>
      <w:r w:rsidRPr="002F1EE1">
        <w:rPr>
          <w:rFonts w:ascii="Lemonada" w:hAnsi="Lemonada"/>
          <w:sz w:val="28"/>
          <w:szCs w:val="28"/>
          <w:lang w:val="hr-HR"/>
        </w:rPr>
        <w:t>slide</w:t>
      </w:r>
      <w:proofErr w:type="spellEnd"/>
      <w:r w:rsidRPr="002F1EE1">
        <w:rPr>
          <w:rFonts w:ascii="Lemonada" w:hAnsi="Lemonada"/>
          <w:sz w:val="28"/>
          <w:szCs w:val="28"/>
          <w:lang w:val="hr-HR"/>
        </w:rPr>
        <w:t>/</w:t>
      </w:r>
      <w:proofErr w:type="spellStart"/>
      <w:r w:rsidRPr="002F1EE1">
        <w:rPr>
          <w:rFonts w:ascii="Lemonada" w:hAnsi="Lemonada"/>
          <w:sz w:val="28"/>
          <w:szCs w:val="28"/>
          <w:lang w:val="hr-HR"/>
        </w:rPr>
        <w:t>handout</w:t>
      </w:r>
      <w:proofErr w:type="spellEnd"/>
      <w:r w:rsidRPr="002F1EE1">
        <w:rPr>
          <w:rFonts w:ascii="Lemonada" w:hAnsi="Lemonada"/>
          <w:sz w:val="28"/>
          <w:szCs w:val="28"/>
          <w:lang w:val="hr-HR"/>
        </w:rPr>
        <w:t>):</w:t>
      </w:r>
    </w:p>
    <w:p w14:paraId="76BC39B8" w14:textId="77777777" w:rsidR="00414CA9" w:rsidRPr="002F1EE1" w:rsidRDefault="00414CA9" w:rsidP="00414CA9">
      <w:pPr>
        <w:numPr>
          <w:ilvl w:val="0"/>
          <w:numId w:val="23"/>
        </w:numPr>
        <w:rPr>
          <w:rFonts w:ascii="Lemonada" w:hAnsi="Lemonada" w:hint="eastAsia"/>
          <w:sz w:val="28"/>
          <w:szCs w:val="28"/>
          <w:lang w:val="hr-HR"/>
        </w:rPr>
      </w:pPr>
      <w:proofErr w:type="spellStart"/>
      <w:r w:rsidRPr="002F1EE1">
        <w:rPr>
          <w:rFonts w:ascii="Lemonada" w:hAnsi="Lemonada"/>
          <w:b/>
          <w:bCs/>
          <w:sz w:val="28"/>
          <w:szCs w:val="28"/>
          <w:lang w:val="hr-HR"/>
        </w:rPr>
        <w:t>Quantum</w:t>
      </w:r>
      <w:proofErr w:type="spellEnd"/>
      <w:r w:rsidRPr="002F1EE1">
        <w:rPr>
          <w:rFonts w:ascii="Lemonada" w:hAnsi="Lemonada"/>
          <w:b/>
          <w:bCs/>
          <w:sz w:val="28"/>
          <w:szCs w:val="28"/>
          <w:lang w:val="hr-HR"/>
        </w:rPr>
        <w:t xml:space="preserve"> </w:t>
      </w:r>
      <w:proofErr w:type="spellStart"/>
      <w:r w:rsidRPr="002F1EE1">
        <w:rPr>
          <w:rFonts w:ascii="Lemonada" w:hAnsi="Lemonada"/>
          <w:b/>
          <w:bCs/>
          <w:sz w:val="28"/>
          <w:szCs w:val="28"/>
          <w:lang w:val="hr-HR"/>
        </w:rPr>
        <w:t>sensor</w:t>
      </w:r>
      <w:proofErr w:type="spellEnd"/>
    </w:p>
    <w:p w14:paraId="2DFF5216" w14:textId="77777777" w:rsidR="00414CA9" w:rsidRPr="002F1EE1" w:rsidRDefault="00414CA9" w:rsidP="00414CA9">
      <w:pPr>
        <w:numPr>
          <w:ilvl w:val="0"/>
          <w:numId w:val="23"/>
        </w:numPr>
        <w:rPr>
          <w:rFonts w:ascii="Lemonada" w:hAnsi="Lemonada" w:hint="eastAsia"/>
          <w:sz w:val="28"/>
          <w:szCs w:val="28"/>
          <w:lang w:val="hr-HR"/>
        </w:rPr>
      </w:pPr>
      <w:r w:rsidRPr="002F1EE1">
        <w:rPr>
          <w:rFonts w:ascii="Lemonada" w:hAnsi="Lemonada"/>
          <w:b/>
          <w:bCs/>
          <w:sz w:val="28"/>
          <w:szCs w:val="28"/>
          <w:lang w:val="hr-HR"/>
        </w:rPr>
        <w:t xml:space="preserve">Smart </w:t>
      </w:r>
      <w:proofErr w:type="spellStart"/>
      <w:r w:rsidRPr="002F1EE1">
        <w:rPr>
          <w:rFonts w:ascii="Lemonada" w:hAnsi="Lemonada"/>
          <w:b/>
          <w:bCs/>
          <w:sz w:val="28"/>
          <w:szCs w:val="28"/>
          <w:lang w:val="hr-HR"/>
        </w:rPr>
        <w:t>device</w:t>
      </w:r>
      <w:proofErr w:type="spellEnd"/>
    </w:p>
    <w:p w14:paraId="36FCF4C7" w14:textId="77777777" w:rsidR="00414CA9" w:rsidRPr="002F1EE1" w:rsidRDefault="00414CA9" w:rsidP="00414CA9">
      <w:pPr>
        <w:numPr>
          <w:ilvl w:val="0"/>
          <w:numId w:val="23"/>
        </w:numPr>
        <w:rPr>
          <w:rFonts w:ascii="Lemonada" w:hAnsi="Lemonada" w:hint="eastAsia"/>
          <w:sz w:val="28"/>
          <w:szCs w:val="28"/>
          <w:lang w:val="hr-HR"/>
        </w:rPr>
      </w:pPr>
      <w:r w:rsidRPr="002F1EE1">
        <w:rPr>
          <w:rFonts w:ascii="Lemonada" w:hAnsi="Lemonada"/>
          <w:b/>
          <w:bCs/>
          <w:sz w:val="28"/>
          <w:szCs w:val="28"/>
          <w:lang w:val="hr-HR"/>
        </w:rPr>
        <w:t xml:space="preserve">Energy </w:t>
      </w:r>
      <w:proofErr w:type="spellStart"/>
      <w:r w:rsidRPr="002F1EE1">
        <w:rPr>
          <w:rFonts w:ascii="Lemonada" w:hAnsi="Lemonada"/>
          <w:b/>
          <w:bCs/>
          <w:sz w:val="28"/>
          <w:szCs w:val="28"/>
          <w:lang w:val="hr-HR"/>
        </w:rPr>
        <w:t>saving</w:t>
      </w:r>
      <w:proofErr w:type="spellEnd"/>
    </w:p>
    <w:p w14:paraId="21474784" w14:textId="77777777" w:rsidR="00414CA9" w:rsidRPr="002F1EE1" w:rsidRDefault="00414CA9" w:rsidP="00414CA9">
      <w:pPr>
        <w:numPr>
          <w:ilvl w:val="0"/>
          <w:numId w:val="23"/>
        </w:numPr>
        <w:rPr>
          <w:rFonts w:ascii="Lemonada" w:hAnsi="Lemonada" w:hint="eastAsia"/>
          <w:sz w:val="28"/>
          <w:szCs w:val="28"/>
          <w:lang w:val="hr-HR"/>
        </w:rPr>
      </w:pPr>
      <w:r w:rsidRPr="002F1EE1">
        <w:rPr>
          <w:rFonts w:ascii="Lemonada" w:hAnsi="Lemonada"/>
          <w:b/>
          <w:bCs/>
          <w:sz w:val="28"/>
          <w:szCs w:val="28"/>
          <w:lang w:val="hr-HR"/>
        </w:rPr>
        <w:t>Data</w:t>
      </w:r>
    </w:p>
    <w:p w14:paraId="468F68E5" w14:textId="77777777" w:rsidR="00414CA9" w:rsidRPr="002F1EE1" w:rsidRDefault="00414CA9" w:rsidP="00414CA9">
      <w:pPr>
        <w:numPr>
          <w:ilvl w:val="0"/>
          <w:numId w:val="23"/>
        </w:numPr>
        <w:rPr>
          <w:rFonts w:ascii="Lemonada" w:hAnsi="Lemonada" w:hint="eastAsia"/>
          <w:sz w:val="28"/>
          <w:szCs w:val="28"/>
          <w:lang w:val="hr-HR"/>
        </w:rPr>
      </w:pPr>
      <w:proofErr w:type="spellStart"/>
      <w:r w:rsidRPr="002F1EE1">
        <w:rPr>
          <w:rFonts w:ascii="Lemonada" w:hAnsi="Lemonada"/>
          <w:b/>
          <w:bCs/>
          <w:sz w:val="28"/>
          <w:szCs w:val="28"/>
          <w:lang w:val="hr-HR"/>
        </w:rPr>
        <w:t>Analyze</w:t>
      </w:r>
      <w:proofErr w:type="spellEnd"/>
    </w:p>
    <w:p w14:paraId="06B80026" w14:textId="77777777" w:rsidR="00414CA9" w:rsidRPr="002F1EE1" w:rsidRDefault="00414CA9" w:rsidP="00414CA9">
      <w:pPr>
        <w:numPr>
          <w:ilvl w:val="0"/>
          <w:numId w:val="23"/>
        </w:numPr>
        <w:rPr>
          <w:rFonts w:ascii="Lemonada" w:hAnsi="Lemonada" w:hint="eastAsia"/>
          <w:sz w:val="28"/>
          <w:szCs w:val="28"/>
          <w:lang w:val="hr-HR"/>
        </w:rPr>
      </w:pPr>
      <w:proofErr w:type="spellStart"/>
      <w:r w:rsidRPr="002F1EE1">
        <w:rPr>
          <w:rFonts w:ascii="Lemonada" w:hAnsi="Lemonada"/>
          <w:b/>
          <w:bCs/>
          <w:sz w:val="28"/>
          <w:szCs w:val="28"/>
          <w:lang w:val="hr-HR"/>
        </w:rPr>
        <w:t>Detect</w:t>
      </w:r>
      <w:proofErr w:type="spellEnd"/>
    </w:p>
    <w:p w14:paraId="5BEA54F2" w14:textId="77777777" w:rsidR="00414CA9" w:rsidRPr="002F1EE1" w:rsidRDefault="00414CA9" w:rsidP="00414CA9">
      <w:pPr>
        <w:numPr>
          <w:ilvl w:val="0"/>
          <w:numId w:val="23"/>
        </w:numPr>
        <w:rPr>
          <w:rFonts w:ascii="Lemonada" w:hAnsi="Lemonada" w:hint="eastAsia"/>
          <w:sz w:val="28"/>
          <w:szCs w:val="28"/>
          <w:lang w:val="hr-HR"/>
        </w:rPr>
      </w:pPr>
      <w:r w:rsidRPr="002F1EE1">
        <w:rPr>
          <w:rFonts w:ascii="Lemonada" w:hAnsi="Lemonada"/>
          <w:b/>
          <w:bCs/>
          <w:sz w:val="28"/>
          <w:szCs w:val="28"/>
          <w:lang w:val="hr-HR"/>
        </w:rPr>
        <w:t>Automatic</w:t>
      </w:r>
    </w:p>
    <w:p w14:paraId="4A68513B" w14:textId="77777777" w:rsidR="00A1314F" w:rsidRPr="002F1EE1" w:rsidRDefault="00414CA9" w:rsidP="00414CA9">
      <w:pPr>
        <w:numPr>
          <w:ilvl w:val="0"/>
          <w:numId w:val="23"/>
        </w:numPr>
        <w:rPr>
          <w:rFonts w:ascii="Lemonada" w:hAnsi="Lemonada" w:hint="eastAsia"/>
          <w:sz w:val="28"/>
          <w:szCs w:val="28"/>
          <w:lang w:val="hr-HR"/>
        </w:rPr>
      </w:pPr>
      <w:proofErr w:type="spellStart"/>
      <w:r w:rsidRPr="002F1EE1">
        <w:rPr>
          <w:rFonts w:ascii="Lemonada" w:hAnsi="Lemonada"/>
          <w:b/>
          <w:bCs/>
          <w:sz w:val="28"/>
          <w:szCs w:val="28"/>
          <w:lang w:val="hr-HR"/>
        </w:rPr>
        <w:t>Freshness</w:t>
      </w:r>
      <w:proofErr w:type="spellEnd"/>
      <w:r w:rsidRPr="002F1EE1">
        <w:rPr>
          <w:rFonts w:ascii="Lemonada" w:hAnsi="Lemonada"/>
          <w:b/>
          <w:bCs/>
          <w:sz w:val="28"/>
          <w:szCs w:val="28"/>
          <w:lang w:val="hr-HR"/>
        </w:rPr>
        <w:t xml:space="preserve"> / </w:t>
      </w:r>
      <w:proofErr w:type="spellStart"/>
      <w:r w:rsidRPr="002F1EE1">
        <w:rPr>
          <w:rFonts w:ascii="Lemonada" w:hAnsi="Lemonada"/>
          <w:b/>
          <w:bCs/>
          <w:sz w:val="28"/>
          <w:szCs w:val="28"/>
          <w:lang w:val="hr-HR"/>
        </w:rPr>
        <w:t>Texture</w:t>
      </w:r>
      <w:proofErr w:type="spellEnd"/>
      <w:r w:rsidRPr="002F1EE1">
        <w:rPr>
          <w:rFonts w:ascii="Lemonada" w:hAnsi="Lemonada"/>
          <w:b/>
          <w:bCs/>
          <w:sz w:val="28"/>
          <w:szCs w:val="28"/>
          <w:lang w:val="hr-HR"/>
        </w:rPr>
        <w:t xml:space="preserve"> / </w:t>
      </w:r>
      <w:proofErr w:type="spellStart"/>
      <w:r w:rsidRPr="002F1EE1">
        <w:rPr>
          <w:rFonts w:ascii="Lemonada" w:hAnsi="Lemonada"/>
          <w:b/>
          <w:bCs/>
          <w:sz w:val="28"/>
          <w:szCs w:val="28"/>
          <w:lang w:val="hr-HR"/>
        </w:rPr>
        <w:t>Color</w:t>
      </w:r>
      <w:proofErr w:type="spellEnd"/>
    </w:p>
    <w:p w14:paraId="4C3D29CE" w14:textId="1F0126BE" w:rsidR="00414CA9" w:rsidRPr="002F1EE1" w:rsidRDefault="00414CA9" w:rsidP="00A1314F">
      <w:pPr>
        <w:rPr>
          <w:rFonts w:ascii="Lemonada" w:hAnsi="Lemonada" w:hint="eastAsia"/>
          <w:sz w:val="28"/>
          <w:szCs w:val="28"/>
          <w:lang w:val="hr-HR"/>
        </w:rPr>
      </w:pPr>
      <w:r w:rsidRPr="002F1EE1">
        <w:rPr>
          <w:rFonts w:ascii="Lemonada" w:hAnsi="Lemonada"/>
          <w:sz w:val="28"/>
          <w:szCs w:val="28"/>
          <w:lang w:val="hr-HR"/>
        </w:rPr>
        <w:t xml:space="preserve">Use </w:t>
      </w:r>
      <w:proofErr w:type="spellStart"/>
      <w:r w:rsidRPr="002F1EE1">
        <w:rPr>
          <w:rFonts w:ascii="Lemonada" w:hAnsi="Lemonada"/>
          <w:sz w:val="28"/>
          <w:szCs w:val="28"/>
          <w:lang w:val="hr-HR"/>
        </w:rPr>
        <w:t>pictures</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and</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tools</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from</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their</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fields</w:t>
      </w:r>
      <w:proofErr w:type="spellEnd"/>
      <w:r w:rsidRPr="002F1EE1">
        <w:rPr>
          <w:rFonts w:ascii="Lemonada" w:hAnsi="Lemonada"/>
          <w:sz w:val="28"/>
          <w:szCs w:val="28"/>
          <w:lang w:val="hr-HR"/>
        </w:rPr>
        <w:t>.</w:t>
      </w:r>
      <w:r w:rsidRPr="002F1EE1">
        <w:rPr>
          <w:rFonts w:ascii="Lemonada" w:hAnsi="Lemonada"/>
          <w:sz w:val="28"/>
          <w:szCs w:val="28"/>
          <w:lang w:val="hr-HR"/>
        </w:rPr>
        <w:br/>
      </w:r>
      <w:proofErr w:type="spellStart"/>
      <w:r w:rsidRPr="002F1EE1">
        <w:rPr>
          <w:rFonts w:ascii="Lemonada" w:hAnsi="Lemonada"/>
          <w:sz w:val="28"/>
          <w:szCs w:val="28"/>
          <w:lang w:val="hr-HR"/>
        </w:rPr>
        <w:t>Ask</w:t>
      </w:r>
      <w:proofErr w:type="spellEnd"/>
      <w:r w:rsidRPr="002F1EE1">
        <w:rPr>
          <w:rFonts w:ascii="Lemonada" w:hAnsi="Lemonada"/>
          <w:sz w:val="28"/>
          <w:szCs w:val="28"/>
          <w:lang w:val="hr-HR"/>
        </w:rPr>
        <w:t>: “</w:t>
      </w:r>
      <w:proofErr w:type="spellStart"/>
      <w:r w:rsidRPr="002F1EE1">
        <w:rPr>
          <w:rFonts w:ascii="Lemonada" w:hAnsi="Lemonada"/>
          <w:sz w:val="28"/>
          <w:szCs w:val="28"/>
          <w:lang w:val="hr-HR"/>
        </w:rPr>
        <w:t>Which</w:t>
      </w:r>
      <w:proofErr w:type="spellEnd"/>
      <w:r w:rsidRPr="002F1EE1">
        <w:rPr>
          <w:rFonts w:ascii="Lemonada" w:hAnsi="Lemonada"/>
          <w:sz w:val="28"/>
          <w:szCs w:val="28"/>
          <w:lang w:val="hr-HR"/>
        </w:rPr>
        <w:t xml:space="preserve"> word </w:t>
      </w:r>
      <w:proofErr w:type="spellStart"/>
      <w:r w:rsidRPr="002F1EE1">
        <w:rPr>
          <w:rFonts w:ascii="Lemonada" w:hAnsi="Lemonada"/>
          <w:sz w:val="28"/>
          <w:szCs w:val="28"/>
          <w:lang w:val="hr-HR"/>
        </w:rPr>
        <w:t>could</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match</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your</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job</w:t>
      </w:r>
      <w:proofErr w:type="spellEnd"/>
      <w:r w:rsidRPr="002F1EE1">
        <w:rPr>
          <w:rFonts w:ascii="Lemonada" w:hAnsi="Lemonada"/>
          <w:sz w:val="28"/>
          <w:szCs w:val="28"/>
          <w:lang w:val="hr-HR"/>
        </w:rPr>
        <w:t xml:space="preserve">?” → </w:t>
      </w:r>
      <w:proofErr w:type="spellStart"/>
      <w:r w:rsidRPr="002F1EE1">
        <w:rPr>
          <w:rFonts w:ascii="Lemonada" w:hAnsi="Lemonada"/>
          <w:sz w:val="28"/>
          <w:szCs w:val="28"/>
          <w:lang w:val="hr-HR"/>
        </w:rPr>
        <w:t>confirm</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meaning</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together</w:t>
      </w:r>
      <w:proofErr w:type="spellEnd"/>
      <w:r w:rsidRPr="002F1EE1">
        <w:rPr>
          <w:rFonts w:ascii="Lemonada" w:hAnsi="Lemonada"/>
          <w:sz w:val="28"/>
          <w:szCs w:val="28"/>
          <w:lang w:val="hr-HR"/>
        </w:rPr>
        <w:t>.</w:t>
      </w:r>
    </w:p>
    <w:p w14:paraId="61799009" w14:textId="769D9524" w:rsidR="00414CA9" w:rsidRPr="002F1EE1" w:rsidRDefault="00414CA9" w:rsidP="00414CA9">
      <w:pPr>
        <w:rPr>
          <w:rFonts w:ascii="Lemonada" w:hAnsi="Lemonada" w:hint="eastAsia"/>
          <w:b/>
          <w:bCs/>
          <w:sz w:val="28"/>
          <w:szCs w:val="28"/>
          <w:lang w:val="hr-HR"/>
        </w:rPr>
      </w:pPr>
      <w:r w:rsidRPr="002F1EE1">
        <w:rPr>
          <w:rFonts w:ascii="Lemonada" w:hAnsi="Lemonada"/>
          <w:b/>
          <w:bCs/>
          <w:sz w:val="28"/>
          <w:szCs w:val="28"/>
          <w:lang w:val="hr-HR"/>
        </w:rPr>
        <w:lastRenderedPageBreak/>
        <w:t xml:space="preserve"> </w:t>
      </w:r>
      <w:proofErr w:type="spellStart"/>
      <w:r w:rsidRPr="002F1EE1">
        <w:rPr>
          <w:rFonts w:ascii="Lemonada" w:hAnsi="Lemonada"/>
          <w:b/>
          <w:bCs/>
          <w:sz w:val="28"/>
          <w:szCs w:val="28"/>
          <w:lang w:val="hr-HR"/>
        </w:rPr>
        <w:t>Reading</w:t>
      </w:r>
      <w:proofErr w:type="spellEnd"/>
      <w:r w:rsidRPr="002F1EE1">
        <w:rPr>
          <w:rFonts w:ascii="Lemonada" w:hAnsi="Lemonada"/>
          <w:b/>
          <w:bCs/>
          <w:sz w:val="28"/>
          <w:szCs w:val="28"/>
          <w:lang w:val="hr-HR"/>
        </w:rPr>
        <w:t xml:space="preserve"> &amp; </w:t>
      </w:r>
      <w:proofErr w:type="spellStart"/>
      <w:r w:rsidRPr="002F1EE1">
        <w:rPr>
          <w:rFonts w:ascii="Lemonada" w:hAnsi="Lemonada"/>
          <w:b/>
          <w:bCs/>
          <w:sz w:val="28"/>
          <w:szCs w:val="28"/>
          <w:lang w:val="hr-HR"/>
        </w:rPr>
        <w:t>Comprehension</w:t>
      </w:r>
      <w:proofErr w:type="spellEnd"/>
      <w:r w:rsidRPr="002F1EE1">
        <w:rPr>
          <w:rFonts w:ascii="Lemonada" w:hAnsi="Lemonada"/>
          <w:b/>
          <w:bCs/>
          <w:sz w:val="28"/>
          <w:szCs w:val="28"/>
          <w:lang w:val="hr-HR"/>
        </w:rPr>
        <w:t xml:space="preserve"> (15 min)</w:t>
      </w:r>
    </w:p>
    <w:p w14:paraId="4ED80301" w14:textId="77777777" w:rsidR="00A1314F" w:rsidRPr="002F1EE1" w:rsidRDefault="00414CA9" w:rsidP="00A1314F">
      <w:pPr>
        <w:rPr>
          <w:rFonts w:ascii="Lemonada" w:hAnsi="Lemonada" w:hint="eastAsia"/>
          <w:sz w:val="28"/>
          <w:szCs w:val="28"/>
          <w:lang w:val="hr-HR"/>
        </w:rPr>
      </w:pPr>
      <w:proofErr w:type="spellStart"/>
      <w:r w:rsidRPr="002F1EE1">
        <w:rPr>
          <w:rFonts w:ascii="Lemonada" w:hAnsi="Lemonada"/>
          <w:sz w:val="28"/>
          <w:szCs w:val="28"/>
          <w:lang w:val="hr-HR"/>
        </w:rPr>
        <w:t>Divide</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by</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vocation</w:t>
      </w:r>
      <w:proofErr w:type="spellEnd"/>
      <w:r w:rsidRPr="002F1EE1">
        <w:rPr>
          <w:rFonts w:ascii="Lemonada" w:hAnsi="Lemonada"/>
          <w:sz w:val="28"/>
          <w:szCs w:val="28"/>
          <w:lang w:val="hr-HR"/>
        </w:rPr>
        <w:t xml:space="preserve"> — </w:t>
      </w:r>
      <w:proofErr w:type="spellStart"/>
      <w:r w:rsidRPr="002F1EE1">
        <w:rPr>
          <w:rFonts w:ascii="Lemonada" w:hAnsi="Lemonada"/>
          <w:sz w:val="28"/>
          <w:szCs w:val="28"/>
          <w:lang w:val="hr-HR"/>
        </w:rPr>
        <w:t>each</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group</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gets</w:t>
      </w:r>
      <w:proofErr w:type="spellEnd"/>
      <w:r w:rsidRPr="002F1EE1">
        <w:rPr>
          <w:rFonts w:ascii="Lemonada" w:hAnsi="Lemonada"/>
          <w:sz w:val="28"/>
          <w:szCs w:val="28"/>
          <w:lang w:val="hr-HR"/>
        </w:rPr>
        <w:t xml:space="preserve"> a short </w:t>
      </w:r>
      <w:proofErr w:type="spellStart"/>
      <w:r w:rsidRPr="002F1EE1">
        <w:rPr>
          <w:rFonts w:ascii="Lemonada" w:hAnsi="Lemonada"/>
          <w:sz w:val="28"/>
          <w:szCs w:val="28"/>
          <w:lang w:val="hr-HR"/>
        </w:rPr>
        <w:t>text</w:t>
      </w:r>
      <w:proofErr w:type="spellEnd"/>
      <w:r w:rsidRPr="002F1EE1">
        <w:rPr>
          <w:rFonts w:ascii="Lemonada" w:hAnsi="Lemonada"/>
          <w:sz w:val="28"/>
          <w:szCs w:val="28"/>
          <w:lang w:val="hr-HR"/>
        </w:rPr>
        <w:t xml:space="preserve"> (80–100 </w:t>
      </w:r>
      <w:proofErr w:type="spellStart"/>
      <w:r w:rsidRPr="002F1EE1">
        <w:rPr>
          <w:rFonts w:ascii="Lemonada" w:hAnsi="Lemonada"/>
          <w:sz w:val="28"/>
          <w:szCs w:val="28"/>
          <w:lang w:val="hr-HR"/>
        </w:rPr>
        <w:t>words</w:t>
      </w:r>
      <w:proofErr w:type="spellEnd"/>
      <w:r w:rsidRPr="002F1EE1">
        <w:rPr>
          <w:rFonts w:ascii="Lemonada" w:hAnsi="Lemonada"/>
          <w:sz w:val="28"/>
          <w:szCs w:val="28"/>
          <w:lang w:val="hr-HR"/>
        </w:rPr>
        <w:t>).</w:t>
      </w:r>
    </w:p>
    <w:p w14:paraId="52EB94AA" w14:textId="710E5B78" w:rsidR="00EE2D09" w:rsidRPr="002F1EE1" w:rsidRDefault="003A2236" w:rsidP="00A1314F">
      <w:pPr>
        <w:rPr>
          <w:rFonts w:ascii="Lemonada" w:hAnsi="Lemonada" w:cstheme="majorHAnsi" w:hint="eastAsia"/>
          <w:b/>
          <w:bCs/>
          <w:sz w:val="28"/>
          <w:szCs w:val="28"/>
          <w:lang w:val="hr-HR"/>
        </w:rPr>
      </w:pPr>
      <w:r w:rsidRPr="002F1EE1">
        <w:rPr>
          <w:rFonts w:ascii="Lemonada" w:hAnsi="Lemonada" w:cstheme="majorHAnsi"/>
          <w:b/>
          <w:bCs/>
          <w:sz w:val="28"/>
          <w:szCs w:val="28"/>
        </w:rPr>
        <w:t>Cooks</w:t>
      </w:r>
      <w:r w:rsidR="0040313D" w:rsidRPr="002F1EE1">
        <w:rPr>
          <w:rFonts w:ascii="Lemonada" w:hAnsi="Lemonada" w:cstheme="majorHAnsi"/>
          <w:b/>
          <w:bCs/>
          <w:sz w:val="28"/>
          <w:szCs w:val="28"/>
        </w:rPr>
        <w:t>: Quantum Cooking</w:t>
      </w:r>
    </w:p>
    <w:p w14:paraId="32B31D41" w14:textId="77777777" w:rsidR="00EE2D09" w:rsidRPr="002F1EE1" w:rsidRDefault="0040313D">
      <w:pPr>
        <w:rPr>
          <w:rFonts w:ascii="Lemonada" w:hAnsi="Lemonada" w:hint="eastAsia"/>
          <w:sz w:val="28"/>
          <w:szCs w:val="28"/>
        </w:rPr>
      </w:pPr>
      <w:r w:rsidRPr="002F1EE1">
        <w:rPr>
          <w:rFonts w:ascii="Lemonada" w:hAnsi="Lemonada"/>
          <w:sz w:val="28"/>
          <w:szCs w:val="28"/>
        </w:rPr>
        <w:t>Key vocabulary:</w:t>
      </w:r>
    </w:p>
    <w:p w14:paraId="1C762088" w14:textId="2CF59101" w:rsidR="00EE2D09" w:rsidRPr="002F1EE1" w:rsidRDefault="0040313D">
      <w:pPr>
        <w:pStyle w:val="Grafikeoznake"/>
        <w:rPr>
          <w:rFonts w:ascii="Lemonada" w:hAnsi="Lemonada" w:hint="eastAsia"/>
          <w:sz w:val="28"/>
          <w:szCs w:val="28"/>
        </w:rPr>
      </w:pPr>
      <w:r w:rsidRPr="002F1EE1">
        <w:rPr>
          <w:rFonts w:ascii="Lemonada" w:hAnsi="Lemonada"/>
          <w:sz w:val="28"/>
          <w:szCs w:val="28"/>
        </w:rPr>
        <w:t xml:space="preserve"> temperature sensor</w:t>
      </w:r>
    </w:p>
    <w:p w14:paraId="7ACAB3AE" w14:textId="63C899DE" w:rsidR="00EE2D09" w:rsidRPr="002F1EE1" w:rsidRDefault="0040313D">
      <w:pPr>
        <w:pStyle w:val="Grafikeoznake"/>
        <w:rPr>
          <w:rFonts w:ascii="Lemonada" w:hAnsi="Lemonada" w:hint="eastAsia"/>
          <w:sz w:val="28"/>
          <w:szCs w:val="28"/>
        </w:rPr>
      </w:pPr>
      <w:r w:rsidRPr="002F1EE1">
        <w:rPr>
          <w:rFonts w:ascii="Lemonada" w:hAnsi="Lemonada"/>
          <w:sz w:val="28"/>
          <w:szCs w:val="28"/>
        </w:rPr>
        <w:t xml:space="preserve"> molecule</w:t>
      </w:r>
    </w:p>
    <w:p w14:paraId="4D5C15D8" w14:textId="6F5C694D" w:rsidR="00EE2D09" w:rsidRPr="002F1EE1" w:rsidRDefault="002F1EE1">
      <w:pPr>
        <w:pStyle w:val="Grafikeoznake"/>
        <w:rPr>
          <w:rFonts w:ascii="Lemonada" w:hAnsi="Lemonada" w:hint="eastAsia"/>
          <w:sz w:val="28"/>
          <w:szCs w:val="28"/>
        </w:rPr>
      </w:pPr>
      <w:r>
        <w:rPr>
          <w:rFonts w:ascii="Lemonada" w:hAnsi="Lemonada"/>
          <w:sz w:val="28"/>
          <w:szCs w:val="28"/>
        </w:rPr>
        <w:t xml:space="preserve"> </w:t>
      </w:r>
      <w:r w:rsidR="0040313D" w:rsidRPr="002F1EE1">
        <w:rPr>
          <w:rFonts w:ascii="Lemonada" w:hAnsi="Lemonada"/>
          <w:sz w:val="28"/>
          <w:szCs w:val="28"/>
        </w:rPr>
        <w:t>precision</w:t>
      </w:r>
    </w:p>
    <w:p w14:paraId="60BECE37" w14:textId="34D03E20" w:rsidR="00EE2D09" w:rsidRPr="002F1EE1" w:rsidRDefault="002F1EE1">
      <w:pPr>
        <w:pStyle w:val="Grafikeoznake"/>
        <w:rPr>
          <w:rFonts w:ascii="Lemonada" w:hAnsi="Lemonada" w:hint="eastAsia"/>
          <w:sz w:val="28"/>
          <w:szCs w:val="28"/>
        </w:rPr>
      </w:pPr>
      <w:r>
        <w:rPr>
          <w:rFonts w:ascii="Lemonada" w:hAnsi="Lemonada"/>
          <w:sz w:val="28"/>
          <w:szCs w:val="28"/>
        </w:rPr>
        <w:t xml:space="preserve"> </w:t>
      </w:r>
      <w:r w:rsidR="0040313D" w:rsidRPr="002F1EE1">
        <w:rPr>
          <w:rFonts w:ascii="Lemonada" w:hAnsi="Lemonada"/>
          <w:sz w:val="28"/>
          <w:szCs w:val="28"/>
        </w:rPr>
        <w:t>freshness</w:t>
      </w:r>
    </w:p>
    <w:p w14:paraId="12FA1084" w14:textId="6E171197" w:rsidR="00EE2D09" w:rsidRPr="002F1EE1" w:rsidRDefault="002F1EE1">
      <w:pPr>
        <w:pStyle w:val="Grafikeoznake"/>
        <w:rPr>
          <w:rFonts w:ascii="Lemonada" w:hAnsi="Lemonada" w:hint="eastAsia"/>
          <w:sz w:val="28"/>
          <w:szCs w:val="28"/>
        </w:rPr>
      </w:pPr>
      <w:r>
        <w:rPr>
          <w:rFonts w:ascii="Lemonada" w:hAnsi="Lemonada"/>
          <w:sz w:val="28"/>
          <w:szCs w:val="28"/>
        </w:rPr>
        <w:t xml:space="preserve"> </w:t>
      </w:r>
      <w:proofErr w:type="spellStart"/>
      <w:r w:rsidR="0040313D" w:rsidRPr="002F1EE1">
        <w:rPr>
          <w:rFonts w:ascii="Lemonada" w:hAnsi="Lemonada"/>
          <w:sz w:val="28"/>
          <w:szCs w:val="28"/>
        </w:rPr>
        <w:t>flavour</w:t>
      </w:r>
      <w:proofErr w:type="spellEnd"/>
    </w:p>
    <w:p w14:paraId="1E584716" w14:textId="39B2D4D8" w:rsidR="00EE2D09" w:rsidRPr="002F1EE1" w:rsidRDefault="00A1314F">
      <w:pPr>
        <w:rPr>
          <w:rFonts w:ascii="Lemonada" w:hAnsi="Lemonada" w:hint="eastAsia"/>
          <w:sz w:val="28"/>
          <w:szCs w:val="28"/>
        </w:rPr>
      </w:pPr>
      <w:r w:rsidRPr="002F1EE1">
        <w:rPr>
          <w:rFonts w:ascii="Lemonada" w:hAnsi="Lemonada"/>
          <w:sz w:val="28"/>
          <w:szCs w:val="28"/>
        </w:rPr>
        <w:t>Reading:</w:t>
      </w:r>
    </w:p>
    <w:p w14:paraId="3BABD422" w14:textId="77777777" w:rsidR="00EE2D09" w:rsidRPr="002F1EE1" w:rsidRDefault="0040313D">
      <w:pPr>
        <w:rPr>
          <w:rFonts w:ascii="Lemonada" w:hAnsi="Lemonada" w:hint="eastAsia"/>
          <w:sz w:val="28"/>
          <w:szCs w:val="28"/>
        </w:rPr>
      </w:pPr>
      <w:r w:rsidRPr="002F1EE1">
        <w:rPr>
          <w:rFonts w:ascii="Lemonada" w:hAnsi="Lemonada"/>
          <w:sz w:val="28"/>
          <w:szCs w:val="28"/>
        </w:rPr>
        <w:t>In the future, quantum sensors will help chefs cook with perfect precision. They can measure the temperature and composition of food at the molecular level. They can also detect if food is fresh or spoiled faster than our senses.</w:t>
      </w:r>
    </w:p>
    <w:p w14:paraId="27BA4027" w14:textId="77777777" w:rsidR="008E2ADE" w:rsidRPr="002F1EE1" w:rsidRDefault="0040313D" w:rsidP="003F5ABD">
      <w:pPr>
        <w:rPr>
          <w:rFonts w:ascii="Lemonada" w:hAnsi="Lemonada" w:hint="eastAsia"/>
          <w:sz w:val="28"/>
          <w:szCs w:val="28"/>
        </w:rPr>
      </w:pPr>
      <w:r w:rsidRPr="002F1EE1">
        <w:rPr>
          <w:rFonts w:ascii="Lemonada" w:hAnsi="Lemonada"/>
          <w:sz w:val="28"/>
          <w:szCs w:val="28"/>
        </w:rPr>
        <w:t>Tasks:</w:t>
      </w:r>
    </w:p>
    <w:p w14:paraId="539B5173" w14:textId="57F8F2BE" w:rsidR="004A1825" w:rsidRPr="002F1EE1" w:rsidRDefault="008E2ADE" w:rsidP="003F5ABD">
      <w:pPr>
        <w:rPr>
          <w:rFonts w:ascii="Lemonada" w:hAnsi="Lemonada" w:hint="eastAsia"/>
          <w:sz w:val="28"/>
          <w:szCs w:val="28"/>
        </w:rPr>
      </w:pPr>
      <w:r w:rsidRPr="002F1EE1">
        <w:rPr>
          <w:rFonts w:ascii="Lemonada" w:hAnsi="Lemonada"/>
          <w:sz w:val="28"/>
          <w:szCs w:val="28"/>
        </w:rPr>
        <w:t>1. Match the words with their meanings:</w:t>
      </w:r>
      <w:r w:rsidR="0040313D" w:rsidRPr="002F1EE1">
        <w:rPr>
          <w:rFonts w:ascii="Lemonada" w:hAnsi="Lemonada"/>
          <w:sz w:val="28"/>
          <w:szCs w:val="28"/>
        </w:rPr>
        <w:br/>
        <w:t xml:space="preserve">   a) molecule </w:t>
      </w:r>
      <w:r w:rsidR="003F5ABD" w:rsidRPr="002F1EE1">
        <w:rPr>
          <w:rFonts w:ascii="Lemonada" w:hAnsi="Lemonada"/>
          <w:sz w:val="28"/>
          <w:szCs w:val="28"/>
        </w:rPr>
        <w:t xml:space="preserve"> </w:t>
      </w:r>
      <w:r w:rsidRPr="002F1EE1">
        <w:rPr>
          <w:rFonts w:ascii="Lemonada" w:hAnsi="Lemonada"/>
          <w:sz w:val="28"/>
          <w:szCs w:val="28"/>
        </w:rPr>
        <w:t xml:space="preserve">                                       </w:t>
      </w:r>
      <w:proofErr w:type="spellStart"/>
      <w:r w:rsidRPr="002F1EE1">
        <w:rPr>
          <w:rFonts w:ascii="Lemonada" w:hAnsi="Lemonada"/>
          <w:sz w:val="28"/>
          <w:szCs w:val="28"/>
          <w:lang w:val="hr-HR"/>
        </w:rPr>
        <w:t>the</w:t>
      </w:r>
      <w:proofErr w:type="spellEnd"/>
      <w:r w:rsidRPr="002F1EE1">
        <w:rPr>
          <w:rFonts w:ascii="Lemonada" w:hAnsi="Lemonada"/>
          <w:sz w:val="28"/>
          <w:szCs w:val="28"/>
          <w:lang w:val="hr-HR"/>
        </w:rPr>
        <w:t xml:space="preserve"> taste </w:t>
      </w:r>
      <w:proofErr w:type="spellStart"/>
      <w:r w:rsidRPr="002F1EE1">
        <w:rPr>
          <w:rFonts w:ascii="Lemonada" w:hAnsi="Lemonada"/>
          <w:sz w:val="28"/>
          <w:szCs w:val="28"/>
          <w:lang w:val="hr-HR"/>
        </w:rPr>
        <w:t>of</w:t>
      </w:r>
      <w:proofErr w:type="spellEnd"/>
      <w:r w:rsidRPr="002F1EE1">
        <w:rPr>
          <w:rFonts w:ascii="Lemonada" w:hAnsi="Lemonada"/>
          <w:sz w:val="28"/>
          <w:szCs w:val="28"/>
          <w:lang w:val="hr-HR"/>
        </w:rPr>
        <w:t xml:space="preserve"> </w:t>
      </w:r>
      <w:proofErr w:type="spellStart"/>
      <w:r w:rsidRPr="002F1EE1">
        <w:rPr>
          <w:rFonts w:ascii="Lemonada" w:hAnsi="Lemonada"/>
          <w:sz w:val="28"/>
          <w:szCs w:val="28"/>
          <w:lang w:val="hr-HR"/>
        </w:rPr>
        <w:t>food</w:t>
      </w:r>
      <w:proofErr w:type="spellEnd"/>
    </w:p>
    <w:p w14:paraId="6F42F287" w14:textId="048559CA" w:rsidR="004A1825" w:rsidRPr="002F1EE1" w:rsidRDefault="004A1825" w:rsidP="003F5ABD">
      <w:pPr>
        <w:rPr>
          <w:rFonts w:ascii="Lemonada" w:hAnsi="Lemonada" w:hint="eastAsia"/>
          <w:sz w:val="28"/>
          <w:szCs w:val="28"/>
        </w:rPr>
      </w:pPr>
      <w:r w:rsidRPr="002F1EE1">
        <w:rPr>
          <w:rFonts w:ascii="Lemonada" w:hAnsi="Lemonada"/>
          <w:sz w:val="28"/>
          <w:szCs w:val="28"/>
        </w:rPr>
        <w:t xml:space="preserve">   b) </w:t>
      </w:r>
      <w:proofErr w:type="spellStart"/>
      <w:r w:rsidRPr="002F1EE1">
        <w:rPr>
          <w:rFonts w:ascii="Lemonada" w:hAnsi="Lemonada"/>
          <w:sz w:val="28"/>
          <w:szCs w:val="28"/>
        </w:rPr>
        <w:t>flavour</w:t>
      </w:r>
      <w:proofErr w:type="spellEnd"/>
      <w:r w:rsidR="008E2ADE" w:rsidRPr="002F1EE1">
        <w:rPr>
          <w:rFonts w:ascii="Lemonada" w:hAnsi="Lemonada"/>
          <w:sz w:val="28"/>
          <w:szCs w:val="28"/>
        </w:rPr>
        <w:t xml:space="preserve">                                            </w:t>
      </w:r>
      <w:r w:rsidR="008E2ADE" w:rsidRPr="002F1EE1">
        <w:rPr>
          <w:rFonts w:ascii="Lemonada" w:hAnsi="Lemonada"/>
          <w:sz w:val="28"/>
          <w:szCs w:val="28"/>
          <w:lang w:val="hr-HR"/>
        </w:rPr>
        <w:t xml:space="preserve"> how </w:t>
      </w:r>
      <w:proofErr w:type="spellStart"/>
      <w:r w:rsidR="008E2ADE" w:rsidRPr="002F1EE1">
        <w:rPr>
          <w:rFonts w:ascii="Lemonada" w:hAnsi="Lemonada"/>
          <w:sz w:val="28"/>
          <w:szCs w:val="28"/>
          <w:lang w:val="hr-HR"/>
        </w:rPr>
        <w:t>new</w:t>
      </w:r>
      <w:proofErr w:type="spellEnd"/>
      <w:r w:rsidR="008E2ADE" w:rsidRPr="002F1EE1">
        <w:rPr>
          <w:rFonts w:ascii="Lemonada" w:hAnsi="Lemonada"/>
          <w:sz w:val="28"/>
          <w:szCs w:val="28"/>
          <w:lang w:val="hr-HR"/>
        </w:rPr>
        <w:t xml:space="preserve"> </w:t>
      </w:r>
      <w:proofErr w:type="spellStart"/>
      <w:r w:rsidR="008E2ADE" w:rsidRPr="002F1EE1">
        <w:rPr>
          <w:rFonts w:ascii="Lemonada" w:hAnsi="Lemonada"/>
          <w:sz w:val="28"/>
          <w:szCs w:val="28"/>
          <w:lang w:val="hr-HR"/>
        </w:rPr>
        <w:t>or</w:t>
      </w:r>
      <w:proofErr w:type="spellEnd"/>
      <w:r w:rsidR="008E2ADE" w:rsidRPr="002F1EE1">
        <w:rPr>
          <w:rFonts w:ascii="Lemonada" w:hAnsi="Lemonada"/>
          <w:sz w:val="28"/>
          <w:szCs w:val="28"/>
          <w:lang w:val="hr-HR"/>
        </w:rPr>
        <w:t xml:space="preserve"> </w:t>
      </w:r>
      <w:proofErr w:type="spellStart"/>
      <w:r w:rsidR="008E2ADE" w:rsidRPr="002F1EE1">
        <w:rPr>
          <w:rFonts w:ascii="Lemonada" w:hAnsi="Lemonada"/>
          <w:sz w:val="28"/>
          <w:szCs w:val="28"/>
          <w:lang w:val="hr-HR"/>
        </w:rPr>
        <w:t>not</w:t>
      </w:r>
      <w:proofErr w:type="spellEnd"/>
      <w:r w:rsidR="008E2ADE" w:rsidRPr="002F1EE1">
        <w:rPr>
          <w:rFonts w:ascii="Lemonada" w:hAnsi="Lemonada"/>
          <w:sz w:val="28"/>
          <w:szCs w:val="28"/>
          <w:lang w:val="hr-HR"/>
        </w:rPr>
        <w:t xml:space="preserve"> </w:t>
      </w:r>
      <w:proofErr w:type="spellStart"/>
      <w:r w:rsidR="008E2ADE" w:rsidRPr="002F1EE1">
        <w:rPr>
          <w:rFonts w:ascii="Lemonada" w:hAnsi="Lemonada"/>
          <w:sz w:val="28"/>
          <w:szCs w:val="28"/>
          <w:lang w:val="hr-HR"/>
        </w:rPr>
        <w:t>spoiled</w:t>
      </w:r>
      <w:proofErr w:type="spellEnd"/>
      <w:r w:rsidR="008E2ADE" w:rsidRPr="002F1EE1">
        <w:rPr>
          <w:rFonts w:ascii="Lemonada" w:hAnsi="Lemonada"/>
          <w:sz w:val="28"/>
          <w:szCs w:val="28"/>
          <w:lang w:val="hr-HR"/>
        </w:rPr>
        <w:t xml:space="preserve"> </w:t>
      </w:r>
      <w:proofErr w:type="spellStart"/>
      <w:r w:rsidR="008E2ADE" w:rsidRPr="002F1EE1">
        <w:rPr>
          <w:rFonts w:ascii="Lemonada" w:hAnsi="Lemonada"/>
          <w:sz w:val="28"/>
          <w:szCs w:val="28"/>
          <w:lang w:val="hr-HR"/>
        </w:rPr>
        <w:t>something</w:t>
      </w:r>
      <w:proofErr w:type="spellEnd"/>
      <w:r w:rsidR="008E2ADE" w:rsidRPr="002F1EE1">
        <w:rPr>
          <w:rFonts w:ascii="Lemonada" w:hAnsi="Lemonada"/>
          <w:sz w:val="28"/>
          <w:szCs w:val="28"/>
          <w:lang w:val="hr-HR"/>
        </w:rPr>
        <w:t xml:space="preserve"> </w:t>
      </w:r>
      <w:proofErr w:type="spellStart"/>
      <w:r w:rsidR="008E2ADE" w:rsidRPr="002F1EE1">
        <w:rPr>
          <w:rFonts w:ascii="Lemonada" w:hAnsi="Lemonada"/>
          <w:sz w:val="28"/>
          <w:szCs w:val="28"/>
          <w:lang w:val="hr-HR"/>
        </w:rPr>
        <w:t>is</w:t>
      </w:r>
      <w:proofErr w:type="spellEnd"/>
      <w:r w:rsidR="008E2ADE" w:rsidRPr="002F1EE1">
        <w:rPr>
          <w:rFonts w:ascii="Lemonada" w:hAnsi="Lemonada"/>
          <w:sz w:val="28"/>
          <w:szCs w:val="28"/>
        </w:rPr>
        <w:br/>
      </w:r>
    </w:p>
    <w:p w14:paraId="5BB4D836" w14:textId="0AD24A0A" w:rsidR="003F5ABD" w:rsidRPr="002F1EE1" w:rsidRDefault="004A1825" w:rsidP="003F5ABD">
      <w:pPr>
        <w:rPr>
          <w:rFonts w:ascii="Lemonada" w:hAnsi="Lemonada" w:hint="eastAsia"/>
          <w:sz w:val="28"/>
          <w:szCs w:val="28"/>
        </w:rPr>
      </w:pPr>
      <w:r w:rsidRPr="002F1EE1">
        <w:rPr>
          <w:rFonts w:ascii="Lemonada" w:hAnsi="Lemonada"/>
          <w:sz w:val="28"/>
          <w:szCs w:val="28"/>
        </w:rPr>
        <w:t xml:space="preserve">   c) </w:t>
      </w:r>
      <w:r w:rsidR="008E2ADE" w:rsidRPr="002F1EE1">
        <w:rPr>
          <w:rFonts w:ascii="Lemonada" w:hAnsi="Lemonada"/>
          <w:sz w:val="28"/>
          <w:szCs w:val="28"/>
        </w:rPr>
        <w:t xml:space="preserve">freshness </w:t>
      </w:r>
      <w:r w:rsidR="003F5ABD" w:rsidRPr="002F1EE1">
        <w:rPr>
          <w:rFonts w:ascii="Lemonada" w:hAnsi="Lemonada"/>
          <w:sz w:val="28"/>
          <w:szCs w:val="28"/>
        </w:rPr>
        <w:t xml:space="preserve">                                       </w:t>
      </w:r>
      <w:r w:rsidR="003F5ABD" w:rsidRPr="002F1EE1">
        <w:rPr>
          <w:rFonts w:ascii="Lemonada" w:hAnsi="Lemonada"/>
          <w:sz w:val="28"/>
          <w:szCs w:val="28"/>
          <w:lang w:val="hr-HR"/>
        </w:rPr>
        <w:t xml:space="preserve"> </w:t>
      </w:r>
      <w:proofErr w:type="spellStart"/>
      <w:r w:rsidR="003F5ABD" w:rsidRPr="002F1EE1">
        <w:rPr>
          <w:rFonts w:ascii="Lemonada" w:hAnsi="Lemonada"/>
          <w:sz w:val="28"/>
          <w:szCs w:val="28"/>
          <w:lang w:val="hr-HR"/>
        </w:rPr>
        <w:t>the</w:t>
      </w:r>
      <w:proofErr w:type="spellEnd"/>
      <w:r w:rsidR="003F5ABD" w:rsidRPr="002F1EE1">
        <w:rPr>
          <w:rFonts w:ascii="Lemonada" w:hAnsi="Lemonada"/>
          <w:sz w:val="28"/>
          <w:szCs w:val="28"/>
          <w:lang w:val="hr-HR"/>
        </w:rPr>
        <w:t xml:space="preserve"> </w:t>
      </w:r>
      <w:proofErr w:type="spellStart"/>
      <w:r w:rsidR="003F5ABD" w:rsidRPr="002F1EE1">
        <w:rPr>
          <w:rFonts w:ascii="Lemonada" w:hAnsi="Lemonada"/>
          <w:sz w:val="28"/>
          <w:szCs w:val="28"/>
          <w:lang w:val="hr-HR"/>
        </w:rPr>
        <w:t>smallest</w:t>
      </w:r>
      <w:proofErr w:type="spellEnd"/>
      <w:r w:rsidR="003F5ABD" w:rsidRPr="002F1EE1">
        <w:rPr>
          <w:rFonts w:ascii="Lemonada" w:hAnsi="Lemonada"/>
          <w:sz w:val="28"/>
          <w:szCs w:val="28"/>
          <w:lang w:val="hr-HR"/>
        </w:rPr>
        <w:t xml:space="preserve"> </w:t>
      </w:r>
      <w:proofErr w:type="spellStart"/>
      <w:r w:rsidR="003F5ABD" w:rsidRPr="002F1EE1">
        <w:rPr>
          <w:rFonts w:ascii="Lemonada" w:hAnsi="Lemonada"/>
          <w:sz w:val="28"/>
          <w:szCs w:val="28"/>
          <w:lang w:val="hr-HR"/>
        </w:rPr>
        <w:t>part</w:t>
      </w:r>
      <w:proofErr w:type="spellEnd"/>
      <w:r w:rsidR="003F5ABD" w:rsidRPr="002F1EE1">
        <w:rPr>
          <w:rFonts w:ascii="Lemonada" w:hAnsi="Lemonada"/>
          <w:sz w:val="28"/>
          <w:szCs w:val="28"/>
          <w:lang w:val="hr-HR"/>
        </w:rPr>
        <w:t xml:space="preserve"> </w:t>
      </w:r>
      <w:proofErr w:type="spellStart"/>
      <w:r w:rsidR="003F5ABD" w:rsidRPr="002F1EE1">
        <w:rPr>
          <w:rFonts w:ascii="Lemonada" w:hAnsi="Lemonada"/>
          <w:sz w:val="28"/>
          <w:szCs w:val="28"/>
          <w:lang w:val="hr-HR"/>
        </w:rPr>
        <w:t>of</w:t>
      </w:r>
      <w:proofErr w:type="spellEnd"/>
      <w:r w:rsidR="003F5ABD" w:rsidRPr="002F1EE1">
        <w:rPr>
          <w:rFonts w:ascii="Lemonada" w:hAnsi="Lemonada"/>
          <w:sz w:val="28"/>
          <w:szCs w:val="28"/>
          <w:lang w:val="hr-HR"/>
        </w:rPr>
        <w:t xml:space="preserve"> a </w:t>
      </w:r>
      <w:proofErr w:type="spellStart"/>
      <w:r w:rsidR="003F5ABD" w:rsidRPr="002F1EE1">
        <w:rPr>
          <w:rFonts w:ascii="Lemonada" w:hAnsi="Lemonada"/>
          <w:sz w:val="28"/>
          <w:szCs w:val="28"/>
          <w:lang w:val="hr-HR"/>
        </w:rPr>
        <w:t>substance</w:t>
      </w:r>
      <w:proofErr w:type="spellEnd"/>
    </w:p>
    <w:p w14:paraId="7D3478FC" w14:textId="23C05C47" w:rsidR="00EE2D09" w:rsidRPr="002F1EE1" w:rsidRDefault="003F5ABD">
      <w:pPr>
        <w:rPr>
          <w:rFonts w:ascii="Lemonada" w:hAnsi="Lemonada" w:hint="eastAsia"/>
          <w:sz w:val="28"/>
          <w:szCs w:val="28"/>
          <w:lang w:val="hr-HR"/>
        </w:rPr>
      </w:pPr>
      <w:r w:rsidRPr="002F1EE1">
        <w:rPr>
          <w:rFonts w:ascii="Lemonada" w:hAnsi="Lemonada"/>
          <w:sz w:val="28"/>
          <w:szCs w:val="28"/>
          <w:lang w:val="hr-HR"/>
        </w:rPr>
        <w:t xml:space="preserve">                                                                 </w:t>
      </w:r>
      <w:r w:rsidR="0040313D" w:rsidRPr="002F1EE1">
        <w:rPr>
          <w:rFonts w:ascii="Lemonada" w:hAnsi="Lemonada"/>
          <w:sz w:val="28"/>
          <w:szCs w:val="28"/>
        </w:rPr>
        <w:br/>
        <w:t xml:space="preserve">   </w:t>
      </w:r>
    </w:p>
    <w:p w14:paraId="61125A19" w14:textId="77777777" w:rsidR="00EE2D09" w:rsidRPr="002F1EE1" w:rsidRDefault="0040313D">
      <w:pPr>
        <w:rPr>
          <w:rFonts w:ascii="Lemonada" w:hAnsi="Lemonada" w:hint="eastAsia"/>
          <w:sz w:val="28"/>
          <w:szCs w:val="28"/>
        </w:rPr>
      </w:pPr>
      <w:r w:rsidRPr="002F1EE1">
        <w:rPr>
          <w:rFonts w:ascii="Lemonada" w:hAnsi="Lemonada"/>
          <w:sz w:val="28"/>
          <w:szCs w:val="28"/>
        </w:rPr>
        <w:t>2. Fill in the blanks:</w:t>
      </w:r>
      <w:r w:rsidRPr="002F1EE1">
        <w:rPr>
          <w:rFonts w:ascii="Lemonada" w:hAnsi="Lemonada"/>
          <w:sz w:val="28"/>
          <w:szCs w:val="28"/>
        </w:rPr>
        <w:br/>
        <w:t xml:space="preserve">   Quantum sensors can measure __________ and detect __________ of food.</w:t>
      </w:r>
    </w:p>
    <w:p w14:paraId="18176958" w14:textId="2D3CA68F" w:rsidR="00EE2D09" w:rsidRPr="002F1EE1" w:rsidRDefault="0040313D">
      <w:pPr>
        <w:rPr>
          <w:rFonts w:ascii="Lemonada" w:hAnsi="Lemonada" w:hint="eastAsia"/>
          <w:sz w:val="28"/>
          <w:szCs w:val="28"/>
        </w:rPr>
      </w:pPr>
      <w:r w:rsidRPr="002F1EE1">
        <w:rPr>
          <w:rFonts w:ascii="Lemonada" w:hAnsi="Lemonada"/>
          <w:sz w:val="28"/>
          <w:szCs w:val="28"/>
        </w:rPr>
        <w:t>3. Creative task:</w:t>
      </w:r>
      <w:r w:rsidRPr="002F1EE1">
        <w:rPr>
          <w:rFonts w:ascii="Lemonada" w:hAnsi="Lemonada"/>
          <w:sz w:val="28"/>
          <w:szCs w:val="28"/>
        </w:rPr>
        <w:br/>
        <w:t>Create a “Quantum Menu” item. Write the name of one dish and explain in 1–2 sentences how a “quantum cooking device” helps prepare it.</w:t>
      </w:r>
    </w:p>
    <w:p w14:paraId="582E8BC7" w14:textId="281CDA52" w:rsidR="00EE2D09" w:rsidRPr="00C018F0" w:rsidRDefault="0040313D" w:rsidP="00C018F0">
      <w:pPr>
        <w:rPr>
          <w:rFonts w:ascii="Lemonada" w:hAnsi="Lemonada" w:hint="eastAsia"/>
          <w:b/>
          <w:bCs/>
          <w:sz w:val="28"/>
          <w:szCs w:val="28"/>
        </w:rPr>
      </w:pPr>
      <w:r w:rsidRPr="002F1EE1">
        <w:rPr>
          <w:rFonts w:ascii="Lemonada" w:hAnsi="Lemonada"/>
          <w:sz w:val="28"/>
          <w:szCs w:val="28"/>
        </w:rPr>
        <w:br w:type="page"/>
      </w:r>
      <w:r w:rsidRPr="00C018F0">
        <w:rPr>
          <w:rFonts w:ascii="Lemonada" w:hAnsi="Lemonada"/>
          <w:b/>
          <w:bCs/>
          <w:sz w:val="28"/>
          <w:szCs w:val="28"/>
        </w:rPr>
        <w:lastRenderedPageBreak/>
        <w:t>Instal</w:t>
      </w:r>
      <w:r w:rsidR="003A2236" w:rsidRPr="00C018F0">
        <w:rPr>
          <w:rFonts w:ascii="Lemonada" w:hAnsi="Lemonada"/>
          <w:b/>
          <w:bCs/>
          <w:sz w:val="28"/>
          <w:szCs w:val="28"/>
        </w:rPr>
        <w:t>lers</w:t>
      </w:r>
      <w:r w:rsidRPr="00C018F0">
        <w:rPr>
          <w:rFonts w:ascii="Lemonada" w:hAnsi="Lemonada"/>
          <w:b/>
          <w:bCs/>
          <w:sz w:val="28"/>
          <w:szCs w:val="28"/>
        </w:rPr>
        <w:t>: Quantum Homes</w:t>
      </w:r>
    </w:p>
    <w:p w14:paraId="0CB54489" w14:textId="77777777" w:rsidR="00EE2D09" w:rsidRPr="002F1EE1" w:rsidRDefault="0040313D">
      <w:pPr>
        <w:rPr>
          <w:rFonts w:ascii="Lemonada" w:hAnsi="Lemonada" w:hint="eastAsia"/>
          <w:sz w:val="28"/>
          <w:szCs w:val="28"/>
        </w:rPr>
      </w:pPr>
      <w:r w:rsidRPr="002F1EE1">
        <w:rPr>
          <w:rFonts w:ascii="Lemonada" w:hAnsi="Lemonada"/>
          <w:sz w:val="28"/>
          <w:szCs w:val="28"/>
        </w:rPr>
        <w:t>Key vocabulary:</w:t>
      </w:r>
    </w:p>
    <w:p w14:paraId="2112FD2F" w14:textId="0ACE7B7E" w:rsidR="00EE2D09" w:rsidRPr="002F1EE1" w:rsidRDefault="0040313D">
      <w:pPr>
        <w:pStyle w:val="Grafikeoznake"/>
        <w:rPr>
          <w:rFonts w:ascii="Lemonada" w:hAnsi="Lemonada" w:hint="eastAsia"/>
          <w:sz w:val="28"/>
          <w:szCs w:val="28"/>
        </w:rPr>
      </w:pPr>
      <w:r w:rsidRPr="002F1EE1">
        <w:rPr>
          <w:rFonts w:ascii="Lemonada" w:hAnsi="Lemonada"/>
          <w:sz w:val="28"/>
          <w:szCs w:val="28"/>
        </w:rPr>
        <w:t xml:space="preserve"> sensor</w:t>
      </w:r>
    </w:p>
    <w:p w14:paraId="7087BD80" w14:textId="2E644573" w:rsidR="00EE2D09" w:rsidRPr="002F1EE1" w:rsidRDefault="0040313D">
      <w:pPr>
        <w:pStyle w:val="Grafikeoznake"/>
        <w:rPr>
          <w:rFonts w:ascii="Lemonada" w:hAnsi="Lemonada" w:hint="eastAsia"/>
          <w:sz w:val="28"/>
          <w:szCs w:val="28"/>
        </w:rPr>
      </w:pPr>
      <w:r w:rsidRPr="002F1EE1">
        <w:rPr>
          <w:rFonts w:ascii="Lemonada" w:hAnsi="Lemonada"/>
          <w:sz w:val="28"/>
          <w:szCs w:val="28"/>
        </w:rPr>
        <w:t xml:space="preserve"> smart home</w:t>
      </w:r>
    </w:p>
    <w:p w14:paraId="227DD801" w14:textId="08F99419" w:rsidR="00EE2D09" w:rsidRPr="002F1EE1" w:rsidRDefault="002F1EE1">
      <w:pPr>
        <w:pStyle w:val="Grafikeoznake"/>
        <w:rPr>
          <w:rFonts w:ascii="Lemonada" w:hAnsi="Lemonada" w:hint="eastAsia"/>
          <w:sz w:val="28"/>
          <w:szCs w:val="28"/>
        </w:rPr>
      </w:pPr>
      <w:r>
        <w:rPr>
          <w:rFonts w:ascii="Lemonada" w:hAnsi="Lemonada"/>
          <w:sz w:val="28"/>
          <w:szCs w:val="28"/>
        </w:rPr>
        <w:t xml:space="preserve"> </w:t>
      </w:r>
      <w:r w:rsidR="0040313D" w:rsidRPr="002F1EE1">
        <w:rPr>
          <w:rFonts w:ascii="Lemonada" w:hAnsi="Lemonada"/>
          <w:sz w:val="28"/>
          <w:szCs w:val="28"/>
        </w:rPr>
        <w:t>electricity</w:t>
      </w:r>
    </w:p>
    <w:p w14:paraId="50D4659F" w14:textId="64FE033F" w:rsidR="00EE2D09" w:rsidRPr="002F1EE1" w:rsidRDefault="002F1EE1">
      <w:pPr>
        <w:pStyle w:val="Grafikeoznake"/>
        <w:rPr>
          <w:rFonts w:ascii="Lemonada" w:hAnsi="Lemonada" w:hint="eastAsia"/>
          <w:sz w:val="28"/>
          <w:szCs w:val="28"/>
        </w:rPr>
      </w:pPr>
      <w:r>
        <w:rPr>
          <w:rFonts w:ascii="Lemonada" w:hAnsi="Lemonada"/>
          <w:sz w:val="28"/>
          <w:szCs w:val="28"/>
        </w:rPr>
        <w:t xml:space="preserve"> </w:t>
      </w:r>
      <w:r w:rsidR="0040313D" w:rsidRPr="002F1EE1">
        <w:rPr>
          <w:rFonts w:ascii="Lemonada" w:hAnsi="Lemonada"/>
          <w:sz w:val="28"/>
          <w:szCs w:val="28"/>
        </w:rPr>
        <w:t>water flow</w:t>
      </w:r>
    </w:p>
    <w:p w14:paraId="7F4B54A2" w14:textId="231E85C1" w:rsidR="00EE2D09" w:rsidRPr="002F1EE1" w:rsidRDefault="002F1EE1">
      <w:pPr>
        <w:pStyle w:val="Grafikeoznake"/>
        <w:rPr>
          <w:rFonts w:ascii="Lemonada" w:hAnsi="Lemonada" w:hint="eastAsia"/>
          <w:sz w:val="28"/>
          <w:szCs w:val="28"/>
        </w:rPr>
      </w:pPr>
      <w:r>
        <w:rPr>
          <w:rFonts w:ascii="Lemonada" w:hAnsi="Lemonada"/>
          <w:sz w:val="28"/>
          <w:szCs w:val="28"/>
        </w:rPr>
        <w:t xml:space="preserve">  </w:t>
      </w:r>
      <w:r w:rsidR="0040313D" w:rsidRPr="002F1EE1">
        <w:rPr>
          <w:rFonts w:ascii="Lemonada" w:hAnsi="Lemonada"/>
          <w:sz w:val="28"/>
          <w:szCs w:val="28"/>
        </w:rPr>
        <w:t>safety</w:t>
      </w:r>
    </w:p>
    <w:p w14:paraId="07FABCD2" w14:textId="51FBED35" w:rsidR="00EE2D09" w:rsidRPr="002F1EE1" w:rsidRDefault="002F1EE1">
      <w:pPr>
        <w:rPr>
          <w:rFonts w:ascii="Lemonada" w:hAnsi="Lemonada" w:hint="eastAsia"/>
          <w:sz w:val="28"/>
          <w:szCs w:val="28"/>
        </w:rPr>
      </w:pPr>
      <w:r w:rsidRPr="002F1EE1">
        <w:rPr>
          <w:rFonts w:ascii="Lemonada" w:hAnsi="Lemonada"/>
          <w:sz w:val="28"/>
          <w:szCs w:val="28"/>
        </w:rPr>
        <w:t>Reading:</w:t>
      </w:r>
    </w:p>
    <w:p w14:paraId="392A8268" w14:textId="77777777" w:rsidR="00EE2D09" w:rsidRPr="002F1EE1" w:rsidRDefault="0040313D">
      <w:pPr>
        <w:rPr>
          <w:rFonts w:ascii="Lemonada" w:hAnsi="Lemonada" w:hint="eastAsia"/>
          <w:sz w:val="28"/>
          <w:szCs w:val="28"/>
        </w:rPr>
      </w:pPr>
      <w:r w:rsidRPr="002F1EE1">
        <w:rPr>
          <w:rFonts w:ascii="Lemonada" w:hAnsi="Lemonada"/>
          <w:sz w:val="28"/>
          <w:szCs w:val="28"/>
        </w:rPr>
        <w:t>In the future, quantum sensors will monitor water, gas, and electricity in houses with extreme precision. Smart homes will use these sensors to detect problems before they happen, improving safety and saving money.</w:t>
      </w:r>
    </w:p>
    <w:p w14:paraId="2ED99983" w14:textId="77777777" w:rsidR="00EE2D09" w:rsidRPr="002F1EE1" w:rsidRDefault="0040313D">
      <w:pPr>
        <w:rPr>
          <w:rFonts w:ascii="Lemonada" w:hAnsi="Lemonada" w:hint="eastAsia"/>
          <w:sz w:val="28"/>
          <w:szCs w:val="28"/>
        </w:rPr>
      </w:pPr>
      <w:r w:rsidRPr="002F1EE1">
        <w:rPr>
          <w:rFonts w:ascii="Lemonada" w:hAnsi="Lemonada"/>
          <w:sz w:val="28"/>
          <w:szCs w:val="28"/>
        </w:rPr>
        <w:t>Tasks:</w:t>
      </w:r>
    </w:p>
    <w:p w14:paraId="6CE3063C" w14:textId="02A9B8F8" w:rsidR="00EE2D09" w:rsidRPr="002F1EE1" w:rsidRDefault="0040313D">
      <w:pPr>
        <w:rPr>
          <w:rFonts w:ascii="Lemonada" w:hAnsi="Lemonada" w:hint="eastAsia"/>
          <w:sz w:val="28"/>
          <w:szCs w:val="28"/>
        </w:rPr>
      </w:pPr>
      <w:r w:rsidRPr="002F1EE1">
        <w:rPr>
          <w:rFonts w:ascii="Lemonada" w:hAnsi="Lemonada"/>
          <w:sz w:val="28"/>
          <w:szCs w:val="28"/>
        </w:rPr>
        <w:t>1. Match the words with their meanings:</w:t>
      </w:r>
      <w:r w:rsidRPr="002F1EE1">
        <w:rPr>
          <w:rFonts w:ascii="Lemonada" w:hAnsi="Lemonada"/>
          <w:sz w:val="28"/>
          <w:szCs w:val="28"/>
        </w:rPr>
        <w:br/>
        <w:t xml:space="preserve">   a) safety </w:t>
      </w:r>
      <w:r w:rsidR="008E2ADE" w:rsidRPr="002F1EE1">
        <w:rPr>
          <w:rFonts w:ascii="Lemonada" w:hAnsi="Lemonada"/>
          <w:sz w:val="28"/>
          <w:szCs w:val="28"/>
        </w:rPr>
        <w:t xml:space="preserve">                              </w:t>
      </w:r>
      <w:proofErr w:type="spellStart"/>
      <w:r w:rsidR="008E2ADE" w:rsidRPr="002F1EE1">
        <w:rPr>
          <w:rFonts w:ascii="Lemonada" w:hAnsi="Lemonada"/>
          <w:sz w:val="28"/>
          <w:szCs w:val="28"/>
          <w:lang w:val="hr-HR"/>
        </w:rPr>
        <w:t>movement</w:t>
      </w:r>
      <w:proofErr w:type="spellEnd"/>
      <w:r w:rsidR="008E2ADE" w:rsidRPr="002F1EE1">
        <w:rPr>
          <w:rFonts w:ascii="Lemonada" w:hAnsi="Lemonada"/>
          <w:sz w:val="28"/>
          <w:szCs w:val="28"/>
          <w:lang w:val="hr-HR"/>
        </w:rPr>
        <w:t xml:space="preserve"> </w:t>
      </w:r>
      <w:proofErr w:type="spellStart"/>
      <w:r w:rsidR="008E2ADE" w:rsidRPr="002F1EE1">
        <w:rPr>
          <w:rFonts w:ascii="Lemonada" w:hAnsi="Lemonada"/>
          <w:sz w:val="28"/>
          <w:szCs w:val="28"/>
          <w:lang w:val="hr-HR"/>
        </w:rPr>
        <w:t>of</w:t>
      </w:r>
      <w:proofErr w:type="spellEnd"/>
      <w:r w:rsidR="008E2ADE" w:rsidRPr="002F1EE1">
        <w:rPr>
          <w:rFonts w:ascii="Lemonada" w:hAnsi="Lemonada"/>
          <w:sz w:val="28"/>
          <w:szCs w:val="28"/>
          <w:lang w:val="hr-HR"/>
        </w:rPr>
        <w:t xml:space="preserve"> water </w:t>
      </w:r>
      <w:proofErr w:type="spellStart"/>
      <w:r w:rsidR="008E2ADE" w:rsidRPr="002F1EE1">
        <w:rPr>
          <w:rFonts w:ascii="Lemonada" w:hAnsi="Lemonada"/>
          <w:sz w:val="28"/>
          <w:szCs w:val="28"/>
          <w:lang w:val="hr-HR"/>
        </w:rPr>
        <w:t>through</w:t>
      </w:r>
      <w:proofErr w:type="spellEnd"/>
      <w:r w:rsidR="008E2ADE" w:rsidRPr="002F1EE1">
        <w:rPr>
          <w:rFonts w:ascii="Lemonada" w:hAnsi="Lemonada"/>
          <w:sz w:val="28"/>
          <w:szCs w:val="28"/>
          <w:lang w:val="hr-HR"/>
        </w:rPr>
        <w:t xml:space="preserve"> </w:t>
      </w:r>
      <w:proofErr w:type="spellStart"/>
      <w:r w:rsidR="008E2ADE" w:rsidRPr="002F1EE1">
        <w:rPr>
          <w:rFonts w:ascii="Lemonada" w:hAnsi="Lemonada"/>
          <w:sz w:val="28"/>
          <w:szCs w:val="28"/>
          <w:lang w:val="hr-HR"/>
        </w:rPr>
        <w:t>pipes</w:t>
      </w:r>
      <w:proofErr w:type="spellEnd"/>
      <w:r w:rsidRPr="002F1EE1">
        <w:rPr>
          <w:rFonts w:ascii="Lemonada" w:hAnsi="Lemonada"/>
          <w:sz w:val="28"/>
          <w:szCs w:val="28"/>
        </w:rPr>
        <w:br/>
        <w:t xml:space="preserve">   b) water flow </w:t>
      </w:r>
      <w:r w:rsidR="008E2ADE" w:rsidRPr="002F1EE1">
        <w:rPr>
          <w:rFonts w:ascii="Lemonada" w:hAnsi="Lemonada"/>
          <w:sz w:val="28"/>
          <w:szCs w:val="28"/>
        </w:rPr>
        <w:t xml:space="preserve">                    </w:t>
      </w:r>
      <w:r w:rsidR="008E2ADE" w:rsidRPr="002F1EE1">
        <w:rPr>
          <w:rFonts w:ascii="Lemonada" w:hAnsi="Lemonada"/>
          <w:sz w:val="28"/>
          <w:szCs w:val="28"/>
          <w:lang w:val="hr-HR"/>
        </w:rPr>
        <w:t xml:space="preserve">a </w:t>
      </w:r>
      <w:proofErr w:type="spellStart"/>
      <w:r w:rsidR="008E2ADE" w:rsidRPr="002F1EE1">
        <w:rPr>
          <w:rFonts w:ascii="Lemonada" w:hAnsi="Lemonada"/>
          <w:sz w:val="28"/>
          <w:szCs w:val="28"/>
          <w:lang w:val="hr-HR"/>
        </w:rPr>
        <w:t>house</w:t>
      </w:r>
      <w:proofErr w:type="spellEnd"/>
      <w:r w:rsidR="008E2ADE" w:rsidRPr="002F1EE1">
        <w:rPr>
          <w:rFonts w:ascii="Lemonada" w:hAnsi="Lemonada"/>
          <w:sz w:val="28"/>
          <w:szCs w:val="28"/>
          <w:lang w:val="hr-HR"/>
        </w:rPr>
        <w:t xml:space="preserve"> </w:t>
      </w:r>
      <w:proofErr w:type="spellStart"/>
      <w:r w:rsidR="008E2ADE" w:rsidRPr="002F1EE1">
        <w:rPr>
          <w:rFonts w:ascii="Lemonada" w:hAnsi="Lemonada"/>
          <w:sz w:val="28"/>
          <w:szCs w:val="28"/>
          <w:lang w:val="hr-HR"/>
        </w:rPr>
        <w:t>with</w:t>
      </w:r>
      <w:proofErr w:type="spellEnd"/>
      <w:r w:rsidR="008E2ADE" w:rsidRPr="002F1EE1">
        <w:rPr>
          <w:rFonts w:ascii="Lemonada" w:hAnsi="Lemonada"/>
          <w:sz w:val="28"/>
          <w:szCs w:val="28"/>
          <w:lang w:val="hr-HR"/>
        </w:rPr>
        <w:t xml:space="preserve"> </w:t>
      </w:r>
      <w:proofErr w:type="spellStart"/>
      <w:r w:rsidR="008E2ADE" w:rsidRPr="002F1EE1">
        <w:rPr>
          <w:rFonts w:ascii="Lemonada" w:hAnsi="Lemonada"/>
          <w:sz w:val="28"/>
          <w:szCs w:val="28"/>
          <w:lang w:val="hr-HR"/>
        </w:rPr>
        <w:t>intelligent</w:t>
      </w:r>
      <w:proofErr w:type="spellEnd"/>
      <w:r w:rsidR="008E2ADE" w:rsidRPr="002F1EE1">
        <w:rPr>
          <w:rFonts w:ascii="Lemonada" w:hAnsi="Lemonada"/>
          <w:sz w:val="28"/>
          <w:szCs w:val="28"/>
          <w:lang w:val="hr-HR"/>
        </w:rPr>
        <w:t xml:space="preserve"> </w:t>
      </w:r>
      <w:proofErr w:type="spellStart"/>
      <w:r w:rsidR="008E2ADE" w:rsidRPr="002F1EE1">
        <w:rPr>
          <w:rFonts w:ascii="Lemonada" w:hAnsi="Lemonada"/>
          <w:sz w:val="28"/>
          <w:szCs w:val="28"/>
          <w:lang w:val="hr-HR"/>
        </w:rPr>
        <w:t>electronic</w:t>
      </w:r>
      <w:proofErr w:type="spellEnd"/>
      <w:r w:rsidR="008E2ADE" w:rsidRPr="002F1EE1">
        <w:rPr>
          <w:rFonts w:ascii="Lemonada" w:hAnsi="Lemonada"/>
          <w:sz w:val="28"/>
          <w:szCs w:val="28"/>
          <w:lang w:val="hr-HR"/>
        </w:rPr>
        <w:t xml:space="preserve"> </w:t>
      </w:r>
      <w:proofErr w:type="spellStart"/>
      <w:r w:rsidR="008E2ADE" w:rsidRPr="002F1EE1">
        <w:rPr>
          <w:rFonts w:ascii="Lemonada" w:hAnsi="Lemonada"/>
          <w:sz w:val="28"/>
          <w:szCs w:val="28"/>
          <w:lang w:val="hr-HR"/>
        </w:rPr>
        <w:t>systems</w:t>
      </w:r>
      <w:proofErr w:type="spellEnd"/>
      <w:r w:rsidRPr="002F1EE1">
        <w:rPr>
          <w:rFonts w:ascii="Lemonada" w:hAnsi="Lemonada"/>
          <w:sz w:val="28"/>
          <w:szCs w:val="28"/>
        </w:rPr>
        <w:br/>
        <w:t xml:space="preserve">   c) smart home </w:t>
      </w:r>
      <w:r w:rsidR="008E2ADE" w:rsidRPr="002F1EE1">
        <w:rPr>
          <w:rFonts w:ascii="Lemonada" w:hAnsi="Lemonada"/>
          <w:sz w:val="28"/>
          <w:szCs w:val="28"/>
        </w:rPr>
        <w:t xml:space="preserve">                  </w:t>
      </w:r>
      <w:proofErr w:type="spellStart"/>
      <w:r w:rsidR="008E2ADE" w:rsidRPr="002F1EE1">
        <w:rPr>
          <w:rFonts w:ascii="Lemonada" w:hAnsi="Lemonada"/>
          <w:sz w:val="28"/>
          <w:szCs w:val="28"/>
          <w:lang w:val="hr-HR"/>
        </w:rPr>
        <w:t>being</w:t>
      </w:r>
      <w:proofErr w:type="spellEnd"/>
      <w:r w:rsidR="008E2ADE" w:rsidRPr="002F1EE1">
        <w:rPr>
          <w:rFonts w:ascii="Lemonada" w:hAnsi="Lemonada"/>
          <w:sz w:val="28"/>
          <w:szCs w:val="28"/>
          <w:lang w:val="hr-HR"/>
        </w:rPr>
        <w:t xml:space="preserve"> free </w:t>
      </w:r>
      <w:proofErr w:type="spellStart"/>
      <w:r w:rsidR="008E2ADE" w:rsidRPr="002F1EE1">
        <w:rPr>
          <w:rFonts w:ascii="Lemonada" w:hAnsi="Lemonada"/>
          <w:sz w:val="28"/>
          <w:szCs w:val="28"/>
          <w:lang w:val="hr-HR"/>
        </w:rPr>
        <w:t>from</w:t>
      </w:r>
      <w:proofErr w:type="spellEnd"/>
      <w:r w:rsidR="008E2ADE" w:rsidRPr="002F1EE1">
        <w:rPr>
          <w:rFonts w:ascii="Lemonada" w:hAnsi="Lemonada"/>
          <w:sz w:val="28"/>
          <w:szCs w:val="28"/>
          <w:lang w:val="hr-HR"/>
        </w:rPr>
        <w:t xml:space="preserve"> </w:t>
      </w:r>
      <w:proofErr w:type="spellStart"/>
      <w:r w:rsidR="008E2ADE" w:rsidRPr="002F1EE1">
        <w:rPr>
          <w:rFonts w:ascii="Lemonada" w:hAnsi="Lemonada"/>
          <w:sz w:val="28"/>
          <w:szCs w:val="28"/>
          <w:lang w:val="hr-HR"/>
        </w:rPr>
        <w:t>danger</w:t>
      </w:r>
      <w:proofErr w:type="spellEnd"/>
    </w:p>
    <w:p w14:paraId="5C732F38" w14:textId="77777777" w:rsidR="00EE2D09" w:rsidRPr="002F1EE1" w:rsidRDefault="0040313D">
      <w:pPr>
        <w:rPr>
          <w:rFonts w:ascii="Lemonada" w:hAnsi="Lemonada" w:hint="eastAsia"/>
          <w:sz w:val="28"/>
          <w:szCs w:val="28"/>
        </w:rPr>
      </w:pPr>
      <w:r w:rsidRPr="002F1EE1">
        <w:rPr>
          <w:rFonts w:ascii="Lemonada" w:hAnsi="Lemonada"/>
          <w:sz w:val="28"/>
          <w:szCs w:val="28"/>
        </w:rPr>
        <w:t>2. Fill in the blanks:</w:t>
      </w:r>
      <w:r w:rsidRPr="002F1EE1">
        <w:rPr>
          <w:rFonts w:ascii="Lemonada" w:hAnsi="Lemonada"/>
          <w:sz w:val="28"/>
          <w:szCs w:val="28"/>
        </w:rPr>
        <w:br/>
        <w:t xml:space="preserve">   Quantum sensors can detect problems in __________ and improve __________.</w:t>
      </w:r>
    </w:p>
    <w:p w14:paraId="49E76843" w14:textId="0C86D1FB" w:rsidR="00EE2D09" w:rsidRPr="002F1EE1" w:rsidRDefault="0040313D">
      <w:pPr>
        <w:rPr>
          <w:rFonts w:ascii="Lemonada" w:hAnsi="Lemonada" w:hint="eastAsia"/>
          <w:sz w:val="28"/>
          <w:szCs w:val="28"/>
        </w:rPr>
      </w:pPr>
      <w:r w:rsidRPr="002F1EE1">
        <w:rPr>
          <w:rFonts w:ascii="Lemonada" w:hAnsi="Lemonada"/>
          <w:sz w:val="28"/>
          <w:szCs w:val="28"/>
        </w:rPr>
        <w:t>3. Creative task:</w:t>
      </w:r>
      <w:r w:rsidRPr="002F1EE1">
        <w:rPr>
          <w:rFonts w:ascii="Lemonada" w:hAnsi="Lemonada"/>
          <w:sz w:val="28"/>
          <w:szCs w:val="28"/>
        </w:rPr>
        <w:br/>
        <w:t xml:space="preserve"> Draw a simple plan of a “quantum smart home” in your notebook. Write 3 English sentences about how quantum sensors make the home safer.</w:t>
      </w:r>
    </w:p>
    <w:p w14:paraId="4D97A1EA" w14:textId="77777777" w:rsidR="00EE2D09" w:rsidRPr="002F1EE1" w:rsidRDefault="0040313D">
      <w:pPr>
        <w:rPr>
          <w:rFonts w:ascii="Lemonada" w:hAnsi="Lemonada" w:hint="eastAsia"/>
          <w:sz w:val="28"/>
          <w:szCs w:val="28"/>
        </w:rPr>
      </w:pPr>
      <w:r w:rsidRPr="002F1EE1">
        <w:rPr>
          <w:rFonts w:ascii="Lemonada" w:hAnsi="Lemonada"/>
          <w:sz w:val="28"/>
          <w:szCs w:val="28"/>
        </w:rPr>
        <w:br w:type="page"/>
      </w:r>
    </w:p>
    <w:p w14:paraId="4D2B641A" w14:textId="2C213990" w:rsidR="00EE2D09" w:rsidRPr="002F1EE1" w:rsidRDefault="003A2236">
      <w:pPr>
        <w:pStyle w:val="Naslov1"/>
        <w:rPr>
          <w:rFonts w:ascii="Lemonada" w:hAnsi="Lemonada" w:hint="eastAsia"/>
          <w:color w:val="auto"/>
        </w:rPr>
      </w:pPr>
      <w:r w:rsidRPr="002F1EE1">
        <w:rPr>
          <w:rFonts w:ascii="Lemonada" w:hAnsi="Lemonada"/>
          <w:color w:val="auto"/>
        </w:rPr>
        <w:lastRenderedPageBreak/>
        <w:t>Hairdressers</w:t>
      </w:r>
      <w:r w:rsidR="0040313D" w:rsidRPr="002F1EE1">
        <w:rPr>
          <w:rFonts w:ascii="Lemonada" w:hAnsi="Lemonada"/>
          <w:color w:val="auto"/>
        </w:rPr>
        <w:t>: Quantum Beauty</w:t>
      </w:r>
    </w:p>
    <w:p w14:paraId="14AC07F9" w14:textId="77777777" w:rsidR="00EE2D09" w:rsidRPr="002F1EE1" w:rsidRDefault="0040313D">
      <w:pPr>
        <w:rPr>
          <w:rFonts w:ascii="Lemonada" w:hAnsi="Lemonada" w:hint="eastAsia"/>
          <w:sz w:val="28"/>
          <w:szCs w:val="28"/>
        </w:rPr>
      </w:pPr>
      <w:r w:rsidRPr="002F1EE1">
        <w:rPr>
          <w:rFonts w:ascii="Lemonada" w:hAnsi="Lemonada"/>
          <w:sz w:val="28"/>
          <w:szCs w:val="28"/>
        </w:rPr>
        <w:t>Key vocabulary:</w:t>
      </w:r>
    </w:p>
    <w:p w14:paraId="26BA9CB9" w14:textId="3FDF004D" w:rsidR="00EE2D09" w:rsidRPr="002F1EE1" w:rsidRDefault="0040313D">
      <w:pPr>
        <w:pStyle w:val="Grafikeoznake"/>
        <w:rPr>
          <w:rFonts w:ascii="Lemonada" w:hAnsi="Lemonada" w:hint="eastAsia"/>
          <w:sz w:val="28"/>
          <w:szCs w:val="28"/>
        </w:rPr>
      </w:pPr>
      <w:r w:rsidRPr="002F1EE1">
        <w:rPr>
          <w:rFonts w:ascii="Lemonada" w:hAnsi="Lemonada"/>
          <w:sz w:val="28"/>
          <w:szCs w:val="28"/>
        </w:rPr>
        <w:t>hair analysis</w:t>
      </w:r>
    </w:p>
    <w:p w14:paraId="601B20B3" w14:textId="5B974B4F" w:rsidR="00EE2D09" w:rsidRPr="002F1EE1" w:rsidRDefault="0040313D">
      <w:pPr>
        <w:pStyle w:val="Grafikeoznake"/>
        <w:rPr>
          <w:rFonts w:ascii="Lemonada" w:hAnsi="Lemonada" w:hint="eastAsia"/>
          <w:sz w:val="28"/>
          <w:szCs w:val="28"/>
        </w:rPr>
      </w:pPr>
      <w:r w:rsidRPr="002F1EE1">
        <w:rPr>
          <w:rFonts w:ascii="Lemonada" w:hAnsi="Lemonada"/>
          <w:sz w:val="28"/>
          <w:szCs w:val="28"/>
        </w:rPr>
        <w:t>treatment</w:t>
      </w:r>
    </w:p>
    <w:p w14:paraId="0BC25569" w14:textId="31B24CA8" w:rsidR="00EE2D09" w:rsidRPr="002F1EE1" w:rsidRDefault="0040313D">
      <w:pPr>
        <w:pStyle w:val="Grafikeoznake"/>
        <w:rPr>
          <w:rFonts w:ascii="Lemonada" w:hAnsi="Lemonada" w:hint="eastAsia"/>
          <w:sz w:val="28"/>
          <w:szCs w:val="28"/>
        </w:rPr>
      </w:pPr>
      <w:r w:rsidRPr="002F1EE1">
        <w:rPr>
          <w:rFonts w:ascii="Lemonada" w:hAnsi="Lemonada"/>
          <w:sz w:val="28"/>
          <w:szCs w:val="28"/>
        </w:rPr>
        <w:t>damage</w:t>
      </w:r>
    </w:p>
    <w:p w14:paraId="39536394" w14:textId="73F4251C" w:rsidR="00EE2D09" w:rsidRPr="002F1EE1" w:rsidRDefault="0040313D">
      <w:pPr>
        <w:pStyle w:val="Grafikeoznake"/>
        <w:rPr>
          <w:rFonts w:ascii="Lemonada" w:hAnsi="Lemonada" w:hint="eastAsia"/>
          <w:sz w:val="28"/>
          <w:szCs w:val="28"/>
        </w:rPr>
      </w:pPr>
      <w:r w:rsidRPr="002F1EE1">
        <w:rPr>
          <w:rFonts w:ascii="Lemonada" w:hAnsi="Lemonada"/>
          <w:sz w:val="28"/>
          <w:szCs w:val="28"/>
        </w:rPr>
        <w:t>beauty device</w:t>
      </w:r>
    </w:p>
    <w:p w14:paraId="4F1FF4B7" w14:textId="60362950" w:rsidR="00EE2D09" w:rsidRPr="002F1EE1" w:rsidRDefault="0040313D">
      <w:pPr>
        <w:pStyle w:val="Grafikeoznake"/>
        <w:rPr>
          <w:rFonts w:ascii="Lemonada" w:hAnsi="Lemonada" w:hint="eastAsia"/>
          <w:sz w:val="28"/>
          <w:szCs w:val="28"/>
        </w:rPr>
      </w:pPr>
      <w:r w:rsidRPr="002F1EE1">
        <w:rPr>
          <w:rFonts w:ascii="Lemonada" w:hAnsi="Lemonada"/>
          <w:sz w:val="28"/>
          <w:szCs w:val="28"/>
        </w:rPr>
        <w:t>precision</w:t>
      </w:r>
    </w:p>
    <w:p w14:paraId="17FBE30E" w14:textId="407F61B2" w:rsidR="00EE2D09" w:rsidRPr="002F1EE1" w:rsidRDefault="002F1EE1">
      <w:pPr>
        <w:rPr>
          <w:rFonts w:ascii="Lemonada" w:hAnsi="Lemonada" w:hint="eastAsia"/>
          <w:sz w:val="28"/>
          <w:szCs w:val="28"/>
        </w:rPr>
      </w:pPr>
      <w:r w:rsidRPr="002F1EE1">
        <w:rPr>
          <w:rFonts w:ascii="Lemonada" w:hAnsi="Lemonada"/>
          <w:sz w:val="28"/>
          <w:szCs w:val="28"/>
        </w:rPr>
        <w:t>Reading:</w:t>
      </w:r>
    </w:p>
    <w:p w14:paraId="35424A02" w14:textId="77777777" w:rsidR="00EE2D09" w:rsidRPr="002F1EE1" w:rsidRDefault="0040313D">
      <w:pPr>
        <w:rPr>
          <w:rFonts w:ascii="Lemonada" w:hAnsi="Lemonada" w:hint="eastAsia"/>
          <w:sz w:val="28"/>
          <w:szCs w:val="28"/>
        </w:rPr>
      </w:pPr>
      <w:r w:rsidRPr="002F1EE1">
        <w:rPr>
          <w:rFonts w:ascii="Lemonada" w:hAnsi="Lemonada"/>
          <w:sz w:val="28"/>
          <w:szCs w:val="28"/>
        </w:rPr>
        <w:t>Quantum devices will help hairdressers check the health of hair and skin in detail. They can detect damage invisible to the eye and suggest the best treatment for every client.</w:t>
      </w:r>
    </w:p>
    <w:p w14:paraId="4B1DF1DD" w14:textId="77777777" w:rsidR="00EE2D09" w:rsidRPr="002F1EE1" w:rsidRDefault="0040313D">
      <w:pPr>
        <w:rPr>
          <w:rFonts w:ascii="Lemonada" w:hAnsi="Lemonada" w:hint="eastAsia"/>
          <w:sz w:val="28"/>
          <w:szCs w:val="28"/>
        </w:rPr>
      </w:pPr>
      <w:r w:rsidRPr="002F1EE1">
        <w:rPr>
          <w:rFonts w:ascii="Lemonada" w:hAnsi="Lemonada"/>
          <w:sz w:val="28"/>
          <w:szCs w:val="28"/>
        </w:rPr>
        <w:t>Tasks:</w:t>
      </w:r>
    </w:p>
    <w:p w14:paraId="11AF1F30" w14:textId="5332481B" w:rsidR="008E2ADE" w:rsidRPr="002F1EE1" w:rsidRDefault="0040313D" w:rsidP="006C1D97">
      <w:pPr>
        <w:rPr>
          <w:rFonts w:ascii="Lemonada" w:hAnsi="Lemonada" w:hint="eastAsia"/>
          <w:sz w:val="28"/>
          <w:szCs w:val="28"/>
          <w:lang w:val="hr-HR"/>
        </w:rPr>
      </w:pPr>
      <w:r w:rsidRPr="002F1EE1">
        <w:rPr>
          <w:rFonts w:ascii="Lemonada" w:hAnsi="Lemonada"/>
          <w:sz w:val="28"/>
          <w:szCs w:val="28"/>
        </w:rPr>
        <w:t>1. Match the words with their meanings:</w:t>
      </w:r>
      <w:r w:rsidRPr="002F1EE1">
        <w:rPr>
          <w:rFonts w:ascii="Lemonada" w:hAnsi="Lemonada"/>
          <w:sz w:val="28"/>
          <w:szCs w:val="28"/>
        </w:rPr>
        <w:br/>
        <w:t xml:space="preserve">   a) damage </w:t>
      </w:r>
      <w:r w:rsidR="006C1D97" w:rsidRPr="002F1EE1">
        <w:rPr>
          <w:rFonts w:ascii="Lemonada" w:hAnsi="Lemonada"/>
          <w:sz w:val="28"/>
          <w:szCs w:val="28"/>
        </w:rPr>
        <w:t xml:space="preserve">                       </w:t>
      </w:r>
      <w:r w:rsidR="006C1D97" w:rsidRPr="002F1EE1">
        <w:rPr>
          <w:rFonts w:ascii="Lemonada" w:hAnsi="Lemonada"/>
          <w:sz w:val="28"/>
          <w:szCs w:val="28"/>
          <w:lang w:val="hr-HR"/>
        </w:rPr>
        <w:t xml:space="preserve">a </w:t>
      </w:r>
      <w:proofErr w:type="spellStart"/>
      <w:r w:rsidR="006C1D97" w:rsidRPr="002F1EE1">
        <w:rPr>
          <w:rFonts w:ascii="Lemonada" w:hAnsi="Lemonada"/>
          <w:sz w:val="28"/>
          <w:szCs w:val="28"/>
          <w:lang w:val="hr-HR"/>
        </w:rPr>
        <w:t>special</w:t>
      </w:r>
      <w:proofErr w:type="spellEnd"/>
      <w:r w:rsidR="006C1D97" w:rsidRPr="002F1EE1">
        <w:rPr>
          <w:rFonts w:ascii="Lemonada" w:hAnsi="Lemonada"/>
          <w:sz w:val="28"/>
          <w:szCs w:val="28"/>
          <w:lang w:val="hr-HR"/>
        </w:rPr>
        <w:t xml:space="preserve"> care </w:t>
      </w:r>
      <w:proofErr w:type="spellStart"/>
      <w:r w:rsidR="006C1D97" w:rsidRPr="002F1EE1">
        <w:rPr>
          <w:rFonts w:ascii="Lemonada" w:hAnsi="Lemonada"/>
          <w:sz w:val="28"/>
          <w:szCs w:val="28"/>
          <w:lang w:val="hr-HR"/>
        </w:rPr>
        <w:t>method</w:t>
      </w:r>
      <w:proofErr w:type="spellEnd"/>
      <w:r w:rsidR="006C1D97" w:rsidRPr="002F1EE1">
        <w:rPr>
          <w:rFonts w:ascii="Lemonada" w:hAnsi="Lemonada"/>
          <w:sz w:val="28"/>
          <w:szCs w:val="28"/>
          <w:lang w:val="hr-HR"/>
        </w:rPr>
        <w:t xml:space="preserve"> for </w:t>
      </w:r>
      <w:proofErr w:type="spellStart"/>
      <w:r w:rsidR="006C1D97" w:rsidRPr="002F1EE1">
        <w:rPr>
          <w:rFonts w:ascii="Lemonada" w:hAnsi="Lemonada"/>
          <w:sz w:val="28"/>
          <w:szCs w:val="28"/>
          <w:lang w:val="hr-HR"/>
        </w:rPr>
        <w:t>hair</w:t>
      </w:r>
      <w:proofErr w:type="spellEnd"/>
      <w:r w:rsidRPr="002F1EE1">
        <w:rPr>
          <w:rFonts w:ascii="Lemonada" w:hAnsi="Lemonada"/>
          <w:sz w:val="28"/>
          <w:szCs w:val="28"/>
        </w:rPr>
        <w:br/>
        <w:t xml:space="preserve">   b) treatment </w:t>
      </w:r>
      <w:r w:rsidR="008E2ADE" w:rsidRPr="002F1EE1">
        <w:rPr>
          <w:rFonts w:ascii="Lemonada" w:hAnsi="Lemonada"/>
          <w:sz w:val="28"/>
          <w:szCs w:val="28"/>
        </w:rPr>
        <w:t xml:space="preserve">       </w:t>
      </w:r>
      <w:r w:rsidR="006C1D97" w:rsidRPr="002F1EE1">
        <w:rPr>
          <w:rFonts w:ascii="Lemonada" w:hAnsi="Lemonada"/>
          <w:sz w:val="28"/>
          <w:szCs w:val="28"/>
        </w:rPr>
        <w:t xml:space="preserve">           </w:t>
      </w:r>
      <w:proofErr w:type="spellStart"/>
      <w:r w:rsidR="008E2ADE" w:rsidRPr="002F1EE1">
        <w:rPr>
          <w:rFonts w:ascii="Lemonada" w:hAnsi="Lemonada"/>
          <w:sz w:val="28"/>
          <w:szCs w:val="28"/>
          <w:lang w:val="hr-HR"/>
        </w:rPr>
        <w:t>exactness</w:t>
      </w:r>
      <w:proofErr w:type="spellEnd"/>
      <w:r w:rsidR="008E2ADE" w:rsidRPr="002F1EE1">
        <w:rPr>
          <w:rFonts w:ascii="Lemonada" w:hAnsi="Lemonada"/>
          <w:sz w:val="28"/>
          <w:szCs w:val="28"/>
          <w:lang w:val="hr-HR"/>
        </w:rPr>
        <w:t xml:space="preserve"> </w:t>
      </w:r>
      <w:proofErr w:type="spellStart"/>
      <w:r w:rsidR="008E2ADE" w:rsidRPr="002F1EE1">
        <w:rPr>
          <w:rFonts w:ascii="Lemonada" w:hAnsi="Lemonada"/>
          <w:sz w:val="28"/>
          <w:szCs w:val="28"/>
          <w:lang w:val="hr-HR"/>
        </w:rPr>
        <w:t>or</w:t>
      </w:r>
      <w:proofErr w:type="spellEnd"/>
      <w:r w:rsidR="008E2ADE" w:rsidRPr="002F1EE1">
        <w:rPr>
          <w:rFonts w:ascii="Lemonada" w:hAnsi="Lemonada"/>
          <w:sz w:val="28"/>
          <w:szCs w:val="28"/>
          <w:lang w:val="hr-HR"/>
        </w:rPr>
        <w:t xml:space="preserve"> </w:t>
      </w:r>
      <w:proofErr w:type="spellStart"/>
      <w:r w:rsidR="008E2ADE" w:rsidRPr="002F1EE1">
        <w:rPr>
          <w:rFonts w:ascii="Lemonada" w:hAnsi="Lemonada"/>
          <w:sz w:val="28"/>
          <w:szCs w:val="28"/>
          <w:lang w:val="hr-HR"/>
        </w:rPr>
        <w:t>accuracy</w:t>
      </w:r>
      <w:proofErr w:type="spellEnd"/>
    </w:p>
    <w:p w14:paraId="56D47B88" w14:textId="1BFAAA34" w:rsidR="00EE2D09" w:rsidRPr="002F1EE1" w:rsidRDefault="006C1D97">
      <w:pPr>
        <w:rPr>
          <w:rFonts w:ascii="Lemonada" w:hAnsi="Lemonada" w:hint="eastAsia"/>
          <w:sz w:val="28"/>
          <w:szCs w:val="28"/>
        </w:rPr>
      </w:pPr>
      <w:r w:rsidRPr="002F1EE1">
        <w:rPr>
          <w:rFonts w:ascii="Lemonada" w:hAnsi="Lemonada"/>
          <w:sz w:val="28"/>
          <w:szCs w:val="28"/>
        </w:rPr>
        <w:t xml:space="preserve">  </w:t>
      </w:r>
      <w:r w:rsidR="0040313D" w:rsidRPr="002F1EE1">
        <w:rPr>
          <w:rFonts w:ascii="Lemonada" w:hAnsi="Lemonada"/>
          <w:sz w:val="28"/>
          <w:szCs w:val="28"/>
        </w:rPr>
        <w:t xml:space="preserve"> c) precision </w:t>
      </w:r>
      <w:r w:rsidR="008E2ADE" w:rsidRPr="002F1EE1">
        <w:rPr>
          <w:rFonts w:ascii="Lemonada" w:hAnsi="Lemonada"/>
          <w:sz w:val="28"/>
          <w:szCs w:val="28"/>
        </w:rPr>
        <w:t xml:space="preserve">                    </w:t>
      </w:r>
      <w:proofErr w:type="spellStart"/>
      <w:r w:rsidR="008E2ADE" w:rsidRPr="002F1EE1">
        <w:rPr>
          <w:rFonts w:ascii="Lemonada" w:hAnsi="Lemonada"/>
          <w:sz w:val="28"/>
          <w:szCs w:val="28"/>
          <w:lang w:val="hr-HR"/>
        </w:rPr>
        <w:t>harm</w:t>
      </w:r>
      <w:proofErr w:type="spellEnd"/>
      <w:r w:rsidR="008E2ADE" w:rsidRPr="002F1EE1">
        <w:rPr>
          <w:rFonts w:ascii="Lemonada" w:hAnsi="Lemonada"/>
          <w:sz w:val="28"/>
          <w:szCs w:val="28"/>
          <w:lang w:val="hr-HR"/>
        </w:rPr>
        <w:t xml:space="preserve"> </w:t>
      </w:r>
      <w:proofErr w:type="spellStart"/>
      <w:r w:rsidR="008E2ADE" w:rsidRPr="002F1EE1">
        <w:rPr>
          <w:rFonts w:ascii="Lemonada" w:hAnsi="Lemonada"/>
          <w:sz w:val="28"/>
          <w:szCs w:val="28"/>
          <w:lang w:val="hr-HR"/>
        </w:rPr>
        <w:t>or</w:t>
      </w:r>
      <w:proofErr w:type="spellEnd"/>
      <w:r w:rsidR="008E2ADE" w:rsidRPr="002F1EE1">
        <w:rPr>
          <w:rFonts w:ascii="Lemonada" w:hAnsi="Lemonada"/>
          <w:sz w:val="28"/>
          <w:szCs w:val="28"/>
          <w:lang w:val="hr-HR"/>
        </w:rPr>
        <w:t xml:space="preserve"> </w:t>
      </w:r>
      <w:proofErr w:type="spellStart"/>
      <w:r w:rsidR="008E2ADE" w:rsidRPr="002F1EE1">
        <w:rPr>
          <w:rFonts w:ascii="Lemonada" w:hAnsi="Lemonada"/>
          <w:sz w:val="28"/>
          <w:szCs w:val="28"/>
          <w:lang w:val="hr-HR"/>
        </w:rPr>
        <w:t>breakage</w:t>
      </w:r>
      <w:proofErr w:type="spellEnd"/>
    </w:p>
    <w:p w14:paraId="3093FEDA" w14:textId="77777777" w:rsidR="00EE2D09" w:rsidRPr="002F1EE1" w:rsidRDefault="0040313D">
      <w:pPr>
        <w:rPr>
          <w:rFonts w:ascii="Lemonada" w:hAnsi="Lemonada" w:hint="eastAsia"/>
          <w:sz w:val="28"/>
          <w:szCs w:val="28"/>
        </w:rPr>
      </w:pPr>
      <w:r w:rsidRPr="002F1EE1">
        <w:rPr>
          <w:rFonts w:ascii="Lemonada" w:hAnsi="Lemonada"/>
          <w:sz w:val="28"/>
          <w:szCs w:val="28"/>
        </w:rPr>
        <w:t>2. Fill in the blanks:</w:t>
      </w:r>
      <w:r w:rsidRPr="002F1EE1">
        <w:rPr>
          <w:rFonts w:ascii="Lemonada" w:hAnsi="Lemonada"/>
          <w:sz w:val="28"/>
          <w:szCs w:val="28"/>
        </w:rPr>
        <w:br/>
        <w:t xml:space="preserve">   Quantum devices can detect __________ and recommend the best __________ for the hair.</w:t>
      </w:r>
    </w:p>
    <w:p w14:paraId="38A4C0FF" w14:textId="27774996" w:rsidR="00EE2D09" w:rsidRPr="002F1EE1" w:rsidRDefault="0040313D">
      <w:pPr>
        <w:rPr>
          <w:rFonts w:ascii="Lemonada" w:hAnsi="Lemonada" w:hint="eastAsia"/>
          <w:sz w:val="28"/>
          <w:szCs w:val="28"/>
        </w:rPr>
      </w:pPr>
      <w:r w:rsidRPr="002F1EE1">
        <w:rPr>
          <w:rFonts w:ascii="Lemonada" w:hAnsi="Lemonada"/>
          <w:sz w:val="28"/>
          <w:szCs w:val="28"/>
        </w:rPr>
        <w:t>3. Creative task:</w:t>
      </w:r>
      <w:r w:rsidRPr="002F1EE1">
        <w:rPr>
          <w:rFonts w:ascii="Lemonada" w:hAnsi="Lemonada"/>
          <w:sz w:val="28"/>
          <w:szCs w:val="28"/>
        </w:rPr>
        <w:br/>
        <w:t>Write a short slogan in English for a “Quantum Hair Device” and describe two advantages.</w:t>
      </w:r>
    </w:p>
    <w:p w14:paraId="2838495F" w14:textId="5F11613A" w:rsidR="00DC12E0" w:rsidRPr="00DC12E0" w:rsidRDefault="00DC12E0" w:rsidP="00DC12E0">
      <w:pPr>
        <w:rPr>
          <w:rFonts w:ascii="Lemonada" w:hAnsi="Lemonada" w:hint="eastAsia"/>
          <w:sz w:val="28"/>
          <w:szCs w:val="28"/>
          <w:lang w:val="hr-HR"/>
        </w:rPr>
      </w:pPr>
      <w:r w:rsidRPr="00DC12E0">
        <w:rPr>
          <w:rFonts w:ascii="Lemonada" w:hAnsi="Lemonada"/>
          <w:b/>
          <w:bCs/>
          <w:sz w:val="28"/>
          <w:szCs w:val="28"/>
          <w:lang w:val="hr-HR"/>
        </w:rPr>
        <w:t xml:space="preserve">Research </w:t>
      </w:r>
      <w:proofErr w:type="spellStart"/>
      <w:r w:rsidRPr="00DC12E0">
        <w:rPr>
          <w:rFonts w:ascii="Lemonada" w:hAnsi="Lemonada"/>
          <w:b/>
          <w:bCs/>
          <w:sz w:val="28"/>
          <w:szCs w:val="28"/>
          <w:lang w:val="hr-HR"/>
        </w:rPr>
        <w:t>task</w:t>
      </w:r>
      <w:proofErr w:type="spellEnd"/>
      <w:r w:rsidRPr="00DC12E0">
        <w:rPr>
          <w:rFonts w:ascii="Lemonada" w:hAnsi="Lemonada"/>
          <w:b/>
          <w:bCs/>
          <w:sz w:val="28"/>
          <w:szCs w:val="28"/>
          <w:lang w:val="hr-HR"/>
        </w:rPr>
        <w:t xml:space="preserve"> – </w:t>
      </w:r>
      <w:proofErr w:type="spellStart"/>
      <w:r w:rsidRPr="00DC12E0">
        <w:rPr>
          <w:rFonts w:ascii="Lemonada" w:hAnsi="Lemonada"/>
          <w:b/>
          <w:bCs/>
          <w:sz w:val="28"/>
          <w:szCs w:val="28"/>
          <w:lang w:val="hr-HR"/>
        </w:rPr>
        <w:t>The</w:t>
      </w:r>
      <w:proofErr w:type="spellEnd"/>
      <w:r w:rsidRPr="00DC12E0">
        <w:rPr>
          <w:rFonts w:ascii="Lemonada" w:hAnsi="Lemonada"/>
          <w:b/>
          <w:bCs/>
          <w:sz w:val="28"/>
          <w:szCs w:val="28"/>
          <w:lang w:val="hr-HR"/>
        </w:rPr>
        <w:t xml:space="preserve"> Future </w:t>
      </w:r>
      <w:proofErr w:type="spellStart"/>
      <w:r w:rsidRPr="00DC12E0">
        <w:rPr>
          <w:rFonts w:ascii="Lemonada" w:hAnsi="Lemonada"/>
          <w:b/>
          <w:bCs/>
          <w:sz w:val="28"/>
          <w:szCs w:val="28"/>
          <w:lang w:val="hr-HR"/>
        </w:rPr>
        <w:t>of</w:t>
      </w:r>
      <w:proofErr w:type="spellEnd"/>
      <w:r w:rsidRPr="00DC12E0">
        <w:rPr>
          <w:rFonts w:ascii="Lemonada" w:hAnsi="Lemonada"/>
          <w:b/>
          <w:bCs/>
          <w:sz w:val="28"/>
          <w:szCs w:val="28"/>
          <w:lang w:val="hr-HR"/>
        </w:rPr>
        <w:t xml:space="preserve"> </w:t>
      </w:r>
      <w:proofErr w:type="spellStart"/>
      <w:r w:rsidRPr="00DC12E0">
        <w:rPr>
          <w:rFonts w:ascii="Lemonada" w:hAnsi="Lemonada"/>
          <w:b/>
          <w:bCs/>
          <w:sz w:val="28"/>
          <w:szCs w:val="28"/>
          <w:lang w:val="hr-HR"/>
        </w:rPr>
        <w:t>Your</w:t>
      </w:r>
      <w:proofErr w:type="spellEnd"/>
      <w:r w:rsidRPr="00DC12E0">
        <w:rPr>
          <w:rFonts w:ascii="Lemonada" w:hAnsi="Lemonada"/>
          <w:b/>
          <w:bCs/>
          <w:sz w:val="28"/>
          <w:szCs w:val="28"/>
          <w:lang w:val="hr-HR"/>
        </w:rPr>
        <w:t xml:space="preserve"> </w:t>
      </w:r>
      <w:proofErr w:type="spellStart"/>
      <w:r w:rsidRPr="00DC12E0">
        <w:rPr>
          <w:rFonts w:ascii="Lemonada" w:hAnsi="Lemonada"/>
          <w:b/>
          <w:bCs/>
          <w:sz w:val="28"/>
          <w:szCs w:val="28"/>
          <w:lang w:val="hr-HR"/>
        </w:rPr>
        <w:t>Vocation</w:t>
      </w:r>
      <w:proofErr w:type="spellEnd"/>
      <w:r w:rsidR="002F1EE1">
        <w:rPr>
          <w:rFonts w:ascii="Lemonada" w:hAnsi="Lemonada"/>
          <w:b/>
          <w:bCs/>
          <w:sz w:val="28"/>
          <w:szCs w:val="28"/>
          <w:lang w:val="hr-HR"/>
        </w:rPr>
        <w:t xml:space="preserve"> (20 min)</w:t>
      </w:r>
    </w:p>
    <w:p w14:paraId="126382DA" w14:textId="77777777" w:rsidR="00DC12E0" w:rsidRPr="00DC12E0" w:rsidRDefault="00DC12E0" w:rsidP="00DC12E0">
      <w:pPr>
        <w:numPr>
          <w:ilvl w:val="0"/>
          <w:numId w:val="29"/>
        </w:numPr>
        <w:rPr>
          <w:rFonts w:ascii="Lemonada" w:hAnsi="Lemonada" w:hint="eastAsia"/>
          <w:sz w:val="28"/>
          <w:szCs w:val="28"/>
          <w:lang w:val="hr-HR"/>
        </w:rPr>
      </w:pPr>
      <w:r w:rsidRPr="00DC12E0">
        <w:rPr>
          <w:rFonts w:ascii="Lemonada" w:hAnsi="Lemonada"/>
          <w:sz w:val="28"/>
          <w:szCs w:val="28"/>
          <w:lang w:val="hr-HR"/>
        </w:rPr>
        <w:t xml:space="preserve">Use </w:t>
      </w:r>
      <w:proofErr w:type="spellStart"/>
      <w:r w:rsidRPr="00DC12E0">
        <w:rPr>
          <w:rFonts w:ascii="Lemonada" w:hAnsi="Lemonada"/>
          <w:sz w:val="28"/>
          <w:szCs w:val="28"/>
          <w:lang w:val="hr-HR"/>
        </w:rPr>
        <w:t>the</w:t>
      </w:r>
      <w:proofErr w:type="spellEnd"/>
      <w:r w:rsidRPr="00DC12E0">
        <w:rPr>
          <w:rFonts w:ascii="Lemonada" w:hAnsi="Lemonada"/>
          <w:sz w:val="28"/>
          <w:szCs w:val="28"/>
          <w:lang w:val="hr-HR"/>
        </w:rPr>
        <w:t xml:space="preserve"> internet to </w:t>
      </w:r>
      <w:proofErr w:type="spellStart"/>
      <w:r w:rsidRPr="00DC12E0">
        <w:rPr>
          <w:rFonts w:ascii="Lemonada" w:hAnsi="Lemonada"/>
          <w:sz w:val="28"/>
          <w:szCs w:val="28"/>
          <w:lang w:val="hr-HR"/>
        </w:rPr>
        <w:t>find</w:t>
      </w:r>
      <w:proofErr w:type="spellEnd"/>
      <w:r w:rsidRPr="00DC12E0">
        <w:rPr>
          <w:rFonts w:ascii="Lemonada" w:hAnsi="Lemonada"/>
          <w:sz w:val="28"/>
          <w:szCs w:val="28"/>
          <w:lang w:val="hr-HR"/>
        </w:rPr>
        <w:t xml:space="preserve"> </w:t>
      </w:r>
      <w:r w:rsidRPr="00DC12E0">
        <w:rPr>
          <w:rFonts w:ascii="Lemonada" w:hAnsi="Lemonada"/>
          <w:b/>
          <w:bCs/>
          <w:sz w:val="28"/>
          <w:szCs w:val="28"/>
          <w:lang w:val="hr-HR"/>
        </w:rPr>
        <w:t xml:space="preserve">3–5 </w:t>
      </w:r>
      <w:proofErr w:type="spellStart"/>
      <w:r w:rsidRPr="00DC12E0">
        <w:rPr>
          <w:rFonts w:ascii="Lemonada" w:hAnsi="Lemonada"/>
          <w:b/>
          <w:bCs/>
          <w:sz w:val="28"/>
          <w:szCs w:val="28"/>
          <w:lang w:val="hr-HR"/>
        </w:rPr>
        <w:t>real</w:t>
      </w:r>
      <w:proofErr w:type="spellEnd"/>
      <w:r w:rsidRPr="00DC12E0">
        <w:rPr>
          <w:rFonts w:ascii="Lemonada" w:hAnsi="Lemonada"/>
          <w:b/>
          <w:bCs/>
          <w:sz w:val="28"/>
          <w:szCs w:val="28"/>
          <w:lang w:val="hr-HR"/>
        </w:rPr>
        <w:t xml:space="preserve"> </w:t>
      </w:r>
      <w:proofErr w:type="spellStart"/>
      <w:r w:rsidRPr="00DC12E0">
        <w:rPr>
          <w:rFonts w:ascii="Lemonada" w:hAnsi="Lemonada"/>
          <w:b/>
          <w:bCs/>
          <w:sz w:val="28"/>
          <w:szCs w:val="28"/>
          <w:lang w:val="hr-HR"/>
        </w:rPr>
        <w:t>examples</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articles</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videos</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news</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showing</w:t>
      </w:r>
      <w:proofErr w:type="spellEnd"/>
      <w:r w:rsidRPr="00DC12E0">
        <w:rPr>
          <w:rFonts w:ascii="Lemonada" w:hAnsi="Lemonada"/>
          <w:sz w:val="28"/>
          <w:szCs w:val="28"/>
          <w:lang w:val="hr-HR"/>
        </w:rPr>
        <w:t xml:space="preserve"> how </w:t>
      </w:r>
      <w:proofErr w:type="spellStart"/>
      <w:r w:rsidRPr="00DC12E0">
        <w:rPr>
          <w:rFonts w:ascii="Lemonada" w:hAnsi="Lemonada"/>
          <w:sz w:val="28"/>
          <w:szCs w:val="28"/>
          <w:lang w:val="hr-HR"/>
        </w:rPr>
        <w:t>quantum</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or</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advanced</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technologies</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might</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change</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your</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job</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in</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the</w:t>
      </w:r>
      <w:proofErr w:type="spellEnd"/>
      <w:r w:rsidRPr="00DC12E0">
        <w:rPr>
          <w:rFonts w:ascii="Lemonada" w:hAnsi="Lemonada"/>
          <w:sz w:val="28"/>
          <w:szCs w:val="28"/>
          <w:lang w:val="hr-HR"/>
        </w:rPr>
        <w:t xml:space="preserve"> future.</w:t>
      </w:r>
    </w:p>
    <w:p w14:paraId="0E9FA7A9" w14:textId="77777777" w:rsidR="00DC12E0" w:rsidRPr="00DC12E0" w:rsidRDefault="00DC12E0" w:rsidP="00DC12E0">
      <w:pPr>
        <w:numPr>
          <w:ilvl w:val="0"/>
          <w:numId w:val="29"/>
        </w:numPr>
        <w:rPr>
          <w:rFonts w:ascii="Lemonada" w:hAnsi="Lemonada" w:hint="eastAsia"/>
          <w:sz w:val="28"/>
          <w:szCs w:val="28"/>
          <w:lang w:val="hr-HR"/>
        </w:rPr>
      </w:pPr>
      <w:r w:rsidRPr="00DC12E0">
        <w:rPr>
          <w:rFonts w:ascii="Lemonada" w:hAnsi="Lemonada"/>
          <w:sz w:val="28"/>
          <w:szCs w:val="28"/>
          <w:lang w:val="hr-HR"/>
        </w:rPr>
        <w:t xml:space="preserve">For </w:t>
      </w:r>
      <w:proofErr w:type="spellStart"/>
      <w:r w:rsidRPr="00DC12E0">
        <w:rPr>
          <w:rFonts w:ascii="Lemonada" w:hAnsi="Lemonada"/>
          <w:sz w:val="28"/>
          <w:szCs w:val="28"/>
          <w:lang w:val="hr-HR"/>
        </w:rPr>
        <w:t>each</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example</w:t>
      </w:r>
      <w:proofErr w:type="spellEnd"/>
      <w:r w:rsidRPr="00DC12E0">
        <w:rPr>
          <w:rFonts w:ascii="Lemonada" w:hAnsi="Lemonada"/>
          <w:sz w:val="28"/>
          <w:szCs w:val="28"/>
          <w:lang w:val="hr-HR"/>
        </w:rPr>
        <w:t>, note:</w:t>
      </w:r>
      <w:r w:rsidRPr="00DC12E0">
        <w:rPr>
          <w:rFonts w:ascii="Lemonada" w:hAnsi="Lemonada"/>
          <w:sz w:val="28"/>
          <w:szCs w:val="28"/>
          <w:lang w:val="hr-HR"/>
        </w:rPr>
        <w:br/>
      </w:r>
      <w:r w:rsidRPr="00DC12E0">
        <w:rPr>
          <w:rFonts w:ascii="Lemonada" w:hAnsi="Lemonada"/>
          <w:sz w:val="28"/>
          <w:szCs w:val="28"/>
          <w:lang w:val="hr-HR"/>
        </w:rPr>
        <w:t> </w:t>
      </w:r>
      <w:r w:rsidRPr="00DC12E0">
        <w:rPr>
          <w:rFonts w:ascii="Lemonada" w:hAnsi="Lemonada"/>
          <w:sz w:val="28"/>
          <w:szCs w:val="28"/>
          <w:lang w:val="hr-HR"/>
        </w:rPr>
        <w:t> </w:t>
      </w:r>
      <w:r w:rsidRPr="00DC12E0">
        <w:rPr>
          <w:rFonts w:ascii="Lemonada" w:hAnsi="Lemonada"/>
          <w:sz w:val="28"/>
          <w:szCs w:val="28"/>
          <w:lang w:val="hr-HR"/>
        </w:rPr>
        <w:t xml:space="preserve">a) </w:t>
      </w:r>
      <w:proofErr w:type="spellStart"/>
      <w:r w:rsidRPr="00DC12E0">
        <w:rPr>
          <w:rFonts w:ascii="Lemonada" w:hAnsi="Lemonada"/>
          <w:sz w:val="28"/>
          <w:szCs w:val="28"/>
          <w:lang w:val="hr-HR"/>
        </w:rPr>
        <w:t>Which</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technology</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or</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device</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is</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mentioned</w:t>
      </w:r>
      <w:proofErr w:type="spellEnd"/>
      <w:r w:rsidRPr="00DC12E0">
        <w:rPr>
          <w:rFonts w:ascii="Lemonada" w:hAnsi="Lemonada"/>
          <w:sz w:val="28"/>
          <w:szCs w:val="28"/>
          <w:lang w:val="hr-HR"/>
        </w:rPr>
        <w:t>.</w:t>
      </w:r>
      <w:r w:rsidRPr="00DC12E0">
        <w:rPr>
          <w:rFonts w:ascii="Lemonada" w:hAnsi="Lemonada"/>
          <w:sz w:val="28"/>
          <w:szCs w:val="28"/>
          <w:lang w:val="hr-HR"/>
        </w:rPr>
        <w:br/>
      </w:r>
      <w:r w:rsidRPr="00DC12E0">
        <w:rPr>
          <w:rFonts w:ascii="Lemonada" w:hAnsi="Lemonada"/>
          <w:sz w:val="28"/>
          <w:szCs w:val="28"/>
          <w:lang w:val="hr-HR"/>
        </w:rPr>
        <w:lastRenderedPageBreak/>
        <w:t> </w:t>
      </w:r>
      <w:r w:rsidRPr="00DC12E0">
        <w:rPr>
          <w:rFonts w:ascii="Lemonada" w:hAnsi="Lemonada"/>
          <w:sz w:val="28"/>
          <w:szCs w:val="28"/>
          <w:lang w:val="hr-HR"/>
        </w:rPr>
        <w:t> </w:t>
      </w:r>
      <w:r w:rsidRPr="00DC12E0">
        <w:rPr>
          <w:rFonts w:ascii="Lemonada" w:hAnsi="Lemonada"/>
          <w:sz w:val="28"/>
          <w:szCs w:val="28"/>
          <w:lang w:val="hr-HR"/>
        </w:rPr>
        <w:t xml:space="preserve">b) How </w:t>
      </w:r>
      <w:proofErr w:type="spellStart"/>
      <w:r w:rsidRPr="00DC12E0">
        <w:rPr>
          <w:rFonts w:ascii="Lemonada" w:hAnsi="Lemonada"/>
          <w:sz w:val="28"/>
          <w:szCs w:val="28"/>
          <w:lang w:val="hr-HR"/>
        </w:rPr>
        <w:t>it</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could</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change</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your</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job</w:t>
      </w:r>
      <w:proofErr w:type="spellEnd"/>
      <w:r w:rsidRPr="00DC12E0">
        <w:rPr>
          <w:rFonts w:ascii="Lemonada" w:hAnsi="Lemonada"/>
          <w:sz w:val="28"/>
          <w:szCs w:val="28"/>
          <w:lang w:val="hr-HR"/>
        </w:rPr>
        <w:t xml:space="preserve"> (make </w:t>
      </w:r>
      <w:proofErr w:type="spellStart"/>
      <w:r w:rsidRPr="00DC12E0">
        <w:rPr>
          <w:rFonts w:ascii="Lemonada" w:hAnsi="Lemonada"/>
          <w:sz w:val="28"/>
          <w:szCs w:val="28"/>
          <w:lang w:val="hr-HR"/>
        </w:rPr>
        <w:t>it</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easier</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faster</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safer</w:t>
      </w:r>
      <w:proofErr w:type="spellEnd"/>
      <w:r w:rsidRPr="00DC12E0">
        <w:rPr>
          <w:rFonts w:ascii="Lemonada" w:hAnsi="Lemonada"/>
          <w:sz w:val="28"/>
          <w:szCs w:val="28"/>
          <w:lang w:val="hr-HR"/>
        </w:rPr>
        <w:t xml:space="preserve">, more </w:t>
      </w:r>
      <w:proofErr w:type="spellStart"/>
      <w:r w:rsidRPr="00DC12E0">
        <w:rPr>
          <w:rFonts w:ascii="Lemonada" w:hAnsi="Lemonada"/>
          <w:sz w:val="28"/>
          <w:szCs w:val="28"/>
          <w:lang w:val="hr-HR"/>
        </w:rPr>
        <w:t>creative</w:t>
      </w:r>
      <w:proofErr w:type="spellEnd"/>
      <w:r w:rsidRPr="00DC12E0">
        <w:rPr>
          <w:rFonts w:ascii="Lemonada" w:hAnsi="Lemonada"/>
          <w:sz w:val="28"/>
          <w:szCs w:val="28"/>
          <w:lang w:val="hr-HR"/>
        </w:rPr>
        <w:t>).</w:t>
      </w:r>
      <w:r w:rsidRPr="00DC12E0">
        <w:rPr>
          <w:rFonts w:ascii="Lemonada" w:hAnsi="Lemonada"/>
          <w:sz w:val="28"/>
          <w:szCs w:val="28"/>
          <w:lang w:val="hr-HR"/>
        </w:rPr>
        <w:br/>
      </w:r>
      <w:r w:rsidRPr="00DC12E0">
        <w:rPr>
          <w:rFonts w:ascii="Lemonada" w:hAnsi="Lemonada"/>
          <w:sz w:val="28"/>
          <w:szCs w:val="28"/>
          <w:lang w:val="hr-HR"/>
        </w:rPr>
        <w:t> </w:t>
      </w:r>
      <w:r w:rsidRPr="00DC12E0">
        <w:rPr>
          <w:rFonts w:ascii="Lemonada" w:hAnsi="Lemonada"/>
          <w:sz w:val="28"/>
          <w:szCs w:val="28"/>
          <w:lang w:val="hr-HR"/>
        </w:rPr>
        <w:t> </w:t>
      </w:r>
      <w:r w:rsidRPr="00DC12E0">
        <w:rPr>
          <w:rFonts w:ascii="Lemonada" w:hAnsi="Lemonada"/>
          <w:sz w:val="28"/>
          <w:szCs w:val="28"/>
          <w:lang w:val="hr-HR"/>
        </w:rPr>
        <w:t xml:space="preserve">c) </w:t>
      </w:r>
      <w:proofErr w:type="spellStart"/>
      <w:r w:rsidRPr="00DC12E0">
        <w:rPr>
          <w:rFonts w:ascii="Lemonada" w:hAnsi="Lemonada"/>
          <w:sz w:val="28"/>
          <w:szCs w:val="28"/>
          <w:lang w:val="hr-HR"/>
        </w:rPr>
        <w:t>What</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possible</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problems</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or</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challenges</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might</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appear</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cost</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skills</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client</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acceptance</w:t>
      </w:r>
      <w:proofErr w:type="spellEnd"/>
      <w:r w:rsidRPr="00DC12E0">
        <w:rPr>
          <w:rFonts w:ascii="Lemonada" w:hAnsi="Lemonada"/>
          <w:sz w:val="28"/>
          <w:szCs w:val="28"/>
          <w:lang w:val="hr-HR"/>
        </w:rPr>
        <w:t>).</w:t>
      </w:r>
    </w:p>
    <w:p w14:paraId="1DEFB64B" w14:textId="77777777" w:rsidR="00DC12E0" w:rsidRPr="00DC12E0" w:rsidRDefault="00DC12E0" w:rsidP="00DC12E0">
      <w:pPr>
        <w:numPr>
          <w:ilvl w:val="0"/>
          <w:numId w:val="29"/>
        </w:numPr>
        <w:rPr>
          <w:rFonts w:ascii="Lemonada" w:hAnsi="Lemonada" w:hint="eastAsia"/>
          <w:sz w:val="28"/>
          <w:szCs w:val="28"/>
          <w:lang w:val="hr-HR"/>
        </w:rPr>
      </w:pPr>
      <w:proofErr w:type="spellStart"/>
      <w:r w:rsidRPr="00DC12E0">
        <w:rPr>
          <w:rFonts w:ascii="Lemonada" w:hAnsi="Lemonada"/>
          <w:sz w:val="28"/>
          <w:szCs w:val="28"/>
          <w:lang w:val="hr-HR"/>
        </w:rPr>
        <w:t>Prepare</w:t>
      </w:r>
      <w:proofErr w:type="spellEnd"/>
      <w:r w:rsidRPr="00DC12E0">
        <w:rPr>
          <w:rFonts w:ascii="Lemonada" w:hAnsi="Lemonada"/>
          <w:sz w:val="28"/>
          <w:szCs w:val="28"/>
          <w:lang w:val="hr-HR"/>
        </w:rPr>
        <w:t xml:space="preserve"> a short </w:t>
      </w:r>
      <w:proofErr w:type="spellStart"/>
      <w:r w:rsidRPr="00DC12E0">
        <w:rPr>
          <w:rFonts w:ascii="Lemonada" w:hAnsi="Lemonada"/>
          <w:sz w:val="28"/>
          <w:szCs w:val="28"/>
          <w:lang w:val="hr-HR"/>
        </w:rPr>
        <w:t>group</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presentation</w:t>
      </w:r>
      <w:proofErr w:type="spellEnd"/>
      <w:r w:rsidRPr="00DC12E0">
        <w:rPr>
          <w:rFonts w:ascii="Lemonada" w:hAnsi="Lemonada"/>
          <w:sz w:val="28"/>
          <w:szCs w:val="28"/>
          <w:lang w:val="hr-HR"/>
        </w:rPr>
        <w:t xml:space="preserve"> (2–3 </w:t>
      </w:r>
      <w:proofErr w:type="spellStart"/>
      <w:r w:rsidRPr="00DC12E0">
        <w:rPr>
          <w:rFonts w:ascii="Lemonada" w:hAnsi="Lemonada"/>
          <w:sz w:val="28"/>
          <w:szCs w:val="28"/>
          <w:lang w:val="hr-HR"/>
        </w:rPr>
        <w:t>minutes</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that</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includes</w:t>
      </w:r>
      <w:proofErr w:type="spellEnd"/>
      <w:r w:rsidRPr="00DC12E0">
        <w:rPr>
          <w:rFonts w:ascii="Lemonada" w:hAnsi="Lemonada"/>
          <w:sz w:val="28"/>
          <w:szCs w:val="28"/>
          <w:lang w:val="hr-HR"/>
        </w:rPr>
        <w:t>:</w:t>
      </w:r>
      <w:r w:rsidRPr="00DC12E0">
        <w:rPr>
          <w:rFonts w:ascii="Lemonada" w:hAnsi="Lemonada"/>
          <w:sz w:val="28"/>
          <w:szCs w:val="28"/>
          <w:lang w:val="hr-HR"/>
        </w:rPr>
        <w:br/>
      </w:r>
      <w:r w:rsidRPr="00DC12E0">
        <w:rPr>
          <w:rFonts w:ascii="Lemonada" w:hAnsi="Lemonada"/>
          <w:sz w:val="28"/>
          <w:szCs w:val="28"/>
          <w:lang w:val="hr-HR"/>
        </w:rPr>
        <w:t> </w:t>
      </w:r>
      <w:r w:rsidRPr="00DC12E0">
        <w:rPr>
          <w:rFonts w:ascii="Lemonada" w:hAnsi="Lemonada"/>
          <w:sz w:val="28"/>
          <w:szCs w:val="28"/>
          <w:lang w:val="hr-HR"/>
        </w:rPr>
        <w:t> </w:t>
      </w:r>
      <w:r w:rsidRPr="00DC12E0">
        <w:rPr>
          <w:rFonts w:ascii="Lemonada" w:hAnsi="Lemonada"/>
          <w:sz w:val="28"/>
          <w:szCs w:val="28"/>
          <w:lang w:val="hr-HR"/>
        </w:rPr>
        <w:t xml:space="preserve">- One future </w:t>
      </w:r>
      <w:proofErr w:type="spellStart"/>
      <w:r w:rsidRPr="00DC12E0">
        <w:rPr>
          <w:rFonts w:ascii="Lemonada" w:hAnsi="Lemonada"/>
          <w:sz w:val="28"/>
          <w:szCs w:val="28"/>
          <w:lang w:val="hr-HR"/>
        </w:rPr>
        <w:t>device</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or</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idea</w:t>
      </w:r>
      <w:proofErr w:type="spellEnd"/>
      <w:r w:rsidRPr="00DC12E0">
        <w:rPr>
          <w:rFonts w:ascii="Lemonada" w:hAnsi="Lemonada"/>
          <w:sz w:val="28"/>
          <w:szCs w:val="28"/>
          <w:lang w:val="hr-HR"/>
        </w:rPr>
        <w:t xml:space="preserve"> for </w:t>
      </w:r>
      <w:proofErr w:type="spellStart"/>
      <w:r w:rsidRPr="00DC12E0">
        <w:rPr>
          <w:rFonts w:ascii="Lemonada" w:hAnsi="Lemonada"/>
          <w:sz w:val="28"/>
          <w:szCs w:val="28"/>
          <w:lang w:val="hr-HR"/>
        </w:rPr>
        <w:t>your</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job</w:t>
      </w:r>
      <w:proofErr w:type="spellEnd"/>
      <w:r w:rsidRPr="00DC12E0">
        <w:rPr>
          <w:rFonts w:ascii="Lemonada" w:hAnsi="Lemonada"/>
          <w:sz w:val="28"/>
          <w:szCs w:val="28"/>
          <w:lang w:val="hr-HR"/>
        </w:rPr>
        <w:t>.</w:t>
      </w:r>
      <w:r w:rsidRPr="00DC12E0">
        <w:rPr>
          <w:rFonts w:ascii="Lemonada" w:hAnsi="Lemonada"/>
          <w:sz w:val="28"/>
          <w:szCs w:val="28"/>
          <w:lang w:val="hr-HR"/>
        </w:rPr>
        <w:br/>
      </w:r>
      <w:r w:rsidRPr="00DC12E0">
        <w:rPr>
          <w:rFonts w:ascii="Lemonada" w:hAnsi="Lemonada"/>
          <w:sz w:val="28"/>
          <w:szCs w:val="28"/>
          <w:lang w:val="hr-HR"/>
        </w:rPr>
        <w:t> </w:t>
      </w:r>
      <w:r w:rsidRPr="00DC12E0">
        <w:rPr>
          <w:rFonts w:ascii="Lemonada" w:hAnsi="Lemonada"/>
          <w:sz w:val="28"/>
          <w:szCs w:val="28"/>
          <w:lang w:val="hr-HR"/>
        </w:rPr>
        <w:t> </w:t>
      </w:r>
      <w:r w:rsidRPr="00DC12E0">
        <w:rPr>
          <w:rFonts w:ascii="Lemonada" w:hAnsi="Lemonada"/>
          <w:sz w:val="28"/>
          <w:szCs w:val="28"/>
          <w:lang w:val="hr-HR"/>
        </w:rPr>
        <w:t xml:space="preserve">- </w:t>
      </w:r>
      <w:proofErr w:type="spellStart"/>
      <w:r w:rsidRPr="00DC12E0">
        <w:rPr>
          <w:rFonts w:ascii="Lemonada" w:hAnsi="Lemonada"/>
          <w:sz w:val="28"/>
          <w:szCs w:val="28"/>
          <w:lang w:val="hr-HR"/>
        </w:rPr>
        <w:t>Why</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it’s</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useful</w:t>
      </w:r>
      <w:proofErr w:type="spellEnd"/>
      <w:r w:rsidRPr="00DC12E0">
        <w:rPr>
          <w:rFonts w:ascii="Lemonada" w:hAnsi="Lemonada"/>
          <w:sz w:val="28"/>
          <w:szCs w:val="28"/>
          <w:lang w:val="hr-HR"/>
        </w:rPr>
        <w:t>.</w:t>
      </w:r>
      <w:r w:rsidRPr="00DC12E0">
        <w:rPr>
          <w:rFonts w:ascii="Lemonada" w:hAnsi="Lemonada"/>
          <w:sz w:val="28"/>
          <w:szCs w:val="28"/>
          <w:lang w:val="hr-HR"/>
        </w:rPr>
        <w:br/>
      </w:r>
      <w:r w:rsidRPr="00DC12E0">
        <w:rPr>
          <w:rFonts w:ascii="Lemonada" w:hAnsi="Lemonada"/>
          <w:sz w:val="28"/>
          <w:szCs w:val="28"/>
          <w:lang w:val="hr-HR"/>
        </w:rPr>
        <w:t> </w:t>
      </w:r>
      <w:r w:rsidRPr="00DC12E0">
        <w:rPr>
          <w:rFonts w:ascii="Lemonada" w:hAnsi="Lemonada"/>
          <w:sz w:val="28"/>
          <w:szCs w:val="28"/>
          <w:lang w:val="hr-HR"/>
        </w:rPr>
        <w:t> </w:t>
      </w:r>
      <w:r w:rsidRPr="00DC12E0">
        <w:rPr>
          <w:rFonts w:ascii="Lemonada" w:hAnsi="Lemonada"/>
          <w:sz w:val="28"/>
          <w:szCs w:val="28"/>
          <w:lang w:val="hr-HR"/>
        </w:rPr>
        <w:t xml:space="preserve">- </w:t>
      </w:r>
      <w:proofErr w:type="spellStart"/>
      <w:r w:rsidRPr="00DC12E0">
        <w:rPr>
          <w:rFonts w:ascii="Lemonada" w:hAnsi="Lemonada"/>
          <w:sz w:val="28"/>
          <w:szCs w:val="28"/>
          <w:lang w:val="hr-HR"/>
        </w:rPr>
        <w:t>What</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people</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would</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need</w:t>
      </w:r>
      <w:proofErr w:type="spellEnd"/>
      <w:r w:rsidRPr="00DC12E0">
        <w:rPr>
          <w:rFonts w:ascii="Lemonada" w:hAnsi="Lemonada"/>
          <w:sz w:val="28"/>
          <w:szCs w:val="28"/>
          <w:lang w:val="hr-HR"/>
        </w:rPr>
        <w:t xml:space="preserve"> to </w:t>
      </w:r>
      <w:proofErr w:type="spellStart"/>
      <w:r w:rsidRPr="00DC12E0">
        <w:rPr>
          <w:rFonts w:ascii="Lemonada" w:hAnsi="Lemonada"/>
          <w:sz w:val="28"/>
          <w:szCs w:val="28"/>
          <w:lang w:val="hr-HR"/>
        </w:rPr>
        <w:t>learn</w:t>
      </w:r>
      <w:proofErr w:type="spellEnd"/>
      <w:r w:rsidRPr="00DC12E0">
        <w:rPr>
          <w:rFonts w:ascii="Lemonada" w:hAnsi="Lemonada"/>
          <w:sz w:val="28"/>
          <w:szCs w:val="28"/>
          <w:lang w:val="hr-HR"/>
        </w:rPr>
        <w:t xml:space="preserve"> to use </w:t>
      </w:r>
      <w:proofErr w:type="spellStart"/>
      <w:r w:rsidRPr="00DC12E0">
        <w:rPr>
          <w:rFonts w:ascii="Lemonada" w:hAnsi="Lemonada"/>
          <w:sz w:val="28"/>
          <w:szCs w:val="28"/>
          <w:lang w:val="hr-HR"/>
        </w:rPr>
        <w:t>it</w:t>
      </w:r>
      <w:proofErr w:type="spellEnd"/>
      <w:r w:rsidRPr="00DC12E0">
        <w:rPr>
          <w:rFonts w:ascii="Lemonada" w:hAnsi="Lemonada"/>
          <w:sz w:val="28"/>
          <w:szCs w:val="28"/>
          <w:lang w:val="hr-HR"/>
        </w:rPr>
        <w:t>.</w:t>
      </w:r>
    </w:p>
    <w:p w14:paraId="1031220E" w14:textId="77777777" w:rsidR="00DC12E0" w:rsidRPr="00DC12E0" w:rsidRDefault="00DC12E0" w:rsidP="00DC12E0">
      <w:pPr>
        <w:numPr>
          <w:ilvl w:val="0"/>
          <w:numId w:val="29"/>
        </w:numPr>
        <w:rPr>
          <w:rFonts w:ascii="Lemonada" w:hAnsi="Lemonada" w:hint="eastAsia"/>
          <w:sz w:val="28"/>
          <w:szCs w:val="28"/>
          <w:lang w:val="hr-HR"/>
        </w:rPr>
      </w:pPr>
      <w:r w:rsidRPr="00DC12E0">
        <w:rPr>
          <w:rFonts w:ascii="Lemonada" w:hAnsi="Lemonada"/>
          <w:sz w:val="28"/>
          <w:szCs w:val="28"/>
          <w:lang w:val="hr-HR"/>
        </w:rPr>
        <w:t xml:space="preserve">Be </w:t>
      </w:r>
      <w:proofErr w:type="spellStart"/>
      <w:r w:rsidRPr="00DC12E0">
        <w:rPr>
          <w:rFonts w:ascii="Lemonada" w:hAnsi="Lemonada"/>
          <w:sz w:val="28"/>
          <w:szCs w:val="28"/>
          <w:lang w:val="hr-HR"/>
        </w:rPr>
        <w:t>ready</w:t>
      </w:r>
      <w:proofErr w:type="spellEnd"/>
      <w:r w:rsidRPr="00DC12E0">
        <w:rPr>
          <w:rFonts w:ascii="Lemonada" w:hAnsi="Lemonada"/>
          <w:sz w:val="28"/>
          <w:szCs w:val="28"/>
          <w:lang w:val="hr-HR"/>
        </w:rPr>
        <w:t xml:space="preserve"> to </w:t>
      </w:r>
      <w:proofErr w:type="spellStart"/>
      <w:r w:rsidRPr="00DC12E0">
        <w:rPr>
          <w:rFonts w:ascii="Lemonada" w:hAnsi="Lemonada"/>
          <w:sz w:val="28"/>
          <w:szCs w:val="28"/>
          <w:lang w:val="hr-HR"/>
        </w:rPr>
        <w:t>answer</w:t>
      </w:r>
      <w:proofErr w:type="spellEnd"/>
      <w:r w:rsidRPr="00DC12E0">
        <w:rPr>
          <w:rFonts w:ascii="Lemonada" w:hAnsi="Lemonada"/>
          <w:sz w:val="28"/>
          <w:szCs w:val="28"/>
          <w:lang w:val="hr-HR"/>
        </w:rPr>
        <w:t>:</w:t>
      </w:r>
      <w:r w:rsidRPr="00DC12E0">
        <w:rPr>
          <w:rFonts w:ascii="Lemonada" w:hAnsi="Lemonada"/>
          <w:sz w:val="28"/>
          <w:szCs w:val="28"/>
          <w:lang w:val="hr-HR"/>
        </w:rPr>
        <w:br/>
      </w:r>
      <w:r w:rsidRPr="00DC12E0">
        <w:rPr>
          <w:rFonts w:ascii="Lemonada" w:hAnsi="Lemonada"/>
          <w:sz w:val="28"/>
          <w:szCs w:val="28"/>
          <w:lang w:val="hr-HR"/>
        </w:rPr>
        <w:t> </w:t>
      </w:r>
      <w:r w:rsidRPr="00DC12E0">
        <w:rPr>
          <w:rFonts w:ascii="Lemonada" w:hAnsi="Lemonada"/>
          <w:sz w:val="28"/>
          <w:szCs w:val="28"/>
          <w:lang w:val="hr-HR"/>
        </w:rPr>
        <w:t> </w:t>
      </w:r>
      <w:r w:rsidRPr="00DC12E0">
        <w:rPr>
          <w:rFonts w:ascii="Lemonada" w:hAnsi="Lemonada"/>
          <w:sz w:val="28"/>
          <w:szCs w:val="28"/>
          <w:lang w:val="hr-HR"/>
        </w:rPr>
        <w:t xml:space="preserve">- “Will </w:t>
      </w:r>
      <w:proofErr w:type="spellStart"/>
      <w:r w:rsidRPr="00DC12E0">
        <w:rPr>
          <w:rFonts w:ascii="Lemonada" w:hAnsi="Lemonada"/>
          <w:sz w:val="28"/>
          <w:szCs w:val="28"/>
          <w:lang w:val="hr-HR"/>
        </w:rPr>
        <w:t>this</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device</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replace</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humans</w:t>
      </w:r>
      <w:proofErr w:type="spellEnd"/>
      <w:r w:rsidRPr="00DC12E0">
        <w:rPr>
          <w:rFonts w:ascii="Lemonada" w:hAnsi="Lemonada"/>
          <w:sz w:val="28"/>
          <w:szCs w:val="28"/>
          <w:lang w:val="hr-HR"/>
        </w:rPr>
        <w:t>?”</w:t>
      </w:r>
      <w:r w:rsidRPr="00DC12E0">
        <w:rPr>
          <w:rFonts w:ascii="Lemonada" w:hAnsi="Lemonada"/>
          <w:sz w:val="28"/>
          <w:szCs w:val="28"/>
          <w:lang w:val="hr-HR"/>
        </w:rPr>
        <w:br/>
      </w:r>
      <w:r w:rsidRPr="00DC12E0">
        <w:rPr>
          <w:rFonts w:ascii="Lemonada" w:hAnsi="Lemonada"/>
          <w:sz w:val="28"/>
          <w:szCs w:val="28"/>
          <w:lang w:val="hr-HR"/>
        </w:rPr>
        <w:t> </w:t>
      </w:r>
      <w:r w:rsidRPr="00DC12E0">
        <w:rPr>
          <w:rFonts w:ascii="Lemonada" w:hAnsi="Lemonada"/>
          <w:sz w:val="28"/>
          <w:szCs w:val="28"/>
          <w:lang w:val="hr-HR"/>
        </w:rPr>
        <w:t> </w:t>
      </w:r>
      <w:r w:rsidRPr="00DC12E0">
        <w:rPr>
          <w:rFonts w:ascii="Lemonada" w:hAnsi="Lemonada"/>
          <w:sz w:val="28"/>
          <w:szCs w:val="28"/>
          <w:lang w:val="hr-HR"/>
        </w:rPr>
        <w:t xml:space="preserve">- “How </w:t>
      </w:r>
      <w:proofErr w:type="spellStart"/>
      <w:r w:rsidRPr="00DC12E0">
        <w:rPr>
          <w:rFonts w:ascii="Lemonada" w:hAnsi="Lemonada"/>
          <w:sz w:val="28"/>
          <w:szCs w:val="28"/>
          <w:lang w:val="hr-HR"/>
        </w:rPr>
        <w:t>can</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you</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prepare</w:t>
      </w:r>
      <w:proofErr w:type="spellEnd"/>
      <w:r w:rsidRPr="00DC12E0">
        <w:rPr>
          <w:rFonts w:ascii="Lemonada" w:hAnsi="Lemonada"/>
          <w:sz w:val="28"/>
          <w:szCs w:val="28"/>
          <w:lang w:val="hr-HR"/>
        </w:rPr>
        <w:t xml:space="preserve"> to use </w:t>
      </w:r>
      <w:proofErr w:type="spellStart"/>
      <w:r w:rsidRPr="00DC12E0">
        <w:rPr>
          <w:rFonts w:ascii="Lemonada" w:hAnsi="Lemonada"/>
          <w:sz w:val="28"/>
          <w:szCs w:val="28"/>
          <w:lang w:val="hr-HR"/>
        </w:rPr>
        <w:t>it</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in</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your</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career</w:t>
      </w:r>
      <w:proofErr w:type="spellEnd"/>
      <w:r w:rsidRPr="00DC12E0">
        <w:rPr>
          <w:rFonts w:ascii="Lemonada" w:hAnsi="Lemonada"/>
          <w:sz w:val="28"/>
          <w:szCs w:val="28"/>
          <w:lang w:val="hr-HR"/>
        </w:rPr>
        <w:t>?”</w:t>
      </w:r>
    </w:p>
    <w:p w14:paraId="47F43F83" w14:textId="740B711F" w:rsidR="00DC12E0" w:rsidRPr="00DC12E0" w:rsidRDefault="00DC12E0" w:rsidP="00DC12E0">
      <w:pPr>
        <w:rPr>
          <w:rFonts w:ascii="Lemonada" w:hAnsi="Lemonada" w:hint="eastAsia"/>
          <w:sz w:val="28"/>
          <w:szCs w:val="28"/>
          <w:lang w:val="hr-HR"/>
        </w:rPr>
      </w:pPr>
    </w:p>
    <w:p w14:paraId="003568EC" w14:textId="6F17830D" w:rsidR="00DC12E0" w:rsidRPr="00DC12E0" w:rsidRDefault="00DC12E0" w:rsidP="00DC12E0">
      <w:pPr>
        <w:rPr>
          <w:rFonts w:ascii="Lemonada" w:hAnsi="Lemonada" w:hint="eastAsia"/>
          <w:b/>
          <w:bCs/>
          <w:sz w:val="28"/>
          <w:szCs w:val="28"/>
          <w:lang w:val="hr-HR"/>
        </w:rPr>
      </w:pPr>
      <w:r w:rsidRPr="00DC12E0">
        <w:rPr>
          <w:rFonts w:ascii="Lemonada" w:hAnsi="Lemonada"/>
          <w:b/>
          <w:bCs/>
          <w:sz w:val="28"/>
          <w:szCs w:val="28"/>
          <w:lang w:val="hr-HR"/>
        </w:rPr>
        <w:t xml:space="preserve"> </w:t>
      </w:r>
      <w:proofErr w:type="spellStart"/>
      <w:r w:rsidRPr="00DC12E0">
        <w:rPr>
          <w:rFonts w:ascii="Lemonada" w:hAnsi="Lemonada"/>
          <w:b/>
          <w:bCs/>
          <w:sz w:val="28"/>
          <w:szCs w:val="28"/>
          <w:lang w:val="hr-HR"/>
        </w:rPr>
        <w:t>Suggested</w:t>
      </w:r>
      <w:proofErr w:type="spellEnd"/>
      <w:r w:rsidRPr="00DC12E0">
        <w:rPr>
          <w:rFonts w:ascii="Lemonada" w:hAnsi="Lemonada"/>
          <w:b/>
          <w:bCs/>
          <w:sz w:val="28"/>
          <w:szCs w:val="28"/>
          <w:lang w:val="hr-HR"/>
        </w:rPr>
        <w:t xml:space="preserve"> Online </w:t>
      </w:r>
      <w:proofErr w:type="spellStart"/>
      <w:r w:rsidRPr="00DC12E0">
        <w:rPr>
          <w:rFonts w:ascii="Lemonada" w:hAnsi="Lemonada"/>
          <w:b/>
          <w:bCs/>
          <w:sz w:val="28"/>
          <w:szCs w:val="28"/>
          <w:lang w:val="hr-HR"/>
        </w:rPr>
        <w:t>Sources</w:t>
      </w:r>
      <w:proofErr w:type="spellEnd"/>
      <w:r w:rsidRPr="00DC12E0">
        <w:rPr>
          <w:rFonts w:ascii="Lemonada" w:hAnsi="Lemonada"/>
          <w:b/>
          <w:bCs/>
          <w:sz w:val="28"/>
          <w:szCs w:val="28"/>
          <w:lang w:val="hr-HR"/>
        </w:rPr>
        <w:t xml:space="preserve"> for </w:t>
      </w:r>
      <w:proofErr w:type="spellStart"/>
      <w:r w:rsidRPr="00DC12E0">
        <w:rPr>
          <w:rFonts w:ascii="Lemonada" w:hAnsi="Lemonada"/>
          <w:b/>
          <w:bCs/>
          <w:sz w:val="28"/>
          <w:szCs w:val="28"/>
          <w:lang w:val="hr-HR"/>
        </w:rPr>
        <w:t>Students</w:t>
      </w:r>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26"/>
        <w:gridCol w:w="3444"/>
        <w:gridCol w:w="3070"/>
      </w:tblGrid>
      <w:tr w:rsidR="00DC12E0" w:rsidRPr="00DC12E0" w14:paraId="3BC25755" w14:textId="77777777" w:rsidTr="00DC12E0">
        <w:trPr>
          <w:tblHeader/>
          <w:tblCellSpacing w:w="15" w:type="dxa"/>
        </w:trPr>
        <w:tc>
          <w:tcPr>
            <w:tcW w:w="0" w:type="auto"/>
            <w:vAlign w:val="center"/>
            <w:hideMark/>
          </w:tcPr>
          <w:p w14:paraId="1C06E188" w14:textId="77777777" w:rsidR="00DC12E0" w:rsidRPr="00DC12E0" w:rsidRDefault="00DC12E0" w:rsidP="00DC12E0">
            <w:pPr>
              <w:rPr>
                <w:rFonts w:ascii="Lemonada" w:hAnsi="Lemonada" w:hint="eastAsia"/>
                <w:b/>
                <w:bCs/>
                <w:sz w:val="28"/>
                <w:szCs w:val="28"/>
                <w:lang w:val="hr-HR"/>
              </w:rPr>
            </w:pPr>
            <w:proofErr w:type="spellStart"/>
            <w:r w:rsidRPr="00DC12E0">
              <w:rPr>
                <w:rFonts w:ascii="Lemonada" w:hAnsi="Lemonada"/>
                <w:b/>
                <w:bCs/>
                <w:sz w:val="28"/>
                <w:szCs w:val="28"/>
                <w:lang w:val="hr-HR"/>
              </w:rPr>
              <w:t>Field</w:t>
            </w:r>
            <w:proofErr w:type="spellEnd"/>
          </w:p>
        </w:tc>
        <w:tc>
          <w:tcPr>
            <w:tcW w:w="0" w:type="auto"/>
            <w:vAlign w:val="center"/>
            <w:hideMark/>
          </w:tcPr>
          <w:p w14:paraId="4F06CFEF" w14:textId="77777777" w:rsidR="00DC12E0" w:rsidRPr="00DC12E0" w:rsidRDefault="00DC12E0" w:rsidP="00DC12E0">
            <w:pPr>
              <w:rPr>
                <w:rFonts w:ascii="Lemonada" w:hAnsi="Lemonada" w:hint="eastAsia"/>
                <w:b/>
                <w:bCs/>
                <w:sz w:val="28"/>
                <w:szCs w:val="28"/>
                <w:lang w:val="hr-HR"/>
              </w:rPr>
            </w:pPr>
            <w:proofErr w:type="spellStart"/>
            <w:r w:rsidRPr="00DC12E0">
              <w:rPr>
                <w:rFonts w:ascii="Lemonada" w:hAnsi="Lemonada"/>
                <w:b/>
                <w:bCs/>
                <w:sz w:val="28"/>
                <w:szCs w:val="28"/>
                <w:lang w:val="hr-HR"/>
              </w:rPr>
              <w:t>Source</w:t>
            </w:r>
            <w:proofErr w:type="spellEnd"/>
          </w:p>
        </w:tc>
        <w:tc>
          <w:tcPr>
            <w:tcW w:w="0" w:type="auto"/>
            <w:vAlign w:val="center"/>
            <w:hideMark/>
          </w:tcPr>
          <w:p w14:paraId="5363EE85" w14:textId="77777777" w:rsidR="00DC12E0" w:rsidRPr="00DC12E0" w:rsidRDefault="00DC12E0" w:rsidP="00DC12E0">
            <w:pPr>
              <w:rPr>
                <w:rFonts w:ascii="Lemonada" w:hAnsi="Lemonada" w:hint="eastAsia"/>
                <w:b/>
                <w:bCs/>
                <w:sz w:val="28"/>
                <w:szCs w:val="28"/>
                <w:lang w:val="hr-HR"/>
              </w:rPr>
            </w:pPr>
            <w:proofErr w:type="spellStart"/>
            <w:r w:rsidRPr="00DC12E0">
              <w:rPr>
                <w:rFonts w:ascii="Lemonada" w:hAnsi="Lemonada"/>
                <w:b/>
                <w:bCs/>
                <w:sz w:val="28"/>
                <w:szCs w:val="28"/>
                <w:lang w:val="hr-HR"/>
              </w:rPr>
              <w:t>Description</w:t>
            </w:r>
            <w:proofErr w:type="spellEnd"/>
          </w:p>
        </w:tc>
      </w:tr>
      <w:tr w:rsidR="00DC12E0" w:rsidRPr="00DC12E0" w14:paraId="5D05D156" w14:textId="77777777" w:rsidTr="00DC12E0">
        <w:trPr>
          <w:tblCellSpacing w:w="15" w:type="dxa"/>
        </w:trPr>
        <w:tc>
          <w:tcPr>
            <w:tcW w:w="0" w:type="auto"/>
            <w:vAlign w:val="center"/>
            <w:hideMark/>
          </w:tcPr>
          <w:p w14:paraId="299D2AC0" w14:textId="77777777" w:rsidR="00DC12E0" w:rsidRPr="00DC12E0" w:rsidRDefault="00DC12E0" w:rsidP="00DC12E0">
            <w:pPr>
              <w:rPr>
                <w:rFonts w:ascii="Lemonada" w:hAnsi="Lemonada" w:hint="eastAsia"/>
                <w:sz w:val="28"/>
                <w:szCs w:val="28"/>
                <w:lang w:val="hr-HR"/>
              </w:rPr>
            </w:pPr>
            <w:proofErr w:type="spellStart"/>
            <w:r w:rsidRPr="00DC12E0">
              <w:rPr>
                <w:rFonts w:ascii="Lemonada" w:hAnsi="Lemonada"/>
                <w:b/>
                <w:bCs/>
                <w:sz w:val="28"/>
                <w:szCs w:val="28"/>
                <w:lang w:val="hr-HR"/>
              </w:rPr>
              <w:t>Cooking</w:t>
            </w:r>
            <w:proofErr w:type="spellEnd"/>
            <w:r w:rsidRPr="00DC12E0">
              <w:rPr>
                <w:rFonts w:ascii="Lemonada" w:hAnsi="Lemonada"/>
                <w:b/>
                <w:bCs/>
                <w:sz w:val="28"/>
                <w:szCs w:val="28"/>
                <w:lang w:val="hr-HR"/>
              </w:rPr>
              <w:t xml:space="preserve"> / </w:t>
            </w:r>
            <w:proofErr w:type="spellStart"/>
            <w:r w:rsidRPr="00DC12E0">
              <w:rPr>
                <w:rFonts w:ascii="Lemonada" w:hAnsi="Lemonada"/>
                <w:b/>
                <w:bCs/>
                <w:sz w:val="28"/>
                <w:szCs w:val="28"/>
                <w:lang w:val="hr-HR"/>
              </w:rPr>
              <w:t>Food</w:t>
            </w:r>
            <w:proofErr w:type="spellEnd"/>
            <w:r w:rsidRPr="00DC12E0">
              <w:rPr>
                <w:rFonts w:ascii="Lemonada" w:hAnsi="Lemonada"/>
                <w:b/>
                <w:bCs/>
                <w:sz w:val="28"/>
                <w:szCs w:val="28"/>
                <w:lang w:val="hr-HR"/>
              </w:rPr>
              <w:t xml:space="preserve"> </w:t>
            </w:r>
            <w:proofErr w:type="spellStart"/>
            <w:r w:rsidRPr="00DC12E0">
              <w:rPr>
                <w:rFonts w:ascii="Lemonada" w:hAnsi="Lemonada"/>
                <w:b/>
                <w:bCs/>
                <w:sz w:val="28"/>
                <w:szCs w:val="28"/>
                <w:lang w:val="hr-HR"/>
              </w:rPr>
              <w:t>Tech</w:t>
            </w:r>
            <w:proofErr w:type="spellEnd"/>
          </w:p>
        </w:tc>
        <w:tc>
          <w:tcPr>
            <w:tcW w:w="0" w:type="auto"/>
            <w:vAlign w:val="center"/>
            <w:hideMark/>
          </w:tcPr>
          <w:p w14:paraId="0D7DDD8C" w14:textId="77777777" w:rsidR="00DC12E0" w:rsidRPr="00DC12E0" w:rsidRDefault="00DC12E0" w:rsidP="00DC12E0">
            <w:pPr>
              <w:rPr>
                <w:rFonts w:ascii="Lemonada" w:hAnsi="Lemonada" w:hint="eastAsia"/>
                <w:sz w:val="28"/>
                <w:szCs w:val="28"/>
                <w:lang w:val="hr-HR"/>
              </w:rPr>
            </w:pPr>
            <w:hyperlink r:id="rId9" w:tgtFrame="_new" w:history="1">
              <w:r w:rsidRPr="00DC12E0">
                <w:rPr>
                  <w:rStyle w:val="Hiperveza"/>
                  <w:rFonts w:ascii="Lemonada" w:hAnsi="Lemonada"/>
                  <w:sz w:val="28"/>
                  <w:szCs w:val="28"/>
                  <w:lang w:val="hr-HR"/>
                </w:rPr>
                <w:t xml:space="preserve">SPICE: Smart </w:t>
              </w:r>
              <w:proofErr w:type="spellStart"/>
              <w:r w:rsidRPr="00DC12E0">
                <w:rPr>
                  <w:rStyle w:val="Hiperveza"/>
                  <w:rFonts w:ascii="Lemonada" w:hAnsi="Lemonada"/>
                  <w:sz w:val="28"/>
                  <w:szCs w:val="28"/>
                  <w:lang w:val="hr-HR"/>
                </w:rPr>
                <w:t>Projection</w:t>
              </w:r>
              <w:proofErr w:type="spellEnd"/>
              <w:r w:rsidRPr="00DC12E0">
                <w:rPr>
                  <w:rStyle w:val="Hiperveza"/>
                  <w:rFonts w:ascii="Lemonada" w:hAnsi="Lemonada"/>
                  <w:sz w:val="28"/>
                  <w:szCs w:val="28"/>
                  <w:lang w:val="hr-HR"/>
                </w:rPr>
                <w:t xml:space="preserve"> Interface for </w:t>
              </w:r>
              <w:proofErr w:type="spellStart"/>
              <w:r w:rsidRPr="00DC12E0">
                <w:rPr>
                  <w:rStyle w:val="Hiperveza"/>
                  <w:rFonts w:ascii="Lemonada" w:hAnsi="Lemonada"/>
                  <w:sz w:val="28"/>
                  <w:szCs w:val="28"/>
                  <w:lang w:val="hr-HR"/>
                </w:rPr>
                <w:t>Cooking</w:t>
              </w:r>
              <w:proofErr w:type="spellEnd"/>
              <w:r w:rsidRPr="00DC12E0">
                <w:rPr>
                  <w:rStyle w:val="Hiperveza"/>
                  <w:rFonts w:ascii="Lemonada" w:hAnsi="Lemonada"/>
                  <w:sz w:val="28"/>
                  <w:szCs w:val="28"/>
                  <w:lang w:val="hr-HR"/>
                </w:rPr>
                <w:t xml:space="preserve"> </w:t>
              </w:r>
              <w:proofErr w:type="spellStart"/>
              <w:r w:rsidRPr="00DC12E0">
                <w:rPr>
                  <w:rStyle w:val="Hiperveza"/>
                  <w:rFonts w:ascii="Lemonada" w:hAnsi="Lemonada"/>
                  <w:sz w:val="28"/>
                  <w:szCs w:val="28"/>
                  <w:lang w:val="hr-HR"/>
                </w:rPr>
                <w:t>Enhancement</w:t>
              </w:r>
              <w:proofErr w:type="spellEnd"/>
            </w:hyperlink>
          </w:p>
        </w:tc>
        <w:tc>
          <w:tcPr>
            <w:tcW w:w="0" w:type="auto"/>
            <w:vAlign w:val="center"/>
            <w:hideMark/>
          </w:tcPr>
          <w:p w14:paraId="30A8F683" w14:textId="77777777" w:rsidR="00DC12E0" w:rsidRPr="00DC12E0" w:rsidRDefault="00DC12E0" w:rsidP="00DC12E0">
            <w:pPr>
              <w:rPr>
                <w:rFonts w:ascii="Lemonada" w:hAnsi="Lemonada" w:hint="eastAsia"/>
                <w:sz w:val="28"/>
                <w:szCs w:val="28"/>
                <w:lang w:val="hr-HR"/>
              </w:rPr>
            </w:pPr>
            <w:r w:rsidRPr="00DC12E0">
              <w:rPr>
                <w:rFonts w:ascii="Lemonada" w:hAnsi="Lemonada"/>
                <w:sz w:val="28"/>
                <w:szCs w:val="28"/>
                <w:lang w:val="hr-HR"/>
              </w:rPr>
              <w:t xml:space="preserve">Smart </w:t>
            </w:r>
            <w:proofErr w:type="spellStart"/>
            <w:r w:rsidRPr="00DC12E0">
              <w:rPr>
                <w:rFonts w:ascii="Lemonada" w:hAnsi="Lemonada"/>
                <w:sz w:val="28"/>
                <w:szCs w:val="28"/>
                <w:lang w:val="hr-HR"/>
              </w:rPr>
              <w:t>projection</w:t>
            </w:r>
            <w:proofErr w:type="spellEnd"/>
            <w:r w:rsidRPr="00DC12E0">
              <w:rPr>
                <w:rFonts w:ascii="Lemonada" w:hAnsi="Lemonada"/>
                <w:sz w:val="28"/>
                <w:szCs w:val="28"/>
                <w:lang w:val="hr-HR"/>
              </w:rPr>
              <w:t xml:space="preserve"> system </w:t>
            </w:r>
            <w:proofErr w:type="spellStart"/>
            <w:r w:rsidRPr="00DC12E0">
              <w:rPr>
                <w:rFonts w:ascii="Lemonada" w:hAnsi="Lemonada"/>
                <w:sz w:val="28"/>
                <w:szCs w:val="28"/>
                <w:lang w:val="hr-HR"/>
              </w:rPr>
              <w:t>showing</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cooking</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steps</w:t>
            </w:r>
            <w:proofErr w:type="spellEnd"/>
            <w:r w:rsidRPr="00DC12E0">
              <w:rPr>
                <w:rFonts w:ascii="Lemonada" w:hAnsi="Lemonada"/>
                <w:sz w:val="28"/>
                <w:szCs w:val="28"/>
                <w:lang w:val="hr-HR"/>
              </w:rPr>
              <w:t xml:space="preserve"> on </w:t>
            </w:r>
            <w:proofErr w:type="spellStart"/>
            <w:r w:rsidRPr="00DC12E0">
              <w:rPr>
                <w:rFonts w:ascii="Lemonada" w:hAnsi="Lemonada"/>
                <w:sz w:val="28"/>
                <w:szCs w:val="28"/>
                <w:lang w:val="hr-HR"/>
              </w:rPr>
              <w:t>kitchen</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surfaces</w:t>
            </w:r>
            <w:proofErr w:type="spellEnd"/>
            <w:r w:rsidRPr="00DC12E0">
              <w:rPr>
                <w:rFonts w:ascii="Lemonada" w:hAnsi="Lemonada"/>
                <w:sz w:val="28"/>
                <w:szCs w:val="28"/>
                <w:lang w:val="hr-HR"/>
              </w:rPr>
              <w:t>.</w:t>
            </w:r>
          </w:p>
        </w:tc>
      </w:tr>
      <w:tr w:rsidR="00DC12E0" w:rsidRPr="00DC12E0" w14:paraId="557B37A6" w14:textId="77777777" w:rsidTr="00DC12E0">
        <w:trPr>
          <w:tblCellSpacing w:w="15" w:type="dxa"/>
        </w:trPr>
        <w:tc>
          <w:tcPr>
            <w:tcW w:w="0" w:type="auto"/>
            <w:vAlign w:val="center"/>
            <w:hideMark/>
          </w:tcPr>
          <w:p w14:paraId="433CB09A" w14:textId="77777777" w:rsidR="00DC12E0" w:rsidRPr="00DC12E0" w:rsidRDefault="00DC12E0" w:rsidP="00DC12E0">
            <w:pPr>
              <w:rPr>
                <w:rFonts w:ascii="Lemonada" w:hAnsi="Lemonada" w:hint="eastAsia"/>
                <w:sz w:val="28"/>
                <w:szCs w:val="28"/>
                <w:lang w:val="hr-HR"/>
              </w:rPr>
            </w:pPr>
          </w:p>
        </w:tc>
        <w:tc>
          <w:tcPr>
            <w:tcW w:w="0" w:type="auto"/>
            <w:vAlign w:val="center"/>
            <w:hideMark/>
          </w:tcPr>
          <w:p w14:paraId="0A4FCE0E" w14:textId="77777777" w:rsidR="00DC12E0" w:rsidRPr="00DC12E0" w:rsidRDefault="00DC12E0" w:rsidP="00DC12E0">
            <w:pPr>
              <w:rPr>
                <w:rFonts w:ascii="Lemonada" w:hAnsi="Lemonada" w:hint="eastAsia"/>
                <w:sz w:val="28"/>
                <w:szCs w:val="28"/>
                <w:lang w:val="hr-HR"/>
              </w:rPr>
            </w:pPr>
            <w:hyperlink r:id="rId10" w:tgtFrame="_new" w:history="1">
              <w:proofErr w:type="spellStart"/>
              <w:r w:rsidRPr="00DC12E0">
                <w:rPr>
                  <w:rStyle w:val="Hiperveza"/>
                  <w:rFonts w:ascii="Lemonada" w:hAnsi="Lemonada"/>
                  <w:sz w:val="28"/>
                  <w:szCs w:val="28"/>
                  <w:lang w:val="hr-HR"/>
                </w:rPr>
                <w:t>Autonomous</w:t>
              </w:r>
              <w:proofErr w:type="spellEnd"/>
              <w:r w:rsidRPr="00DC12E0">
                <w:rPr>
                  <w:rStyle w:val="Hiperveza"/>
                  <w:rFonts w:ascii="Lemonada" w:hAnsi="Lemonada"/>
                  <w:sz w:val="28"/>
                  <w:szCs w:val="28"/>
                  <w:lang w:val="hr-HR"/>
                </w:rPr>
                <w:t xml:space="preserve"> </w:t>
              </w:r>
              <w:proofErr w:type="spellStart"/>
              <w:r w:rsidRPr="00DC12E0">
                <w:rPr>
                  <w:rStyle w:val="Hiperveza"/>
                  <w:rFonts w:ascii="Lemonada" w:hAnsi="Lemonada"/>
                  <w:sz w:val="28"/>
                  <w:szCs w:val="28"/>
                  <w:lang w:val="hr-HR"/>
                </w:rPr>
                <w:t>Cooking</w:t>
              </w:r>
              <w:proofErr w:type="spellEnd"/>
              <w:r w:rsidRPr="00DC12E0">
                <w:rPr>
                  <w:rStyle w:val="Hiperveza"/>
                  <w:rFonts w:ascii="Lemonada" w:hAnsi="Lemonada"/>
                  <w:sz w:val="28"/>
                  <w:szCs w:val="28"/>
                  <w:lang w:val="hr-HR"/>
                </w:rPr>
                <w:t xml:space="preserve"> </w:t>
              </w:r>
              <w:proofErr w:type="spellStart"/>
              <w:r w:rsidRPr="00DC12E0">
                <w:rPr>
                  <w:rStyle w:val="Hiperveza"/>
                  <w:rFonts w:ascii="Lemonada" w:hAnsi="Lemonada"/>
                  <w:sz w:val="28"/>
                  <w:szCs w:val="28"/>
                  <w:lang w:val="hr-HR"/>
                </w:rPr>
                <w:t>with</w:t>
              </w:r>
              <w:proofErr w:type="spellEnd"/>
              <w:r w:rsidRPr="00DC12E0">
                <w:rPr>
                  <w:rStyle w:val="Hiperveza"/>
                  <w:rFonts w:ascii="Lemonada" w:hAnsi="Lemonada"/>
                  <w:sz w:val="28"/>
                  <w:szCs w:val="28"/>
                  <w:lang w:val="hr-HR"/>
                </w:rPr>
                <w:t xml:space="preserve"> Digital </w:t>
              </w:r>
              <w:proofErr w:type="spellStart"/>
              <w:r w:rsidRPr="00DC12E0">
                <w:rPr>
                  <w:rStyle w:val="Hiperveza"/>
                  <w:rFonts w:ascii="Lemonada" w:hAnsi="Lemonada"/>
                  <w:sz w:val="28"/>
                  <w:szCs w:val="28"/>
                  <w:lang w:val="hr-HR"/>
                </w:rPr>
                <w:t>Twin</w:t>
              </w:r>
              <w:proofErr w:type="spellEnd"/>
              <w:r w:rsidRPr="00DC12E0">
                <w:rPr>
                  <w:rStyle w:val="Hiperveza"/>
                  <w:rFonts w:ascii="Lemonada" w:hAnsi="Lemonada"/>
                  <w:sz w:val="28"/>
                  <w:szCs w:val="28"/>
                  <w:lang w:val="hr-HR"/>
                </w:rPr>
                <w:t xml:space="preserve"> </w:t>
              </w:r>
              <w:proofErr w:type="spellStart"/>
              <w:r w:rsidRPr="00DC12E0">
                <w:rPr>
                  <w:rStyle w:val="Hiperveza"/>
                  <w:rFonts w:ascii="Lemonada" w:hAnsi="Lemonada"/>
                  <w:sz w:val="28"/>
                  <w:szCs w:val="28"/>
                  <w:lang w:val="hr-HR"/>
                </w:rPr>
                <w:t>Methodology</w:t>
              </w:r>
              <w:proofErr w:type="spellEnd"/>
            </w:hyperlink>
          </w:p>
        </w:tc>
        <w:tc>
          <w:tcPr>
            <w:tcW w:w="0" w:type="auto"/>
            <w:vAlign w:val="center"/>
            <w:hideMark/>
          </w:tcPr>
          <w:p w14:paraId="32A094DA" w14:textId="77777777" w:rsidR="00DC12E0" w:rsidRPr="00DC12E0" w:rsidRDefault="00DC12E0" w:rsidP="00DC12E0">
            <w:pPr>
              <w:rPr>
                <w:rFonts w:ascii="Lemonada" w:hAnsi="Lemonada" w:hint="eastAsia"/>
                <w:sz w:val="28"/>
                <w:szCs w:val="28"/>
                <w:lang w:val="hr-HR"/>
              </w:rPr>
            </w:pPr>
            <w:r w:rsidRPr="00DC12E0">
              <w:rPr>
                <w:rFonts w:ascii="Lemonada" w:hAnsi="Lemonada"/>
                <w:sz w:val="28"/>
                <w:szCs w:val="28"/>
                <w:lang w:val="hr-HR"/>
              </w:rPr>
              <w:t>AI-</w:t>
            </w:r>
            <w:proofErr w:type="spellStart"/>
            <w:r w:rsidRPr="00DC12E0">
              <w:rPr>
                <w:rFonts w:ascii="Lemonada" w:hAnsi="Lemonada"/>
                <w:sz w:val="28"/>
                <w:szCs w:val="28"/>
                <w:lang w:val="hr-HR"/>
              </w:rPr>
              <w:t>powered</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cooking</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control</w:t>
            </w:r>
            <w:proofErr w:type="spellEnd"/>
            <w:r w:rsidRPr="00DC12E0">
              <w:rPr>
                <w:rFonts w:ascii="Lemonada" w:hAnsi="Lemonada"/>
                <w:sz w:val="28"/>
                <w:szCs w:val="28"/>
                <w:lang w:val="hr-HR"/>
              </w:rPr>
              <w:t xml:space="preserve"> system </w:t>
            </w:r>
            <w:proofErr w:type="spellStart"/>
            <w:r w:rsidRPr="00DC12E0">
              <w:rPr>
                <w:rFonts w:ascii="Lemonada" w:hAnsi="Lemonada"/>
                <w:sz w:val="28"/>
                <w:szCs w:val="28"/>
                <w:lang w:val="hr-HR"/>
              </w:rPr>
              <w:t>using</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sensors</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and</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simulations</w:t>
            </w:r>
            <w:proofErr w:type="spellEnd"/>
            <w:r w:rsidRPr="00DC12E0">
              <w:rPr>
                <w:rFonts w:ascii="Lemonada" w:hAnsi="Lemonada"/>
                <w:sz w:val="28"/>
                <w:szCs w:val="28"/>
                <w:lang w:val="hr-HR"/>
              </w:rPr>
              <w:t>.</w:t>
            </w:r>
          </w:p>
        </w:tc>
      </w:tr>
      <w:tr w:rsidR="00DC12E0" w:rsidRPr="00DC12E0" w14:paraId="003D4050" w14:textId="77777777" w:rsidTr="00DC12E0">
        <w:trPr>
          <w:tblCellSpacing w:w="15" w:type="dxa"/>
        </w:trPr>
        <w:tc>
          <w:tcPr>
            <w:tcW w:w="0" w:type="auto"/>
            <w:vAlign w:val="center"/>
            <w:hideMark/>
          </w:tcPr>
          <w:p w14:paraId="7312CDF1" w14:textId="77777777" w:rsidR="00DC12E0" w:rsidRPr="00DC12E0" w:rsidRDefault="00DC12E0" w:rsidP="00DC12E0">
            <w:pPr>
              <w:rPr>
                <w:rFonts w:ascii="Lemonada" w:hAnsi="Lemonada" w:hint="eastAsia"/>
                <w:sz w:val="28"/>
                <w:szCs w:val="28"/>
                <w:lang w:val="hr-HR"/>
              </w:rPr>
            </w:pPr>
          </w:p>
        </w:tc>
        <w:tc>
          <w:tcPr>
            <w:tcW w:w="0" w:type="auto"/>
            <w:vAlign w:val="center"/>
            <w:hideMark/>
          </w:tcPr>
          <w:p w14:paraId="3373934F" w14:textId="77777777" w:rsidR="00DC12E0" w:rsidRPr="00DC12E0" w:rsidRDefault="00DC12E0" w:rsidP="00DC12E0">
            <w:pPr>
              <w:rPr>
                <w:rFonts w:ascii="Lemonada" w:hAnsi="Lemonada" w:hint="eastAsia"/>
                <w:sz w:val="28"/>
                <w:szCs w:val="28"/>
                <w:lang w:val="hr-HR"/>
              </w:rPr>
            </w:pPr>
            <w:hyperlink r:id="rId11" w:tgtFrame="_new" w:history="1">
              <w:proofErr w:type="spellStart"/>
              <w:r w:rsidRPr="00DC12E0">
                <w:rPr>
                  <w:rStyle w:val="Hiperveza"/>
                  <w:rFonts w:ascii="Lemonada" w:hAnsi="Lemonada"/>
                  <w:sz w:val="28"/>
                  <w:szCs w:val="28"/>
                  <w:lang w:val="hr-HR"/>
                </w:rPr>
                <w:t>The</w:t>
              </w:r>
              <w:proofErr w:type="spellEnd"/>
              <w:r w:rsidRPr="00DC12E0">
                <w:rPr>
                  <w:rStyle w:val="Hiperveza"/>
                  <w:rFonts w:ascii="Lemonada" w:hAnsi="Lemonada"/>
                  <w:sz w:val="28"/>
                  <w:szCs w:val="28"/>
                  <w:lang w:val="hr-HR"/>
                </w:rPr>
                <w:t xml:space="preserve"> </w:t>
              </w:r>
              <w:proofErr w:type="spellStart"/>
              <w:r w:rsidRPr="00DC12E0">
                <w:rPr>
                  <w:rStyle w:val="Hiperveza"/>
                  <w:rFonts w:ascii="Lemonada" w:hAnsi="Lemonada"/>
                  <w:sz w:val="28"/>
                  <w:szCs w:val="28"/>
                  <w:lang w:val="hr-HR"/>
                </w:rPr>
                <w:t>Quantum</w:t>
              </w:r>
              <w:proofErr w:type="spellEnd"/>
              <w:r w:rsidRPr="00DC12E0">
                <w:rPr>
                  <w:rStyle w:val="Hiperveza"/>
                  <w:rFonts w:ascii="Lemonada" w:hAnsi="Lemonada"/>
                  <w:sz w:val="28"/>
                  <w:szCs w:val="28"/>
                  <w:lang w:val="hr-HR"/>
                </w:rPr>
                <w:t xml:space="preserve"> </w:t>
              </w:r>
              <w:proofErr w:type="spellStart"/>
              <w:r w:rsidRPr="00DC12E0">
                <w:rPr>
                  <w:rStyle w:val="Hiperveza"/>
                  <w:rFonts w:ascii="Lemonada" w:hAnsi="Lemonada"/>
                  <w:sz w:val="28"/>
                  <w:szCs w:val="28"/>
                  <w:lang w:val="hr-HR"/>
                </w:rPr>
                <w:t>Advantage</w:t>
              </w:r>
              <w:proofErr w:type="spellEnd"/>
              <w:r w:rsidRPr="00DC12E0">
                <w:rPr>
                  <w:rStyle w:val="Hiperveza"/>
                  <w:rFonts w:ascii="Lemonada" w:hAnsi="Lemonada"/>
                  <w:sz w:val="28"/>
                  <w:szCs w:val="28"/>
                  <w:lang w:val="hr-HR"/>
                </w:rPr>
                <w:t xml:space="preserve"> </w:t>
              </w:r>
              <w:proofErr w:type="spellStart"/>
              <w:r w:rsidRPr="00DC12E0">
                <w:rPr>
                  <w:rStyle w:val="Hiperveza"/>
                  <w:rFonts w:ascii="Lemonada" w:hAnsi="Lemonada"/>
                  <w:sz w:val="28"/>
                  <w:szCs w:val="28"/>
                  <w:lang w:val="hr-HR"/>
                </w:rPr>
                <w:t>in</w:t>
              </w:r>
              <w:proofErr w:type="spellEnd"/>
              <w:r w:rsidRPr="00DC12E0">
                <w:rPr>
                  <w:rStyle w:val="Hiperveza"/>
                  <w:rFonts w:ascii="Lemonada" w:hAnsi="Lemonada"/>
                  <w:sz w:val="28"/>
                  <w:szCs w:val="28"/>
                  <w:lang w:val="hr-HR"/>
                </w:rPr>
                <w:t xml:space="preserve"> </w:t>
              </w:r>
              <w:proofErr w:type="spellStart"/>
              <w:r w:rsidRPr="00DC12E0">
                <w:rPr>
                  <w:rStyle w:val="Hiperveza"/>
                  <w:rFonts w:ascii="Lemonada" w:hAnsi="Lemonada"/>
                  <w:sz w:val="28"/>
                  <w:szCs w:val="28"/>
                  <w:lang w:val="hr-HR"/>
                </w:rPr>
                <w:t>Food</w:t>
              </w:r>
              <w:proofErr w:type="spellEnd"/>
              <w:r w:rsidRPr="00DC12E0">
                <w:rPr>
                  <w:rStyle w:val="Hiperveza"/>
                  <w:rFonts w:ascii="Lemonada" w:hAnsi="Lemonada"/>
                  <w:sz w:val="28"/>
                  <w:szCs w:val="28"/>
                  <w:lang w:val="hr-HR"/>
                </w:rPr>
                <w:t xml:space="preserve"> Systems</w:t>
              </w:r>
            </w:hyperlink>
          </w:p>
        </w:tc>
        <w:tc>
          <w:tcPr>
            <w:tcW w:w="0" w:type="auto"/>
            <w:vAlign w:val="center"/>
            <w:hideMark/>
          </w:tcPr>
          <w:p w14:paraId="73E701CE" w14:textId="77777777" w:rsidR="00DC12E0" w:rsidRPr="00DC12E0" w:rsidRDefault="00DC12E0" w:rsidP="00DC12E0">
            <w:pPr>
              <w:rPr>
                <w:rFonts w:ascii="Lemonada" w:hAnsi="Lemonada" w:hint="eastAsia"/>
                <w:sz w:val="28"/>
                <w:szCs w:val="28"/>
                <w:lang w:val="hr-HR"/>
              </w:rPr>
            </w:pPr>
            <w:proofErr w:type="spellStart"/>
            <w:r w:rsidRPr="00DC12E0">
              <w:rPr>
                <w:rFonts w:ascii="Lemonada" w:hAnsi="Lemonada"/>
                <w:sz w:val="28"/>
                <w:szCs w:val="28"/>
                <w:lang w:val="hr-HR"/>
              </w:rPr>
              <w:t>Explains</w:t>
            </w:r>
            <w:proofErr w:type="spellEnd"/>
            <w:r w:rsidRPr="00DC12E0">
              <w:rPr>
                <w:rFonts w:ascii="Lemonada" w:hAnsi="Lemonada"/>
                <w:sz w:val="28"/>
                <w:szCs w:val="28"/>
                <w:lang w:val="hr-HR"/>
              </w:rPr>
              <w:t xml:space="preserve"> how </w:t>
            </w:r>
            <w:proofErr w:type="spellStart"/>
            <w:r w:rsidRPr="00DC12E0">
              <w:rPr>
                <w:rFonts w:ascii="Lemonada" w:hAnsi="Lemonada"/>
                <w:sz w:val="28"/>
                <w:szCs w:val="28"/>
                <w:lang w:val="hr-HR"/>
              </w:rPr>
              <w:t>quantum</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computing</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could</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optimize</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food</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production</w:t>
            </w:r>
            <w:proofErr w:type="spellEnd"/>
            <w:r w:rsidRPr="00DC12E0">
              <w:rPr>
                <w:rFonts w:ascii="Lemonada" w:hAnsi="Lemonada"/>
                <w:sz w:val="28"/>
                <w:szCs w:val="28"/>
                <w:lang w:val="hr-HR"/>
              </w:rPr>
              <w:t>.</w:t>
            </w:r>
          </w:p>
        </w:tc>
      </w:tr>
      <w:tr w:rsidR="00DC12E0" w:rsidRPr="00DC12E0" w14:paraId="67B23410" w14:textId="77777777" w:rsidTr="00DC12E0">
        <w:trPr>
          <w:tblCellSpacing w:w="15" w:type="dxa"/>
        </w:trPr>
        <w:tc>
          <w:tcPr>
            <w:tcW w:w="0" w:type="auto"/>
            <w:vAlign w:val="center"/>
            <w:hideMark/>
          </w:tcPr>
          <w:p w14:paraId="48D8F5EF" w14:textId="77777777" w:rsidR="00DC12E0" w:rsidRPr="00DC12E0" w:rsidRDefault="00DC12E0" w:rsidP="00DC12E0">
            <w:pPr>
              <w:rPr>
                <w:rFonts w:ascii="Lemonada" w:hAnsi="Lemonada" w:hint="eastAsia"/>
                <w:sz w:val="28"/>
                <w:szCs w:val="28"/>
                <w:lang w:val="hr-HR"/>
              </w:rPr>
            </w:pPr>
            <w:proofErr w:type="spellStart"/>
            <w:r w:rsidRPr="00DC12E0">
              <w:rPr>
                <w:rFonts w:ascii="Lemonada" w:hAnsi="Lemonada"/>
                <w:b/>
                <w:bCs/>
                <w:sz w:val="28"/>
                <w:szCs w:val="28"/>
                <w:lang w:val="hr-HR"/>
              </w:rPr>
              <w:t>Hairdressing</w:t>
            </w:r>
            <w:proofErr w:type="spellEnd"/>
            <w:r w:rsidRPr="00DC12E0">
              <w:rPr>
                <w:rFonts w:ascii="Lemonada" w:hAnsi="Lemonada"/>
                <w:b/>
                <w:bCs/>
                <w:sz w:val="28"/>
                <w:szCs w:val="28"/>
                <w:lang w:val="hr-HR"/>
              </w:rPr>
              <w:t xml:space="preserve"> / </w:t>
            </w:r>
            <w:proofErr w:type="spellStart"/>
            <w:r w:rsidRPr="00DC12E0">
              <w:rPr>
                <w:rFonts w:ascii="Lemonada" w:hAnsi="Lemonada"/>
                <w:b/>
                <w:bCs/>
                <w:sz w:val="28"/>
                <w:szCs w:val="28"/>
                <w:lang w:val="hr-HR"/>
              </w:rPr>
              <w:t>Beauty</w:t>
            </w:r>
            <w:proofErr w:type="spellEnd"/>
          </w:p>
        </w:tc>
        <w:tc>
          <w:tcPr>
            <w:tcW w:w="0" w:type="auto"/>
            <w:vAlign w:val="center"/>
            <w:hideMark/>
          </w:tcPr>
          <w:p w14:paraId="465FA67F" w14:textId="77777777" w:rsidR="00DC12E0" w:rsidRPr="00DC12E0" w:rsidRDefault="00DC12E0" w:rsidP="00DC12E0">
            <w:pPr>
              <w:rPr>
                <w:rFonts w:ascii="Lemonada" w:hAnsi="Lemonada" w:hint="eastAsia"/>
                <w:sz w:val="28"/>
                <w:szCs w:val="28"/>
                <w:lang w:val="hr-HR"/>
              </w:rPr>
            </w:pPr>
            <w:proofErr w:type="spellStart"/>
            <w:r w:rsidRPr="00DC12E0">
              <w:rPr>
                <w:rFonts w:ascii="Lemonada" w:hAnsi="Lemonada"/>
                <w:sz w:val="28"/>
                <w:szCs w:val="28"/>
                <w:lang w:val="hr-HR"/>
              </w:rPr>
              <w:t>Why</w:t>
            </w:r>
            <w:proofErr w:type="spellEnd"/>
            <w:r w:rsidRPr="00DC12E0">
              <w:rPr>
                <w:rFonts w:ascii="Lemonada" w:hAnsi="Lemonada"/>
                <w:sz w:val="28"/>
                <w:szCs w:val="28"/>
                <w:lang w:val="hr-HR"/>
              </w:rPr>
              <w:t xml:space="preserve"> Unilever </w:t>
            </w:r>
            <w:proofErr w:type="spellStart"/>
            <w:r w:rsidRPr="00DC12E0">
              <w:rPr>
                <w:rFonts w:ascii="Lemonada" w:hAnsi="Lemonada"/>
                <w:sz w:val="28"/>
                <w:szCs w:val="28"/>
                <w:lang w:val="hr-HR"/>
              </w:rPr>
              <w:t>Thinks</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Quantum</w:t>
            </w:r>
            <w:proofErr w:type="spellEnd"/>
            <w:r w:rsidRPr="00DC12E0">
              <w:rPr>
                <w:rFonts w:ascii="Lemonada" w:hAnsi="Lemonada"/>
                <w:sz w:val="28"/>
                <w:szCs w:val="28"/>
                <w:lang w:val="hr-HR"/>
              </w:rPr>
              <w:t xml:space="preserve"> Computing </w:t>
            </w:r>
            <w:proofErr w:type="spellStart"/>
            <w:r w:rsidRPr="00DC12E0">
              <w:rPr>
                <w:rFonts w:ascii="Lemonada" w:hAnsi="Lemonada"/>
                <w:sz w:val="28"/>
                <w:szCs w:val="28"/>
                <w:lang w:val="hr-HR"/>
              </w:rPr>
              <w:t>Could</w:t>
            </w:r>
            <w:proofErr w:type="spellEnd"/>
            <w:r w:rsidRPr="00DC12E0">
              <w:rPr>
                <w:rFonts w:ascii="Lemonada" w:hAnsi="Lemonada"/>
                <w:sz w:val="28"/>
                <w:szCs w:val="28"/>
                <w:lang w:val="hr-HR"/>
              </w:rPr>
              <w:t xml:space="preserve"> Be </w:t>
            </w:r>
            <w:proofErr w:type="spellStart"/>
            <w:r w:rsidRPr="00DC12E0">
              <w:rPr>
                <w:rFonts w:ascii="Lemonada" w:hAnsi="Lemonada"/>
                <w:sz w:val="28"/>
                <w:szCs w:val="28"/>
                <w:lang w:val="hr-HR"/>
              </w:rPr>
              <w:t>the</w:t>
            </w:r>
            <w:proofErr w:type="spellEnd"/>
            <w:r w:rsidRPr="00DC12E0">
              <w:rPr>
                <w:rFonts w:ascii="Lemonada" w:hAnsi="Lemonada"/>
                <w:sz w:val="28"/>
                <w:szCs w:val="28"/>
                <w:lang w:val="hr-HR"/>
              </w:rPr>
              <w:t xml:space="preserve"> Future </w:t>
            </w:r>
            <w:proofErr w:type="spellStart"/>
            <w:r w:rsidRPr="00DC12E0">
              <w:rPr>
                <w:rFonts w:ascii="Lemonada" w:hAnsi="Lemonada"/>
                <w:sz w:val="28"/>
                <w:szCs w:val="28"/>
                <w:lang w:val="hr-HR"/>
              </w:rPr>
              <w:t>of</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Beauty</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Innovation</w:t>
            </w:r>
            <w:proofErr w:type="spellEnd"/>
          </w:p>
        </w:tc>
        <w:tc>
          <w:tcPr>
            <w:tcW w:w="0" w:type="auto"/>
            <w:vAlign w:val="center"/>
            <w:hideMark/>
          </w:tcPr>
          <w:p w14:paraId="5E8321BD" w14:textId="77777777" w:rsidR="00DC12E0" w:rsidRPr="00DC12E0" w:rsidRDefault="00DC12E0" w:rsidP="00DC12E0">
            <w:pPr>
              <w:rPr>
                <w:rFonts w:ascii="Lemonada" w:hAnsi="Lemonada" w:hint="eastAsia"/>
                <w:sz w:val="28"/>
                <w:szCs w:val="28"/>
                <w:lang w:val="hr-HR"/>
              </w:rPr>
            </w:pPr>
            <w:r w:rsidRPr="00DC12E0">
              <w:rPr>
                <w:rFonts w:ascii="Lemonada" w:hAnsi="Lemonada"/>
                <w:sz w:val="28"/>
                <w:szCs w:val="28"/>
                <w:lang w:val="hr-HR"/>
              </w:rPr>
              <w:t>Real-</w:t>
            </w:r>
            <w:proofErr w:type="spellStart"/>
            <w:r w:rsidRPr="00DC12E0">
              <w:rPr>
                <w:rFonts w:ascii="Lemonada" w:hAnsi="Lemonada"/>
                <w:sz w:val="28"/>
                <w:szCs w:val="28"/>
                <w:lang w:val="hr-HR"/>
              </w:rPr>
              <w:t>world</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example</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of</w:t>
            </w:r>
            <w:proofErr w:type="spellEnd"/>
            <w:r w:rsidRPr="00DC12E0">
              <w:rPr>
                <w:rFonts w:ascii="Lemonada" w:hAnsi="Lemonada"/>
                <w:sz w:val="28"/>
                <w:szCs w:val="28"/>
                <w:lang w:val="hr-HR"/>
              </w:rPr>
              <w:t xml:space="preserve"> a </w:t>
            </w:r>
            <w:proofErr w:type="spellStart"/>
            <w:r w:rsidRPr="00DC12E0">
              <w:rPr>
                <w:rFonts w:ascii="Lemonada" w:hAnsi="Lemonada"/>
                <w:sz w:val="28"/>
                <w:szCs w:val="28"/>
                <w:lang w:val="hr-HR"/>
              </w:rPr>
              <w:t>beauty</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company</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exploring</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quantum</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technology</w:t>
            </w:r>
            <w:proofErr w:type="spellEnd"/>
            <w:r w:rsidRPr="00DC12E0">
              <w:rPr>
                <w:rFonts w:ascii="Lemonada" w:hAnsi="Lemonada"/>
                <w:sz w:val="28"/>
                <w:szCs w:val="28"/>
                <w:lang w:val="hr-HR"/>
              </w:rPr>
              <w:t>.</w:t>
            </w:r>
          </w:p>
        </w:tc>
      </w:tr>
      <w:tr w:rsidR="00DC12E0" w:rsidRPr="00DC12E0" w14:paraId="0E114F4E" w14:textId="77777777" w:rsidTr="00DC12E0">
        <w:trPr>
          <w:tblCellSpacing w:w="15" w:type="dxa"/>
        </w:trPr>
        <w:tc>
          <w:tcPr>
            <w:tcW w:w="0" w:type="auto"/>
            <w:vAlign w:val="center"/>
            <w:hideMark/>
          </w:tcPr>
          <w:p w14:paraId="3A8432F0" w14:textId="77777777" w:rsidR="00DC12E0" w:rsidRPr="00DC12E0" w:rsidRDefault="00DC12E0" w:rsidP="00DC12E0">
            <w:pPr>
              <w:rPr>
                <w:rFonts w:ascii="Lemonada" w:hAnsi="Lemonada" w:hint="eastAsia"/>
                <w:sz w:val="28"/>
                <w:szCs w:val="28"/>
                <w:lang w:val="hr-HR"/>
              </w:rPr>
            </w:pPr>
          </w:p>
        </w:tc>
        <w:tc>
          <w:tcPr>
            <w:tcW w:w="0" w:type="auto"/>
            <w:vAlign w:val="center"/>
            <w:hideMark/>
          </w:tcPr>
          <w:p w14:paraId="7CA2F4F4" w14:textId="77777777" w:rsidR="00DC12E0" w:rsidRPr="00DC12E0" w:rsidRDefault="00DC12E0" w:rsidP="00DC12E0">
            <w:pPr>
              <w:rPr>
                <w:rFonts w:ascii="Lemonada" w:hAnsi="Lemonada" w:hint="eastAsia"/>
                <w:sz w:val="28"/>
                <w:szCs w:val="28"/>
                <w:lang w:val="hr-HR"/>
              </w:rPr>
            </w:pPr>
            <w:hyperlink r:id="rId12" w:tgtFrame="_new" w:history="1">
              <w:proofErr w:type="spellStart"/>
              <w:r w:rsidRPr="00DC12E0">
                <w:rPr>
                  <w:rStyle w:val="Hiperveza"/>
                  <w:rFonts w:ascii="Lemonada" w:hAnsi="Lemonada"/>
                  <w:sz w:val="28"/>
                  <w:szCs w:val="28"/>
                  <w:lang w:val="hr-HR"/>
                </w:rPr>
                <w:t>The</w:t>
              </w:r>
              <w:proofErr w:type="spellEnd"/>
              <w:r w:rsidRPr="00DC12E0">
                <w:rPr>
                  <w:rStyle w:val="Hiperveza"/>
                  <w:rFonts w:ascii="Lemonada" w:hAnsi="Lemonada"/>
                  <w:sz w:val="28"/>
                  <w:szCs w:val="28"/>
                  <w:lang w:val="hr-HR"/>
                </w:rPr>
                <w:t xml:space="preserve"> Future </w:t>
              </w:r>
              <w:proofErr w:type="spellStart"/>
              <w:r w:rsidRPr="00DC12E0">
                <w:rPr>
                  <w:rStyle w:val="Hiperveza"/>
                  <w:rFonts w:ascii="Lemonada" w:hAnsi="Lemonada"/>
                  <w:sz w:val="28"/>
                  <w:szCs w:val="28"/>
                  <w:lang w:val="hr-HR"/>
                </w:rPr>
                <w:t>of</w:t>
              </w:r>
              <w:proofErr w:type="spellEnd"/>
              <w:r w:rsidRPr="00DC12E0">
                <w:rPr>
                  <w:rStyle w:val="Hiperveza"/>
                  <w:rFonts w:ascii="Lemonada" w:hAnsi="Lemonada"/>
                  <w:sz w:val="28"/>
                  <w:szCs w:val="28"/>
                  <w:lang w:val="hr-HR"/>
                </w:rPr>
                <w:t xml:space="preserve"> </w:t>
              </w:r>
              <w:proofErr w:type="spellStart"/>
              <w:r w:rsidRPr="00DC12E0">
                <w:rPr>
                  <w:rStyle w:val="Hiperveza"/>
                  <w:rFonts w:ascii="Lemonada" w:hAnsi="Lemonada"/>
                  <w:sz w:val="28"/>
                  <w:szCs w:val="28"/>
                  <w:lang w:val="hr-HR"/>
                </w:rPr>
                <w:t>Beauty</w:t>
              </w:r>
              <w:proofErr w:type="spellEnd"/>
              <w:r w:rsidRPr="00DC12E0">
                <w:rPr>
                  <w:rStyle w:val="Hiperveza"/>
                  <w:rFonts w:ascii="Lemonada" w:hAnsi="Lemonada"/>
                  <w:sz w:val="28"/>
                  <w:szCs w:val="28"/>
                  <w:lang w:val="hr-HR"/>
                </w:rPr>
                <w:t xml:space="preserve"> </w:t>
              </w:r>
              <w:proofErr w:type="spellStart"/>
              <w:r w:rsidRPr="00DC12E0">
                <w:rPr>
                  <w:rStyle w:val="Hiperveza"/>
                  <w:rFonts w:ascii="Lemonada" w:hAnsi="Lemonada"/>
                  <w:sz w:val="28"/>
                  <w:szCs w:val="28"/>
                  <w:lang w:val="hr-HR"/>
                </w:rPr>
                <w:t>Tech</w:t>
              </w:r>
              <w:proofErr w:type="spellEnd"/>
              <w:r w:rsidRPr="00DC12E0">
                <w:rPr>
                  <w:rStyle w:val="Hiperveza"/>
                  <w:rFonts w:ascii="Lemonada" w:hAnsi="Lemonada"/>
                  <w:sz w:val="28"/>
                  <w:szCs w:val="28"/>
                  <w:lang w:val="hr-HR"/>
                </w:rPr>
                <w:t xml:space="preserve">: </w:t>
              </w:r>
              <w:proofErr w:type="spellStart"/>
              <w:r w:rsidRPr="00DC12E0">
                <w:rPr>
                  <w:rStyle w:val="Hiperveza"/>
                  <w:rFonts w:ascii="Lemonada" w:hAnsi="Lemonada"/>
                  <w:sz w:val="28"/>
                  <w:szCs w:val="28"/>
                  <w:lang w:val="hr-HR"/>
                </w:rPr>
                <w:t>Insider</w:t>
              </w:r>
              <w:proofErr w:type="spellEnd"/>
              <w:r w:rsidRPr="00DC12E0">
                <w:rPr>
                  <w:rStyle w:val="Hiperveza"/>
                  <w:rFonts w:ascii="Lemonada" w:hAnsi="Lemonada"/>
                  <w:sz w:val="28"/>
                  <w:szCs w:val="28"/>
                  <w:lang w:val="hr-HR"/>
                </w:rPr>
                <w:t xml:space="preserve"> </w:t>
              </w:r>
              <w:proofErr w:type="spellStart"/>
              <w:r w:rsidRPr="00DC12E0">
                <w:rPr>
                  <w:rStyle w:val="Hiperveza"/>
                  <w:rFonts w:ascii="Lemonada" w:hAnsi="Lemonada"/>
                  <w:sz w:val="28"/>
                  <w:szCs w:val="28"/>
                  <w:lang w:val="hr-HR"/>
                </w:rPr>
                <w:t>Insights</w:t>
              </w:r>
              <w:proofErr w:type="spellEnd"/>
            </w:hyperlink>
          </w:p>
        </w:tc>
        <w:tc>
          <w:tcPr>
            <w:tcW w:w="0" w:type="auto"/>
            <w:vAlign w:val="center"/>
            <w:hideMark/>
          </w:tcPr>
          <w:p w14:paraId="129C37B1" w14:textId="77777777" w:rsidR="00DC12E0" w:rsidRPr="00DC12E0" w:rsidRDefault="00DC12E0" w:rsidP="00DC12E0">
            <w:pPr>
              <w:rPr>
                <w:rFonts w:ascii="Lemonada" w:hAnsi="Lemonada" w:hint="eastAsia"/>
                <w:sz w:val="28"/>
                <w:szCs w:val="28"/>
                <w:lang w:val="hr-HR"/>
              </w:rPr>
            </w:pPr>
            <w:proofErr w:type="spellStart"/>
            <w:r w:rsidRPr="00DC12E0">
              <w:rPr>
                <w:rFonts w:ascii="Lemonada" w:hAnsi="Lemonada"/>
                <w:sz w:val="28"/>
                <w:szCs w:val="28"/>
                <w:lang w:val="hr-HR"/>
              </w:rPr>
              <w:t>Predicts</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trends</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in</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personalized</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beauty</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and</w:t>
            </w:r>
            <w:proofErr w:type="spellEnd"/>
            <w:r w:rsidRPr="00DC12E0">
              <w:rPr>
                <w:rFonts w:ascii="Lemonada" w:hAnsi="Lemonada"/>
                <w:sz w:val="28"/>
                <w:szCs w:val="28"/>
                <w:lang w:val="hr-HR"/>
              </w:rPr>
              <w:t xml:space="preserve"> AI/</w:t>
            </w:r>
            <w:proofErr w:type="spellStart"/>
            <w:r w:rsidRPr="00DC12E0">
              <w:rPr>
                <w:rFonts w:ascii="Lemonada" w:hAnsi="Lemonada"/>
                <w:sz w:val="28"/>
                <w:szCs w:val="28"/>
                <w:lang w:val="hr-HR"/>
              </w:rPr>
              <w:t>quantum-based</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devices</w:t>
            </w:r>
            <w:proofErr w:type="spellEnd"/>
            <w:r w:rsidRPr="00DC12E0">
              <w:rPr>
                <w:rFonts w:ascii="Lemonada" w:hAnsi="Lemonada"/>
                <w:sz w:val="28"/>
                <w:szCs w:val="28"/>
                <w:lang w:val="hr-HR"/>
              </w:rPr>
              <w:t>.</w:t>
            </w:r>
          </w:p>
        </w:tc>
      </w:tr>
      <w:tr w:rsidR="00DC12E0" w:rsidRPr="00DC12E0" w14:paraId="576646C9" w14:textId="77777777" w:rsidTr="00DC12E0">
        <w:trPr>
          <w:tblCellSpacing w:w="15" w:type="dxa"/>
        </w:trPr>
        <w:tc>
          <w:tcPr>
            <w:tcW w:w="0" w:type="auto"/>
            <w:vAlign w:val="center"/>
            <w:hideMark/>
          </w:tcPr>
          <w:p w14:paraId="491C1A2F" w14:textId="77777777" w:rsidR="00DC12E0" w:rsidRPr="00DC12E0" w:rsidRDefault="00DC12E0" w:rsidP="00DC12E0">
            <w:pPr>
              <w:rPr>
                <w:rFonts w:ascii="Lemonada" w:hAnsi="Lemonada" w:hint="eastAsia"/>
                <w:sz w:val="28"/>
                <w:szCs w:val="28"/>
                <w:lang w:val="hr-HR"/>
              </w:rPr>
            </w:pPr>
          </w:p>
        </w:tc>
        <w:tc>
          <w:tcPr>
            <w:tcW w:w="0" w:type="auto"/>
            <w:vAlign w:val="center"/>
            <w:hideMark/>
          </w:tcPr>
          <w:p w14:paraId="5625556A" w14:textId="77777777" w:rsidR="00DC12E0" w:rsidRPr="00DC12E0" w:rsidRDefault="00DC12E0" w:rsidP="00DC12E0">
            <w:pPr>
              <w:rPr>
                <w:rFonts w:ascii="Lemonada" w:hAnsi="Lemonada" w:hint="eastAsia"/>
                <w:sz w:val="28"/>
                <w:szCs w:val="28"/>
                <w:lang w:val="hr-HR"/>
              </w:rPr>
            </w:pPr>
            <w:hyperlink r:id="rId13" w:tgtFrame="_new" w:history="1">
              <w:proofErr w:type="spellStart"/>
              <w:r w:rsidRPr="00DC12E0">
                <w:rPr>
                  <w:rStyle w:val="Hiperveza"/>
                  <w:rFonts w:ascii="Lemonada" w:hAnsi="Lemonada"/>
                  <w:sz w:val="28"/>
                  <w:szCs w:val="28"/>
                  <w:lang w:val="hr-HR"/>
                </w:rPr>
                <w:t>Beauty</w:t>
              </w:r>
              <w:proofErr w:type="spellEnd"/>
              <w:r w:rsidRPr="00DC12E0">
                <w:rPr>
                  <w:rStyle w:val="Hiperveza"/>
                  <w:rFonts w:ascii="Lemonada" w:hAnsi="Lemonada"/>
                  <w:sz w:val="28"/>
                  <w:szCs w:val="28"/>
                  <w:lang w:val="hr-HR"/>
                </w:rPr>
                <w:t xml:space="preserve"> </w:t>
              </w:r>
              <w:proofErr w:type="spellStart"/>
              <w:r w:rsidRPr="00DC12E0">
                <w:rPr>
                  <w:rStyle w:val="Hiperveza"/>
                  <w:rFonts w:ascii="Lemonada" w:hAnsi="Lemonada"/>
                  <w:sz w:val="28"/>
                  <w:szCs w:val="28"/>
                  <w:lang w:val="hr-HR"/>
                </w:rPr>
                <w:t>Tech</w:t>
              </w:r>
              <w:proofErr w:type="spellEnd"/>
              <w:r w:rsidRPr="00DC12E0">
                <w:rPr>
                  <w:rStyle w:val="Hiperveza"/>
                  <w:rFonts w:ascii="Lemonada" w:hAnsi="Lemonada"/>
                  <w:sz w:val="28"/>
                  <w:szCs w:val="28"/>
                  <w:lang w:val="hr-HR"/>
                </w:rPr>
                <w:t xml:space="preserve"> – </w:t>
              </w:r>
              <w:proofErr w:type="spellStart"/>
              <w:r w:rsidRPr="00DC12E0">
                <w:rPr>
                  <w:rStyle w:val="Hiperveza"/>
                  <w:rFonts w:ascii="Lemonada" w:hAnsi="Lemonada"/>
                  <w:sz w:val="28"/>
                  <w:szCs w:val="28"/>
                  <w:lang w:val="hr-HR"/>
                </w:rPr>
                <w:t>Customer</w:t>
              </w:r>
              <w:proofErr w:type="spellEnd"/>
              <w:r w:rsidRPr="00DC12E0">
                <w:rPr>
                  <w:rStyle w:val="Hiperveza"/>
                  <w:rFonts w:ascii="Lemonada" w:hAnsi="Lemonada"/>
                  <w:sz w:val="28"/>
                  <w:szCs w:val="28"/>
                  <w:lang w:val="hr-HR"/>
                </w:rPr>
                <w:t xml:space="preserve"> </w:t>
              </w:r>
              <w:proofErr w:type="spellStart"/>
              <w:r w:rsidRPr="00DC12E0">
                <w:rPr>
                  <w:rStyle w:val="Hiperveza"/>
                  <w:rFonts w:ascii="Lemonada" w:hAnsi="Lemonada"/>
                  <w:sz w:val="28"/>
                  <w:szCs w:val="28"/>
                  <w:lang w:val="hr-HR"/>
                </w:rPr>
                <w:t>Experience</w:t>
              </w:r>
              <w:proofErr w:type="spellEnd"/>
              <w:r w:rsidRPr="00DC12E0">
                <w:rPr>
                  <w:rStyle w:val="Hiperveza"/>
                  <w:rFonts w:ascii="Lemonada" w:hAnsi="Lemonada"/>
                  <w:sz w:val="28"/>
                  <w:szCs w:val="28"/>
                  <w:lang w:val="hr-HR"/>
                </w:rPr>
                <w:t xml:space="preserve"> </w:t>
              </w:r>
              <w:proofErr w:type="spellStart"/>
              <w:r w:rsidRPr="00DC12E0">
                <w:rPr>
                  <w:rStyle w:val="Hiperveza"/>
                  <w:rFonts w:ascii="Lemonada" w:hAnsi="Lemonada"/>
                  <w:sz w:val="28"/>
                  <w:szCs w:val="28"/>
                  <w:lang w:val="hr-HR"/>
                </w:rPr>
                <w:t>and</w:t>
              </w:r>
              <w:proofErr w:type="spellEnd"/>
              <w:r w:rsidRPr="00DC12E0">
                <w:rPr>
                  <w:rStyle w:val="Hiperveza"/>
                  <w:rFonts w:ascii="Lemonada" w:hAnsi="Lemonada"/>
                  <w:sz w:val="28"/>
                  <w:szCs w:val="28"/>
                  <w:lang w:val="hr-HR"/>
                </w:rPr>
                <w:t xml:space="preserve"> </w:t>
              </w:r>
              <w:proofErr w:type="spellStart"/>
              <w:r w:rsidRPr="00DC12E0">
                <w:rPr>
                  <w:rStyle w:val="Hiperveza"/>
                  <w:rFonts w:ascii="Lemonada" w:hAnsi="Lemonada"/>
                  <w:sz w:val="28"/>
                  <w:szCs w:val="28"/>
                  <w:lang w:val="hr-HR"/>
                </w:rPr>
                <w:t>Loyalty</w:t>
              </w:r>
              <w:proofErr w:type="spellEnd"/>
            </w:hyperlink>
          </w:p>
        </w:tc>
        <w:tc>
          <w:tcPr>
            <w:tcW w:w="0" w:type="auto"/>
            <w:vAlign w:val="center"/>
            <w:hideMark/>
          </w:tcPr>
          <w:p w14:paraId="714AA343" w14:textId="77777777" w:rsidR="00DC12E0" w:rsidRPr="00DC12E0" w:rsidRDefault="00DC12E0" w:rsidP="00DC12E0">
            <w:pPr>
              <w:rPr>
                <w:rFonts w:ascii="Lemonada" w:hAnsi="Lemonada" w:hint="eastAsia"/>
                <w:sz w:val="28"/>
                <w:szCs w:val="28"/>
                <w:lang w:val="hr-HR"/>
              </w:rPr>
            </w:pPr>
            <w:proofErr w:type="spellStart"/>
            <w:r w:rsidRPr="00DC12E0">
              <w:rPr>
                <w:rFonts w:ascii="Lemonada" w:hAnsi="Lemonada"/>
                <w:sz w:val="28"/>
                <w:szCs w:val="28"/>
                <w:lang w:val="hr-HR"/>
              </w:rPr>
              <w:t>Academic</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article</w:t>
            </w:r>
            <w:proofErr w:type="spellEnd"/>
            <w:r w:rsidRPr="00DC12E0">
              <w:rPr>
                <w:rFonts w:ascii="Lemonada" w:hAnsi="Lemonada"/>
                <w:sz w:val="28"/>
                <w:szCs w:val="28"/>
                <w:lang w:val="hr-HR"/>
              </w:rPr>
              <w:t xml:space="preserve"> on </w:t>
            </w:r>
            <w:proofErr w:type="spellStart"/>
            <w:r w:rsidRPr="00DC12E0">
              <w:rPr>
                <w:rFonts w:ascii="Lemonada" w:hAnsi="Lemonada"/>
                <w:sz w:val="28"/>
                <w:szCs w:val="28"/>
                <w:lang w:val="hr-HR"/>
              </w:rPr>
              <w:t>digital</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and</w:t>
            </w:r>
            <w:proofErr w:type="spellEnd"/>
            <w:r w:rsidRPr="00DC12E0">
              <w:rPr>
                <w:rFonts w:ascii="Lemonada" w:hAnsi="Lemonada"/>
                <w:sz w:val="28"/>
                <w:szCs w:val="28"/>
                <w:lang w:val="hr-HR"/>
              </w:rPr>
              <w:t xml:space="preserve"> AI </w:t>
            </w:r>
            <w:proofErr w:type="spellStart"/>
            <w:r w:rsidRPr="00DC12E0">
              <w:rPr>
                <w:rFonts w:ascii="Lemonada" w:hAnsi="Lemonada"/>
                <w:sz w:val="28"/>
                <w:szCs w:val="28"/>
                <w:lang w:val="hr-HR"/>
              </w:rPr>
              <w:t>tools</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in</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the</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beauty</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industry</w:t>
            </w:r>
            <w:proofErr w:type="spellEnd"/>
            <w:r w:rsidRPr="00DC12E0">
              <w:rPr>
                <w:rFonts w:ascii="Lemonada" w:hAnsi="Lemonada"/>
                <w:sz w:val="28"/>
                <w:szCs w:val="28"/>
                <w:lang w:val="hr-HR"/>
              </w:rPr>
              <w:t>.</w:t>
            </w:r>
          </w:p>
        </w:tc>
      </w:tr>
      <w:tr w:rsidR="00DC12E0" w:rsidRPr="00DC12E0" w14:paraId="7155F235" w14:textId="77777777" w:rsidTr="00DC12E0">
        <w:trPr>
          <w:tblCellSpacing w:w="15" w:type="dxa"/>
        </w:trPr>
        <w:tc>
          <w:tcPr>
            <w:tcW w:w="0" w:type="auto"/>
            <w:vAlign w:val="center"/>
            <w:hideMark/>
          </w:tcPr>
          <w:p w14:paraId="09B67A32" w14:textId="77777777" w:rsidR="00DC12E0" w:rsidRPr="00DC12E0" w:rsidRDefault="00DC12E0" w:rsidP="00DC12E0">
            <w:pPr>
              <w:rPr>
                <w:rFonts w:ascii="Lemonada" w:hAnsi="Lemonada" w:hint="eastAsia"/>
                <w:sz w:val="28"/>
                <w:szCs w:val="28"/>
                <w:lang w:val="hr-HR"/>
              </w:rPr>
            </w:pPr>
            <w:r w:rsidRPr="00DC12E0">
              <w:rPr>
                <w:rFonts w:ascii="Lemonada" w:hAnsi="Lemonada"/>
                <w:b/>
                <w:bCs/>
                <w:sz w:val="28"/>
                <w:szCs w:val="28"/>
                <w:lang w:val="hr-HR"/>
              </w:rPr>
              <w:t xml:space="preserve">Home </w:t>
            </w:r>
            <w:proofErr w:type="spellStart"/>
            <w:r w:rsidRPr="00DC12E0">
              <w:rPr>
                <w:rFonts w:ascii="Lemonada" w:hAnsi="Lemonada"/>
                <w:b/>
                <w:bCs/>
                <w:sz w:val="28"/>
                <w:szCs w:val="28"/>
                <w:lang w:val="hr-HR"/>
              </w:rPr>
              <w:t>Installations</w:t>
            </w:r>
            <w:proofErr w:type="spellEnd"/>
            <w:r w:rsidRPr="00DC12E0">
              <w:rPr>
                <w:rFonts w:ascii="Lemonada" w:hAnsi="Lemonada"/>
                <w:b/>
                <w:bCs/>
                <w:sz w:val="28"/>
                <w:szCs w:val="28"/>
                <w:lang w:val="hr-HR"/>
              </w:rPr>
              <w:t xml:space="preserve"> / Energy</w:t>
            </w:r>
          </w:p>
        </w:tc>
        <w:tc>
          <w:tcPr>
            <w:tcW w:w="0" w:type="auto"/>
            <w:vAlign w:val="center"/>
            <w:hideMark/>
          </w:tcPr>
          <w:p w14:paraId="387A763A" w14:textId="77777777" w:rsidR="00DC12E0" w:rsidRPr="00DC12E0" w:rsidRDefault="00DC12E0" w:rsidP="00DC12E0">
            <w:pPr>
              <w:rPr>
                <w:rFonts w:ascii="Lemonada" w:hAnsi="Lemonada" w:hint="eastAsia"/>
                <w:sz w:val="28"/>
                <w:szCs w:val="28"/>
                <w:lang w:val="hr-HR"/>
              </w:rPr>
            </w:pPr>
            <w:hyperlink r:id="rId14" w:tgtFrame="_new" w:history="1">
              <w:r w:rsidRPr="00DC12E0">
                <w:rPr>
                  <w:rStyle w:val="Hiperveza"/>
                  <w:rFonts w:ascii="Lemonada" w:hAnsi="Lemonada"/>
                  <w:sz w:val="28"/>
                  <w:szCs w:val="28"/>
                  <w:lang w:val="hr-HR"/>
                </w:rPr>
                <w:t xml:space="preserve">Smart </w:t>
              </w:r>
              <w:proofErr w:type="spellStart"/>
              <w:r w:rsidRPr="00DC12E0">
                <w:rPr>
                  <w:rStyle w:val="Hiperveza"/>
                  <w:rFonts w:ascii="Lemonada" w:hAnsi="Lemonada"/>
                  <w:sz w:val="28"/>
                  <w:szCs w:val="28"/>
                  <w:lang w:val="hr-HR"/>
                </w:rPr>
                <w:t>Nanomaterials</w:t>
              </w:r>
              <w:proofErr w:type="spellEnd"/>
              <w:r w:rsidRPr="00DC12E0">
                <w:rPr>
                  <w:rStyle w:val="Hiperveza"/>
                  <w:rFonts w:ascii="Lemonada" w:hAnsi="Lemonada"/>
                  <w:sz w:val="28"/>
                  <w:szCs w:val="28"/>
                  <w:lang w:val="hr-HR"/>
                </w:rPr>
                <w:t xml:space="preserve"> to </w:t>
              </w:r>
              <w:proofErr w:type="spellStart"/>
              <w:r w:rsidRPr="00DC12E0">
                <w:rPr>
                  <w:rStyle w:val="Hiperveza"/>
                  <w:rFonts w:ascii="Lemonada" w:hAnsi="Lemonada"/>
                  <w:sz w:val="28"/>
                  <w:szCs w:val="28"/>
                  <w:lang w:val="hr-HR"/>
                </w:rPr>
                <w:t>Support</w:t>
              </w:r>
              <w:proofErr w:type="spellEnd"/>
              <w:r w:rsidRPr="00DC12E0">
                <w:rPr>
                  <w:rStyle w:val="Hiperveza"/>
                  <w:rFonts w:ascii="Lemonada" w:hAnsi="Lemonada"/>
                  <w:sz w:val="28"/>
                  <w:szCs w:val="28"/>
                  <w:lang w:val="hr-HR"/>
                </w:rPr>
                <w:t xml:space="preserve"> </w:t>
              </w:r>
              <w:proofErr w:type="spellStart"/>
              <w:r w:rsidRPr="00DC12E0">
                <w:rPr>
                  <w:rStyle w:val="Hiperveza"/>
                  <w:rFonts w:ascii="Lemonada" w:hAnsi="Lemonada"/>
                  <w:sz w:val="28"/>
                  <w:szCs w:val="28"/>
                  <w:lang w:val="hr-HR"/>
                </w:rPr>
                <w:t>Quantum-Sensing</w:t>
              </w:r>
              <w:proofErr w:type="spellEnd"/>
              <w:r w:rsidRPr="00DC12E0">
                <w:rPr>
                  <w:rStyle w:val="Hiperveza"/>
                  <w:rFonts w:ascii="Lemonada" w:hAnsi="Lemonada"/>
                  <w:sz w:val="28"/>
                  <w:szCs w:val="28"/>
                  <w:lang w:val="hr-HR"/>
                </w:rPr>
                <w:t xml:space="preserve"> Electronics</w:t>
              </w:r>
            </w:hyperlink>
          </w:p>
        </w:tc>
        <w:tc>
          <w:tcPr>
            <w:tcW w:w="0" w:type="auto"/>
            <w:vAlign w:val="center"/>
            <w:hideMark/>
          </w:tcPr>
          <w:p w14:paraId="4D167366" w14:textId="77777777" w:rsidR="00DC12E0" w:rsidRPr="00DC12E0" w:rsidRDefault="00DC12E0" w:rsidP="00DC12E0">
            <w:pPr>
              <w:rPr>
                <w:rFonts w:ascii="Lemonada" w:hAnsi="Lemonada" w:hint="eastAsia"/>
                <w:sz w:val="28"/>
                <w:szCs w:val="28"/>
                <w:lang w:val="hr-HR"/>
              </w:rPr>
            </w:pPr>
            <w:r w:rsidRPr="00DC12E0">
              <w:rPr>
                <w:rFonts w:ascii="Lemonada" w:hAnsi="Lemonada"/>
                <w:sz w:val="28"/>
                <w:szCs w:val="28"/>
                <w:lang w:val="hr-HR"/>
              </w:rPr>
              <w:t xml:space="preserve">Future </w:t>
            </w:r>
            <w:proofErr w:type="spellStart"/>
            <w:r w:rsidRPr="00DC12E0">
              <w:rPr>
                <w:rFonts w:ascii="Lemonada" w:hAnsi="Lemonada"/>
                <w:sz w:val="28"/>
                <w:szCs w:val="28"/>
                <w:lang w:val="hr-HR"/>
              </w:rPr>
              <w:t>materials</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that</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could</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improve</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smart</w:t>
            </w:r>
            <w:proofErr w:type="spellEnd"/>
            <w:r w:rsidRPr="00DC12E0">
              <w:rPr>
                <w:rFonts w:ascii="Lemonada" w:hAnsi="Lemonada"/>
                <w:sz w:val="28"/>
                <w:szCs w:val="28"/>
                <w:lang w:val="hr-HR"/>
              </w:rPr>
              <w:t xml:space="preserve"> home </w:t>
            </w:r>
            <w:proofErr w:type="spellStart"/>
            <w:r w:rsidRPr="00DC12E0">
              <w:rPr>
                <w:rFonts w:ascii="Lemonada" w:hAnsi="Lemonada"/>
                <w:sz w:val="28"/>
                <w:szCs w:val="28"/>
                <w:lang w:val="hr-HR"/>
              </w:rPr>
              <w:t>energy</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sensors</w:t>
            </w:r>
            <w:proofErr w:type="spellEnd"/>
            <w:r w:rsidRPr="00DC12E0">
              <w:rPr>
                <w:rFonts w:ascii="Lemonada" w:hAnsi="Lemonada"/>
                <w:sz w:val="28"/>
                <w:szCs w:val="28"/>
                <w:lang w:val="hr-HR"/>
              </w:rPr>
              <w:t>.</w:t>
            </w:r>
          </w:p>
        </w:tc>
      </w:tr>
      <w:tr w:rsidR="00DC12E0" w:rsidRPr="00DC12E0" w14:paraId="2DB73181" w14:textId="77777777" w:rsidTr="00DC12E0">
        <w:trPr>
          <w:tblCellSpacing w:w="15" w:type="dxa"/>
        </w:trPr>
        <w:tc>
          <w:tcPr>
            <w:tcW w:w="0" w:type="auto"/>
            <w:vAlign w:val="center"/>
            <w:hideMark/>
          </w:tcPr>
          <w:p w14:paraId="0939D983" w14:textId="77777777" w:rsidR="00DC12E0" w:rsidRPr="00DC12E0" w:rsidRDefault="00DC12E0" w:rsidP="00DC12E0">
            <w:pPr>
              <w:rPr>
                <w:rFonts w:ascii="Lemonada" w:hAnsi="Lemonada" w:hint="eastAsia"/>
                <w:sz w:val="28"/>
                <w:szCs w:val="28"/>
                <w:lang w:val="hr-HR"/>
              </w:rPr>
            </w:pPr>
            <w:r w:rsidRPr="00DC12E0">
              <w:rPr>
                <w:rFonts w:ascii="Lemonada" w:hAnsi="Lemonada"/>
                <w:b/>
                <w:bCs/>
                <w:sz w:val="28"/>
                <w:szCs w:val="28"/>
                <w:lang w:val="hr-HR"/>
              </w:rPr>
              <w:t xml:space="preserve">General </w:t>
            </w:r>
            <w:proofErr w:type="spellStart"/>
            <w:r w:rsidRPr="00DC12E0">
              <w:rPr>
                <w:rFonts w:ascii="Lemonada" w:hAnsi="Lemonada"/>
                <w:b/>
                <w:bCs/>
                <w:sz w:val="28"/>
                <w:szCs w:val="28"/>
                <w:lang w:val="hr-HR"/>
              </w:rPr>
              <w:t>Quantum</w:t>
            </w:r>
            <w:proofErr w:type="spellEnd"/>
            <w:r w:rsidRPr="00DC12E0">
              <w:rPr>
                <w:rFonts w:ascii="Lemonada" w:hAnsi="Lemonada"/>
                <w:b/>
                <w:bCs/>
                <w:sz w:val="28"/>
                <w:szCs w:val="28"/>
                <w:lang w:val="hr-HR"/>
              </w:rPr>
              <w:t xml:space="preserve"> Progress</w:t>
            </w:r>
          </w:p>
        </w:tc>
        <w:tc>
          <w:tcPr>
            <w:tcW w:w="0" w:type="auto"/>
            <w:vAlign w:val="center"/>
            <w:hideMark/>
          </w:tcPr>
          <w:p w14:paraId="0B5A2C9E" w14:textId="77777777" w:rsidR="00DC12E0" w:rsidRPr="00DC12E0" w:rsidRDefault="00DC12E0" w:rsidP="00DC12E0">
            <w:pPr>
              <w:rPr>
                <w:rFonts w:ascii="Lemonada" w:hAnsi="Lemonada" w:hint="eastAsia"/>
                <w:sz w:val="28"/>
                <w:szCs w:val="28"/>
                <w:lang w:val="hr-HR"/>
              </w:rPr>
            </w:pPr>
            <w:hyperlink r:id="rId15" w:tgtFrame="_new" w:history="1">
              <w:proofErr w:type="spellStart"/>
              <w:r w:rsidRPr="00DC12E0">
                <w:rPr>
                  <w:rStyle w:val="Hiperveza"/>
                  <w:rFonts w:ascii="Lemonada" w:hAnsi="Lemonada"/>
                  <w:sz w:val="28"/>
                  <w:szCs w:val="28"/>
                  <w:lang w:val="hr-HR"/>
                </w:rPr>
                <w:t>Tiny</w:t>
              </w:r>
              <w:proofErr w:type="spellEnd"/>
              <w:r w:rsidRPr="00DC12E0">
                <w:rPr>
                  <w:rStyle w:val="Hiperveza"/>
                  <w:rFonts w:ascii="Lemonada" w:hAnsi="Lemonada"/>
                  <w:sz w:val="28"/>
                  <w:szCs w:val="28"/>
                  <w:lang w:val="hr-HR"/>
                </w:rPr>
                <w:t xml:space="preserve"> </w:t>
              </w:r>
              <w:proofErr w:type="spellStart"/>
              <w:r w:rsidRPr="00DC12E0">
                <w:rPr>
                  <w:rStyle w:val="Hiperveza"/>
                  <w:rFonts w:ascii="Lemonada" w:hAnsi="Lemonada"/>
                  <w:sz w:val="28"/>
                  <w:szCs w:val="28"/>
                  <w:lang w:val="hr-HR"/>
                </w:rPr>
                <w:t>Cryogenic</w:t>
              </w:r>
              <w:proofErr w:type="spellEnd"/>
              <w:r w:rsidRPr="00DC12E0">
                <w:rPr>
                  <w:rStyle w:val="Hiperveza"/>
                  <w:rFonts w:ascii="Lemonada" w:hAnsi="Lemonada"/>
                  <w:sz w:val="28"/>
                  <w:szCs w:val="28"/>
                  <w:lang w:val="hr-HR"/>
                </w:rPr>
                <w:t xml:space="preserve"> </w:t>
              </w:r>
              <w:proofErr w:type="spellStart"/>
              <w:r w:rsidRPr="00DC12E0">
                <w:rPr>
                  <w:rStyle w:val="Hiperveza"/>
                  <w:rFonts w:ascii="Lemonada" w:hAnsi="Lemonada"/>
                  <w:sz w:val="28"/>
                  <w:szCs w:val="28"/>
                  <w:lang w:val="hr-HR"/>
                </w:rPr>
                <w:t>Device</w:t>
              </w:r>
              <w:proofErr w:type="spellEnd"/>
              <w:r w:rsidRPr="00DC12E0">
                <w:rPr>
                  <w:rStyle w:val="Hiperveza"/>
                  <w:rFonts w:ascii="Lemonada" w:hAnsi="Lemonada"/>
                  <w:sz w:val="28"/>
                  <w:szCs w:val="28"/>
                  <w:lang w:val="hr-HR"/>
                </w:rPr>
                <w:t xml:space="preserve"> </w:t>
              </w:r>
              <w:proofErr w:type="spellStart"/>
              <w:r w:rsidRPr="00DC12E0">
                <w:rPr>
                  <w:rStyle w:val="Hiperveza"/>
                  <w:rFonts w:ascii="Lemonada" w:hAnsi="Lemonada"/>
                  <w:sz w:val="28"/>
                  <w:szCs w:val="28"/>
                  <w:lang w:val="hr-HR"/>
                </w:rPr>
                <w:t>Cuts</w:t>
              </w:r>
              <w:proofErr w:type="spellEnd"/>
              <w:r w:rsidRPr="00DC12E0">
                <w:rPr>
                  <w:rStyle w:val="Hiperveza"/>
                  <w:rFonts w:ascii="Lemonada" w:hAnsi="Lemonada"/>
                  <w:sz w:val="28"/>
                  <w:szCs w:val="28"/>
                  <w:lang w:val="hr-HR"/>
                </w:rPr>
                <w:t xml:space="preserve"> </w:t>
              </w:r>
              <w:proofErr w:type="spellStart"/>
              <w:r w:rsidRPr="00DC12E0">
                <w:rPr>
                  <w:rStyle w:val="Hiperveza"/>
                  <w:rFonts w:ascii="Lemonada" w:hAnsi="Lemonada"/>
                  <w:sz w:val="28"/>
                  <w:szCs w:val="28"/>
                  <w:lang w:val="hr-HR"/>
                </w:rPr>
                <w:t>Quantum</w:t>
              </w:r>
              <w:proofErr w:type="spellEnd"/>
              <w:r w:rsidRPr="00DC12E0">
                <w:rPr>
                  <w:rStyle w:val="Hiperveza"/>
                  <w:rFonts w:ascii="Lemonada" w:hAnsi="Lemonada"/>
                  <w:sz w:val="28"/>
                  <w:szCs w:val="28"/>
                  <w:lang w:val="hr-HR"/>
                </w:rPr>
                <w:t xml:space="preserve"> Computer </w:t>
              </w:r>
              <w:proofErr w:type="spellStart"/>
              <w:r w:rsidRPr="00DC12E0">
                <w:rPr>
                  <w:rStyle w:val="Hiperveza"/>
                  <w:rFonts w:ascii="Lemonada" w:hAnsi="Lemonada"/>
                  <w:sz w:val="28"/>
                  <w:szCs w:val="28"/>
                  <w:lang w:val="hr-HR"/>
                </w:rPr>
                <w:t>Heat</w:t>
              </w:r>
              <w:proofErr w:type="spellEnd"/>
              <w:r w:rsidRPr="00DC12E0">
                <w:rPr>
                  <w:rStyle w:val="Hiperveza"/>
                  <w:rFonts w:ascii="Lemonada" w:hAnsi="Lemonada"/>
                  <w:sz w:val="28"/>
                  <w:szCs w:val="28"/>
                  <w:lang w:val="hr-HR"/>
                </w:rPr>
                <w:t xml:space="preserve"> </w:t>
              </w:r>
              <w:proofErr w:type="spellStart"/>
              <w:r w:rsidRPr="00DC12E0">
                <w:rPr>
                  <w:rStyle w:val="Hiperveza"/>
                  <w:rFonts w:ascii="Lemonada" w:hAnsi="Lemonada"/>
                  <w:sz w:val="28"/>
                  <w:szCs w:val="28"/>
                  <w:lang w:val="hr-HR"/>
                </w:rPr>
                <w:t>Emissions</w:t>
              </w:r>
              <w:proofErr w:type="spellEnd"/>
              <w:r w:rsidRPr="00DC12E0">
                <w:rPr>
                  <w:rStyle w:val="Hiperveza"/>
                  <w:rFonts w:ascii="Lemonada" w:hAnsi="Lemonada"/>
                  <w:sz w:val="28"/>
                  <w:szCs w:val="28"/>
                  <w:lang w:val="hr-HR"/>
                </w:rPr>
                <w:t xml:space="preserve"> </w:t>
              </w:r>
              <w:proofErr w:type="spellStart"/>
              <w:r w:rsidRPr="00DC12E0">
                <w:rPr>
                  <w:rStyle w:val="Hiperveza"/>
                  <w:rFonts w:ascii="Lemonada" w:hAnsi="Lemonada"/>
                  <w:sz w:val="28"/>
                  <w:szCs w:val="28"/>
                  <w:lang w:val="hr-HR"/>
                </w:rPr>
                <w:t>by</w:t>
              </w:r>
              <w:proofErr w:type="spellEnd"/>
              <w:r w:rsidRPr="00DC12E0">
                <w:rPr>
                  <w:rStyle w:val="Hiperveza"/>
                  <w:rFonts w:ascii="Lemonada" w:hAnsi="Lemonada"/>
                  <w:sz w:val="28"/>
                  <w:szCs w:val="28"/>
                  <w:lang w:val="hr-HR"/>
                </w:rPr>
                <w:t xml:space="preserve"> 10,000 Times</w:t>
              </w:r>
            </w:hyperlink>
          </w:p>
        </w:tc>
        <w:tc>
          <w:tcPr>
            <w:tcW w:w="0" w:type="auto"/>
            <w:vAlign w:val="center"/>
            <w:hideMark/>
          </w:tcPr>
          <w:p w14:paraId="1D6E5B74" w14:textId="77777777" w:rsidR="00DC12E0" w:rsidRPr="00DC12E0" w:rsidRDefault="00DC12E0" w:rsidP="00DC12E0">
            <w:pPr>
              <w:rPr>
                <w:rFonts w:ascii="Lemonada" w:hAnsi="Lemonada" w:hint="eastAsia"/>
                <w:sz w:val="28"/>
                <w:szCs w:val="28"/>
                <w:lang w:val="hr-HR"/>
              </w:rPr>
            </w:pPr>
            <w:r w:rsidRPr="00DC12E0">
              <w:rPr>
                <w:rFonts w:ascii="Lemonada" w:hAnsi="Lemonada"/>
                <w:sz w:val="28"/>
                <w:szCs w:val="28"/>
                <w:lang w:val="hr-HR"/>
              </w:rPr>
              <w:t xml:space="preserve">Real </w:t>
            </w:r>
            <w:proofErr w:type="spellStart"/>
            <w:r w:rsidRPr="00DC12E0">
              <w:rPr>
                <w:rFonts w:ascii="Lemonada" w:hAnsi="Lemonada"/>
                <w:sz w:val="28"/>
                <w:szCs w:val="28"/>
                <w:lang w:val="hr-HR"/>
              </w:rPr>
              <w:t>advancement</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in</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quantum</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computing</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technology</w:t>
            </w:r>
            <w:proofErr w:type="spellEnd"/>
            <w:r w:rsidRPr="00DC12E0">
              <w:rPr>
                <w:rFonts w:ascii="Lemonada" w:hAnsi="Lemonada"/>
                <w:sz w:val="28"/>
                <w:szCs w:val="28"/>
                <w:lang w:val="hr-HR"/>
              </w:rPr>
              <w:t>.</w:t>
            </w:r>
          </w:p>
        </w:tc>
      </w:tr>
    </w:tbl>
    <w:p w14:paraId="3CE78F97" w14:textId="77777777" w:rsidR="005A1A00" w:rsidRPr="005A1A00" w:rsidRDefault="0053667E" w:rsidP="005A1A00">
      <w:pPr>
        <w:rPr>
          <w:rFonts w:ascii="Lemonada" w:hAnsi="Lemonada" w:hint="eastAsia"/>
          <w:sz w:val="28"/>
          <w:szCs w:val="28"/>
          <w:lang w:val="hr-HR"/>
        </w:rPr>
      </w:pPr>
      <w:r>
        <w:rPr>
          <w:rFonts w:ascii="Lemonada" w:hAnsi="Lemonada"/>
          <w:sz w:val="28"/>
          <w:szCs w:val="28"/>
          <w:lang w:val="hr-HR"/>
        </w:rPr>
        <w:t>*</w:t>
      </w:r>
      <w:proofErr w:type="spellStart"/>
      <w:r w:rsidR="005A1A00" w:rsidRPr="005A1A00">
        <w:rPr>
          <w:rFonts w:ascii="Lemonada" w:hAnsi="Lemonada"/>
          <w:sz w:val="28"/>
          <w:szCs w:val="28"/>
          <w:lang w:val="hr-HR"/>
        </w:rPr>
        <w:t>With</w:t>
      </w:r>
      <w:proofErr w:type="spellEnd"/>
      <w:r w:rsidR="005A1A00" w:rsidRPr="005A1A00">
        <w:rPr>
          <w:rFonts w:ascii="Lemonada" w:hAnsi="Lemonada"/>
          <w:sz w:val="28"/>
          <w:szCs w:val="28"/>
          <w:lang w:val="hr-HR"/>
        </w:rPr>
        <w:t xml:space="preserve"> </w:t>
      </w:r>
      <w:proofErr w:type="spellStart"/>
      <w:r w:rsidR="005A1A00" w:rsidRPr="005A1A00">
        <w:rPr>
          <w:rFonts w:ascii="Lemonada" w:hAnsi="Lemonada"/>
          <w:sz w:val="28"/>
          <w:szCs w:val="28"/>
          <w:lang w:val="hr-HR"/>
        </w:rPr>
        <w:t>NotebookLM</w:t>
      </w:r>
      <w:proofErr w:type="spellEnd"/>
      <w:r w:rsidR="005A1A00" w:rsidRPr="005A1A00">
        <w:rPr>
          <w:rFonts w:ascii="Lemonada" w:hAnsi="Lemonada"/>
          <w:sz w:val="28"/>
          <w:szCs w:val="28"/>
          <w:lang w:val="hr-HR"/>
        </w:rPr>
        <w:t xml:space="preserve">, </w:t>
      </w:r>
      <w:proofErr w:type="spellStart"/>
      <w:r w:rsidR="005A1A00" w:rsidRPr="005A1A00">
        <w:rPr>
          <w:rFonts w:ascii="Lemonada" w:hAnsi="Lemonada"/>
          <w:sz w:val="28"/>
          <w:szCs w:val="28"/>
          <w:lang w:val="hr-HR"/>
        </w:rPr>
        <w:t>students</w:t>
      </w:r>
      <w:proofErr w:type="spellEnd"/>
      <w:r w:rsidR="005A1A00" w:rsidRPr="005A1A00">
        <w:rPr>
          <w:rFonts w:ascii="Lemonada" w:hAnsi="Lemonada"/>
          <w:sz w:val="28"/>
          <w:szCs w:val="28"/>
          <w:lang w:val="hr-HR"/>
        </w:rPr>
        <w:t xml:space="preserve"> chat </w:t>
      </w:r>
      <w:proofErr w:type="spellStart"/>
      <w:r w:rsidR="005A1A00" w:rsidRPr="005A1A00">
        <w:rPr>
          <w:rFonts w:ascii="Lemonada" w:hAnsi="Lemonada"/>
          <w:sz w:val="28"/>
          <w:szCs w:val="28"/>
          <w:lang w:val="hr-HR"/>
        </w:rPr>
        <w:t>with</w:t>
      </w:r>
      <w:proofErr w:type="spellEnd"/>
      <w:r w:rsidR="005A1A00" w:rsidRPr="005A1A00">
        <w:rPr>
          <w:rFonts w:ascii="Lemonada" w:hAnsi="Lemonada"/>
          <w:sz w:val="28"/>
          <w:szCs w:val="28"/>
          <w:lang w:val="hr-HR"/>
        </w:rPr>
        <w:t xml:space="preserve"> </w:t>
      </w:r>
      <w:proofErr w:type="spellStart"/>
      <w:r w:rsidR="005A1A00" w:rsidRPr="005A1A00">
        <w:rPr>
          <w:rFonts w:ascii="Lemonada" w:hAnsi="Lemonada"/>
          <w:sz w:val="28"/>
          <w:szCs w:val="28"/>
          <w:lang w:val="hr-HR"/>
        </w:rPr>
        <w:t>their</w:t>
      </w:r>
      <w:proofErr w:type="spellEnd"/>
      <w:r w:rsidR="005A1A00" w:rsidRPr="005A1A00">
        <w:rPr>
          <w:rFonts w:ascii="Lemonada" w:hAnsi="Lemonada"/>
          <w:sz w:val="28"/>
          <w:szCs w:val="28"/>
          <w:lang w:val="hr-HR"/>
        </w:rPr>
        <w:t xml:space="preserve"> </w:t>
      </w:r>
      <w:proofErr w:type="spellStart"/>
      <w:r w:rsidR="005A1A00" w:rsidRPr="005A1A00">
        <w:rPr>
          <w:rFonts w:ascii="Lemonada" w:hAnsi="Lemonada"/>
          <w:sz w:val="28"/>
          <w:szCs w:val="28"/>
          <w:lang w:val="hr-HR"/>
        </w:rPr>
        <w:t>sources</w:t>
      </w:r>
      <w:proofErr w:type="spellEnd"/>
      <w:r w:rsidR="005A1A00" w:rsidRPr="005A1A00">
        <w:rPr>
          <w:rFonts w:ascii="Lemonada" w:hAnsi="Lemonada"/>
          <w:sz w:val="28"/>
          <w:szCs w:val="28"/>
          <w:lang w:val="hr-HR"/>
        </w:rPr>
        <w:t xml:space="preserve">, </w:t>
      </w:r>
      <w:proofErr w:type="spellStart"/>
      <w:r w:rsidR="005A1A00" w:rsidRPr="005A1A00">
        <w:rPr>
          <w:rFonts w:ascii="Lemonada" w:hAnsi="Lemonada"/>
          <w:sz w:val="28"/>
          <w:szCs w:val="28"/>
          <w:lang w:val="hr-HR"/>
        </w:rPr>
        <w:t>ask</w:t>
      </w:r>
      <w:proofErr w:type="spellEnd"/>
      <w:r w:rsidR="005A1A00" w:rsidRPr="005A1A00">
        <w:rPr>
          <w:rFonts w:ascii="Lemonada" w:hAnsi="Lemonada"/>
          <w:sz w:val="28"/>
          <w:szCs w:val="28"/>
          <w:lang w:val="hr-HR"/>
        </w:rPr>
        <w:t xml:space="preserve"> </w:t>
      </w:r>
      <w:proofErr w:type="spellStart"/>
      <w:r w:rsidR="005A1A00" w:rsidRPr="005A1A00">
        <w:rPr>
          <w:rFonts w:ascii="Lemonada" w:hAnsi="Lemonada"/>
          <w:sz w:val="28"/>
          <w:szCs w:val="28"/>
          <w:lang w:val="hr-HR"/>
        </w:rPr>
        <w:t>questions</w:t>
      </w:r>
      <w:proofErr w:type="spellEnd"/>
      <w:r w:rsidR="005A1A00" w:rsidRPr="005A1A00">
        <w:rPr>
          <w:rFonts w:ascii="Lemonada" w:hAnsi="Lemonada"/>
          <w:sz w:val="28"/>
          <w:szCs w:val="28"/>
          <w:lang w:val="hr-HR"/>
        </w:rPr>
        <w:t xml:space="preserve"> to </w:t>
      </w:r>
      <w:proofErr w:type="spellStart"/>
      <w:r w:rsidR="005A1A00" w:rsidRPr="005A1A00">
        <w:rPr>
          <w:rFonts w:ascii="Lemonada" w:hAnsi="Lemonada"/>
          <w:sz w:val="28"/>
          <w:szCs w:val="28"/>
          <w:lang w:val="hr-HR"/>
        </w:rPr>
        <w:t>find</w:t>
      </w:r>
      <w:proofErr w:type="spellEnd"/>
      <w:r w:rsidR="005A1A00" w:rsidRPr="005A1A00">
        <w:rPr>
          <w:rFonts w:ascii="Lemonada" w:hAnsi="Lemonada"/>
          <w:sz w:val="28"/>
          <w:szCs w:val="28"/>
          <w:lang w:val="hr-HR"/>
        </w:rPr>
        <w:t xml:space="preserve"> </w:t>
      </w:r>
      <w:proofErr w:type="spellStart"/>
      <w:r w:rsidR="005A1A00" w:rsidRPr="005A1A00">
        <w:rPr>
          <w:rFonts w:ascii="Lemonada" w:hAnsi="Lemonada"/>
          <w:sz w:val="28"/>
          <w:szCs w:val="28"/>
          <w:lang w:val="hr-HR"/>
        </w:rPr>
        <w:t>the</w:t>
      </w:r>
      <w:proofErr w:type="spellEnd"/>
      <w:r w:rsidR="005A1A00" w:rsidRPr="005A1A00">
        <w:rPr>
          <w:rFonts w:ascii="Lemonada" w:hAnsi="Lemonada"/>
          <w:sz w:val="28"/>
          <w:szCs w:val="28"/>
          <w:lang w:val="hr-HR"/>
        </w:rPr>
        <w:t xml:space="preserve"> </w:t>
      </w:r>
      <w:proofErr w:type="spellStart"/>
      <w:r w:rsidR="005A1A00" w:rsidRPr="005A1A00">
        <w:rPr>
          <w:rFonts w:ascii="Lemonada" w:hAnsi="Lemonada"/>
          <w:sz w:val="28"/>
          <w:szCs w:val="28"/>
          <w:lang w:val="hr-HR"/>
        </w:rPr>
        <w:t>main</w:t>
      </w:r>
      <w:proofErr w:type="spellEnd"/>
      <w:r w:rsidR="005A1A00" w:rsidRPr="005A1A00">
        <w:rPr>
          <w:rFonts w:ascii="Lemonada" w:hAnsi="Lemonada"/>
          <w:sz w:val="28"/>
          <w:szCs w:val="28"/>
          <w:lang w:val="hr-HR"/>
        </w:rPr>
        <w:t xml:space="preserve"> </w:t>
      </w:r>
      <w:proofErr w:type="spellStart"/>
      <w:r w:rsidR="005A1A00" w:rsidRPr="005A1A00">
        <w:rPr>
          <w:rFonts w:ascii="Lemonada" w:hAnsi="Lemonada"/>
          <w:sz w:val="28"/>
          <w:szCs w:val="28"/>
          <w:lang w:val="hr-HR"/>
        </w:rPr>
        <w:t>ideas</w:t>
      </w:r>
      <w:proofErr w:type="spellEnd"/>
      <w:r w:rsidR="005A1A00" w:rsidRPr="005A1A00">
        <w:rPr>
          <w:rFonts w:ascii="Lemonada" w:hAnsi="Lemonada"/>
          <w:sz w:val="28"/>
          <w:szCs w:val="28"/>
          <w:lang w:val="hr-HR"/>
        </w:rPr>
        <w:t xml:space="preserve">, make </w:t>
      </w:r>
      <w:proofErr w:type="spellStart"/>
      <w:r w:rsidR="005A1A00" w:rsidRPr="005A1A00">
        <w:rPr>
          <w:rFonts w:ascii="Lemonada" w:hAnsi="Lemonada"/>
          <w:sz w:val="28"/>
          <w:szCs w:val="28"/>
          <w:lang w:val="hr-HR"/>
        </w:rPr>
        <w:t>the</w:t>
      </w:r>
      <w:proofErr w:type="spellEnd"/>
      <w:r w:rsidR="005A1A00" w:rsidRPr="005A1A00">
        <w:rPr>
          <w:rFonts w:ascii="Lemonada" w:hAnsi="Lemonada"/>
          <w:sz w:val="28"/>
          <w:szCs w:val="28"/>
          <w:lang w:val="hr-HR"/>
        </w:rPr>
        <w:t xml:space="preserve"> </w:t>
      </w:r>
      <w:proofErr w:type="spellStart"/>
      <w:r w:rsidR="005A1A00" w:rsidRPr="005A1A00">
        <w:rPr>
          <w:rFonts w:ascii="Lemonada" w:hAnsi="Lemonada"/>
          <w:sz w:val="28"/>
          <w:szCs w:val="28"/>
          <w:lang w:val="hr-HR"/>
        </w:rPr>
        <w:t>text</w:t>
      </w:r>
      <w:proofErr w:type="spellEnd"/>
      <w:r w:rsidR="005A1A00" w:rsidRPr="005A1A00">
        <w:rPr>
          <w:rFonts w:ascii="Lemonada" w:hAnsi="Lemonada"/>
          <w:sz w:val="28"/>
          <w:szCs w:val="28"/>
          <w:lang w:val="hr-HR"/>
        </w:rPr>
        <w:t xml:space="preserve"> </w:t>
      </w:r>
      <w:proofErr w:type="spellStart"/>
      <w:r w:rsidR="005A1A00" w:rsidRPr="005A1A00">
        <w:rPr>
          <w:rFonts w:ascii="Lemonada" w:hAnsi="Lemonada"/>
          <w:sz w:val="28"/>
          <w:szCs w:val="28"/>
          <w:lang w:val="hr-HR"/>
        </w:rPr>
        <w:t>easier</w:t>
      </w:r>
      <w:proofErr w:type="spellEnd"/>
      <w:r w:rsidR="005A1A00" w:rsidRPr="005A1A00">
        <w:rPr>
          <w:rFonts w:ascii="Lemonada" w:hAnsi="Lemonada"/>
          <w:sz w:val="28"/>
          <w:szCs w:val="28"/>
          <w:lang w:val="hr-HR"/>
        </w:rPr>
        <w:t xml:space="preserve"> to </w:t>
      </w:r>
      <w:proofErr w:type="spellStart"/>
      <w:r w:rsidR="005A1A00" w:rsidRPr="005A1A00">
        <w:rPr>
          <w:rFonts w:ascii="Lemonada" w:hAnsi="Lemonada"/>
          <w:sz w:val="28"/>
          <w:szCs w:val="28"/>
          <w:lang w:val="hr-HR"/>
        </w:rPr>
        <w:t>understand</w:t>
      </w:r>
      <w:proofErr w:type="spellEnd"/>
      <w:r w:rsidR="005A1A00" w:rsidRPr="005A1A00">
        <w:rPr>
          <w:rFonts w:ascii="Lemonada" w:hAnsi="Lemonada"/>
          <w:sz w:val="28"/>
          <w:szCs w:val="28"/>
          <w:lang w:val="hr-HR"/>
        </w:rPr>
        <w:t xml:space="preserve">, </w:t>
      </w:r>
      <w:proofErr w:type="spellStart"/>
      <w:r w:rsidR="005A1A00" w:rsidRPr="005A1A00">
        <w:rPr>
          <w:rFonts w:ascii="Lemonada" w:hAnsi="Lemonada"/>
          <w:sz w:val="28"/>
          <w:szCs w:val="28"/>
          <w:lang w:val="hr-HR"/>
        </w:rPr>
        <w:t>and</w:t>
      </w:r>
      <w:proofErr w:type="spellEnd"/>
      <w:r w:rsidR="005A1A00" w:rsidRPr="005A1A00">
        <w:rPr>
          <w:rFonts w:ascii="Lemonada" w:hAnsi="Lemonada"/>
          <w:sz w:val="28"/>
          <w:szCs w:val="28"/>
          <w:lang w:val="hr-HR"/>
        </w:rPr>
        <w:t xml:space="preserve"> </w:t>
      </w:r>
      <w:proofErr w:type="spellStart"/>
      <w:r w:rsidR="005A1A00" w:rsidRPr="005A1A00">
        <w:rPr>
          <w:rFonts w:ascii="Lemonada" w:hAnsi="Lemonada"/>
          <w:sz w:val="28"/>
          <w:szCs w:val="28"/>
          <w:lang w:val="hr-HR"/>
        </w:rPr>
        <w:t>organize</w:t>
      </w:r>
      <w:proofErr w:type="spellEnd"/>
      <w:r w:rsidR="005A1A00" w:rsidRPr="005A1A00">
        <w:rPr>
          <w:rFonts w:ascii="Lemonada" w:hAnsi="Lemonada"/>
          <w:sz w:val="28"/>
          <w:szCs w:val="28"/>
          <w:lang w:val="hr-HR"/>
        </w:rPr>
        <w:t xml:space="preserve"> </w:t>
      </w:r>
      <w:proofErr w:type="spellStart"/>
      <w:r w:rsidR="005A1A00" w:rsidRPr="005A1A00">
        <w:rPr>
          <w:rFonts w:ascii="Lemonada" w:hAnsi="Lemonada"/>
          <w:sz w:val="28"/>
          <w:szCs w:val="28"/>
          <w:lang w:val="hr-HR"/>
        </w:rPr>
        <w:t>what</w:t>
      </w:r>
      <w:proofErr w:type="spellEnd"/>
      <w:r w:rsidR="005A1A00" w:rsidRPr="005A1A00">
        <w:rPr>
          <w:rFonts w:ascii="Lemonada" w:hAnsi="Lemonada"/>
          <w:sz w:val="28"/>
          <w:szCs w:val="28"/>
          <w:lang w:val="hr-HR"/>
        </w:rPr>
        <w:t xml:space="preserve"> </w:t>
      </w:r>
      <w:proofErr w:type="spellStart"/>
      <w:r w:rsidR="005A1A00" w:rsidRPr="005A1A00">
        <w:rPr>
          <w:rFonts w:ascii="Lemonada" w:hAnsi="Lemonada"/>
          <w:sz w:val="28"/>
          <w:szCs w:val="28"/>
          <w:lang w:val="hr-HR"/>
        </w:rPr>
        <w:t>they</w:t>
      </w:r>
      <w:proofErr w:type="spellEnd"/>
      <w:r w:rsidR="005A1A00" w:rsidRPr="005A1A00">
        <w:rPr>
          <w:rFonts w:ascii="Lemonada" w:hAnsi="Lemonada"/>
          <w:sz w:val="28"/>
          <w:szCs w:val="28"/>
          <w:lang w:val="hr-HR"/>
        </w:rPr>
        <w:t xml:space="preserve"> </w:t>
      </w:r>
      <w:proofErr w:type="spellStart"/>
      <w:r w:rsidR="005A1A00" w:rsidRPr="005A1A00">
        <w:rPr>
          <w:rFonts w:ascii="Lemonada" w:hAnsi="Lemonada"/>
          <w:sz w:val="28"/>
          <w:szCs w:val="28"/>
          <w:lang w:val="hr-HR"/>
        </w:rPr>
        <w:t>learn</w:t>
      </w:r>
      <w:proofErr w:type="spellEnd"/>
      <w:r w:rsidR="005A1A00" w:rsidRPr="005A1A00">
        <w:rPr>
          <w:rFonts w:ascii="Lemonada" w:hAnsi="Lemonada"/>
          <w:sz w:val="28"/>
          <w:szCs w:val="28"/>
          <w:lang w:val="hr-HR"/>
        </w:rPr>
        <w:t xml:space="preserve"> </w:t>
      </w:r>
      <w:proofErr w:type="spellStart"/>
      <w:r w:rsidR="005A1A00" w:rsidRPr="005A1A00">
        <w:rPr>
          <w:rFonts w:ascii="Lemonada" w:hAnsi="Lemonada"/>
          <w:sz w:val="28"/>
          <w:szCs w:val="28"/>
          <w:lang w:val="hr-HR"/>
        </w:rPr>
        <w:t>using</w:t>
      </w:r>
      <w:proofErr w:type="spellEnd"/>
      <w:r w:rsidR="005A1A00" w:rsidRPr="005A1A00">
        <w:rPr>
          <w:rFonts w:ascii="Lemonada" w:hAnsi="Lemonada"/>
          <w:sz w:val="28"/>
          <w:szCs w:val="28"/>
          <w:lang w:val="hr-HR"/>
        </w:rPr>
        <w:t xml:space="preserve"> </w:t>
      </w:r>
      <w:proofErr w:type="spellStart"/>
      <w:r w:rsidR="005A1A00" w:rsidRPr="005A1A00">
        <w:rPr>
          <w:rFonts w:ascii="Lemonada" w:hAnsi="Lemonada"/>
          <w:sz w:val="28"/>
          <w:szCs w:val="28"/>
          <w:lang w:val="hr-HR"/>
        </w:rPr>
        <w:t>mind</w:t>
      </w:r>
      <w:proofErr w:type="spellEnd"/>
      <w:r w:rsidR="005A1A00" w:rsidRPr="005A1A00">
        <w:rPr>
          <w:rFonts w:ascii="Lemonada" w:hAnsi="Lemonada"/>
          <w:sz w:val="28"/>
          <w:szCs w:val="28"/>
          <w:lang w:val="hr-HR"/>
        </w:rPr>
        <w:t xml:space="preserve"> </w:t>
      </w:r>
      <w:proofErr w:type="spellStart"/>
      <w:r w:rsidR="005A1A00" w:rsidRPr="005A1A00">
        <w:rPr>
          <w:rFonts w:ascii="Lemonada" w:hAnsi="Lemonada"/>
          <w:sz w:val="28"/>
          <w:szCs w:val="28"/>
          <w:lang w:val="hr-HR"/>
        </w:rPr>
        <w:t>maps</w:t>
      </w:r>
      <w:proofErr w:type="spellEnd"/>
      <w:r w:rsidR="005A1A00" w:rsidRPr="005A1A00">
        <w:rPr>
          <w:rFonts w:ascii="Lemonada" w:hAnsi="Lemonada"/>
          <w:sz w:val="28"/>
          <w:szCs w:val="28"/>
          <w:lang w:val="hr-HR"/>
        </w:rPr>
        <w:t>.</w:t>
      </w:r>
    </w:p>
    <w:p w14:paraId="67F2FCD3" w14:textId="1A7C68C0" w:rsidR="00DC12E0" w:rsidRPr="00DC12E0" w:rsidRDefault="00DC12E0" w:rsidP="00DC12E0">
      <w:pPr>
        <w:rPr>
          <w:rFonts w:ascii="Lemonada" w:hAnsi="Lemonada" w:hint="eastAsia"/>
          <w:sz w:val="28"/>
          <w:szCs w:val="28"/>
          <w:lang w:val="hr-HR"/>
        </w:rPr>
      </w:pPr>
    </w:p>
    <w:p w14:paraId="6FDA181F" w14:textId="32407D66" w:rsidR="00DC12E0" w:rsidRPr="00DC12E0" w:rsidRDefault="00DC12E0" w:rsidP="00DC12E0">
      <w:pPr>
        <w:rPr>
          <w:rFonts w:ascii="Lemonada" w:hAnsi="Lemonada" w:hint="eastAsia"/>
          <w:b/>
          <w:bCs/>
          <w:sz w:val="28"/>
          <w:szCs w:val="28"/>
          <w:lang w:val="hr-HR"/>
        </w:rPr>
      </w:pPr>
      <w:r w:rsidRPr="00DC12E0">
        <w:rPr>
          <w:rFonts w:ascii="Lemonada" w:hAnsi="Lemonada"/>
          <w:b/>
          <w:bCs/>
          <w:sz w:val="28"/>
          <w:szCs w:val="28"/>
          <w:lang w:val="hr-HR"/>
        </w:rPr>
        <w:t xml:space="preserve"> Group </w:t>
      </w:r>
      <w:proofErr w:type="spellStart"/>
      <w:r w:rsidRPr="00DC12E0">
        <w:rPr>
          <w:rFonts w:ascii="Lemonada" w:hAnsi="Lemonada"/>
          <w:b/>
          <w:bCs/>
          <w:sz w:val="28"/>
          <w:szCs w:val="28"/>
          <w:lang w:val="hr-HR"/>
        </w:rPr>
        <w:t>Presentation</w:t>
      </w:r>
      <w:proofErr w:type="spellEnd"/>
      <w:r w:rsidRPr="00DC12E0">
        <w:rPr>
          <w:rFonts w:ascii="Lemonada" w:hAnsi="Lemonada"/>
          <w:b/>
          <w:bCs/>
          <w:sz w:val="28"/>
          <w:szCs w:val="28"/>
          <w:lang w:val="hr-HR"/>
        </w:rPr>
        <w:t xml:space="preserve"> (10 min)</w:t>
      </w:r>
    </w:p>
    <w:p w14:paraId="1CDC4590" w14:textId="77777777" w:rsidR="00DC12E0" w:rsidRPr="00DC12E0" w:rsidRDefault="00DC12E0" w:rsidP="00DC12E0">
      <w:pPr>
        <w:rPr>
          <w:rFonts w:ascii="Lemonada" w:hAnsi="Lemonada" w:hint="eastAsia"/>
          <w:sz w:val="28"/>
          <w:szCs w:val="28"/>
          <w:lang w:val="hr-HR"/>
        </w:rPr>
      </w:pPr>
      <w:proofErr w:type="spellStart"/>
      <w:r w:rsidRPr="00DC12E0">
        <w:rPr>
          <w:rFonts w:ascii="Lemonada" w:hAnsi="Lemonada"/>
          <w:sz w:val="28"/>
          <w:szCs w:val="28"/>
          <w:lang w:val="hr-HR"/>
        </w:rPr>
        <w:t>Each</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group</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presents</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their</w:t>
      </w:r>
      <w:proofErr w:type="spellEnd"/>
      <w:r w:rsidRPr="00DC12E0">
        <w:rPr>
          <w:rFonts w:ascii="Lemonada" w:hAnsi="Lemonada"/>
          <w:sz w:val="28"/>
          <w:szCs w:val="28"/>
          <w:lang w:val="hr-HR"/>
        </w:rPr>
        <w:t xml:space="preserve"> </w:t>
      </w:r>
      <w:proofErr w:type="spellStart"/>
      <w:r w:rsidRPr="00DC12E0">
        <w:rPr>
          <w:rFonts w:ascii="Lemonada" w:hAnsi="Lemonada"/>
          <w:i/>
          <w:iCs/>
          <w:sz w:val="28"/>
          <w:szCs w:val="28"/>
          <w:lang w:val="hr-HR"/>
        </w:rPr>
        <w:t>Quantum</w:t>
      </w:r>
      <w:proofErr w:type="spellEnd"/>
      <w:r w:rsidRPr="00DC12E0">
        <w:rPr>
          <w:rFonts w:ascii="Lemonada" w:hAnsi="Lemonada"/>
          <w:i/>
          <w:iCs/>
          <w:sz w:val="28"/>
          <w:szCs w:val="28"/>
          <w:lang w:val="hr-HR"/>
        </w:rPr>
        <w:t xml:space="preserve"> Future </w:t>
      </w:r>
      <w:proofErr w:type="spellStart"/>
      <w:r w:rsidRPr="00DC12E0">
        <w:rPr>
          <w:rFonts w:ascii="Lemonada" w:hAnsi="Lemonada"/>
          <w:i/>
          <w:iCs/>
          <w:sz w:val="28"/>
          <w:szCs w:val="28"/>
          <w:lang w:val="hr-HR"/>
        </w:rPr>
        <w:t>Idea</w:t>
      </w:r>
      <w:proofErr w:type="spellEnd"/>
      <w:r w:rsidRPr="00DC12E0">
        <w:rPr>
          <w:rFonts w:ascii="Lemonada" w:hAnsi="Lemonada"/>
          <w:sz w:val="28"/>
          <w:szCs w:val="28"/>
          <w:lang w:val="hr-HR"/>
        </w:rPr>
        <w:t>:</w:t>
      </w:r>
    </w:p>
    <w:p w14:paraId="49657928" w14:textId="29D38275" w:rsidR="00DC12E0" w:rsidRPr="00DC12E0" w:rsidRDefault="00DC12E0" w:rsidP="00DC12E0">
      <w:pPr>
        <w:numPr>
          <w:ilvl w:val="0"/>
          <w:numId w:val="30"/>
        </w:numPr>
        <w:rPr>
          <w:rFonts w:ascii="Lemonada" w:hAnsi="Lemonada" w:hint="eastAsia"/>
          <w:sz w:val="28"/>
          <w:szCs w:val="28"/>
          <w:lang w:val="hr-HR"/>
        </w:rPr>
      </w:pPr>
      <w:r w:rsidRPr="00DC12E0">
        <w:rPr>
          <w:rFonts w:ascii="Lemonada" w:hAnsi="Lemonada"/>
          <w:sz w:val="28"/>
          <w:szCs w:val="28"/>
          <w:lang w:val="hr-HR"/>
        </w:rPr>
        <w:t xml:space="preserve"> Cook – </w:t>
      </w:r>
      <w:proofErr w:type="spellStart"/>
      <w:r w:rsidRPr="00DC12E0">
        <w:rPr>
          <w:rFonts w:ascii="Lemonada" w:hAnsi="Lemonada"/>
          <w:sz w:val="28"/>
          <w:szCs w:val="28"/>
          <w:lang w:val="hr-HR"/>
        </w:rPr>
        <w:t>Quantum</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menu</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item</w:t>
      </w:r>
      <w:proofErr w:type="spellEnd"/>
    </w:p>
    <w:p w14:paraId="54E5D72F" w14:textId="4EBFA96C" w:rsidR="00DC12E0" w:rsidRPr="00DC12E0" w:rsidRDefault="00DC12E0" w:rsidP="00DC12E0">
      <w:pPr>
        <w:numPr>
          <w:ilvl w:val="0"/>
          <w:numId w:val="30"/>
        </w:numPr>
        <w:rPr>
          <w:rFonts w:ascii="Lemonada" w:hAnsi="Lemonada" w:hint="eastAsia"/>
          <w:sz w:val="28"/>
          <w:szCs w:val="28"/>
          <w:lang w:val="hr-HR"/>
        </w:rPr>
      </w:pPr>
      <w:r w:rsidRPr="00DC12E0">
        <w:rPr>
          <w:rFonts w:ascii="Lemonada" w:hAnsi="Lemonada"/>
          <w:sz w:val="28"/>
          <w:szCs w:val="28"/>
          <w:lang w:val="hr-HR"/>
        </w:rPr>
        <w:t xml:space="preserve"> </w:t>
      </w:r>
      <w:proofErr w:type="spellStart"/>
      <w:r w:rsidRPr="00DC12E0">
        <w:rPr>
          <w:rFonts w:ascii="Lemonada" w:hAnsi="Lemonada"/>
          <w:sz w:val="28"/>
          <w:szCs w:val="28"/>
          <w:lang w:val="hr-HR"/>
        </w:rPr>
        <w:t>Installer</w:t>
      </w:r>
      <w:proofErr w:type="spellEnd"/>
      <w:r w:rsidRPr="00DC12E0">
        <w:rPr>
          <w:rFonts w:ascii="Lemonada" w:hAnsi="Lemonada"/>
          <w:sz w:val="28"/>
          <w:szCs w:val="28"/>
          <w:lang w:val="hr-HR"/>
        </w:rPr>
        <w:t xml:space="preserve"> – Smart home design</w:t>
      </w:r>
    </w:p>
    <w:p w14:paraId="107D163F" w14:textId="6DB4DE43" w:rsidR="00DC12E0" w:rsidRPr="00DC12E0" w:rsidRDefault="00DC12E0" w:rsidP="00DC12E0">
      <w:pPr>
        <w:numPr>
          <w:ilvl w:val="0"/>
          <w:numId w:val="30"/>
        </w:numPr>
        <w:rPr>
          <w:rFonts w:ascii="Lemonada" w:hAnsi="Lemonada" w:hint="eastAsia"/>
          <w:sz w:val="28"/>
          <w:szCs w:val="28"/>
          <w:lang w:val="hr-HR"/>
        </w:rPr>
      </w:pPr>
      <w:r w:rsidRPr="00DC12E0">
        <w:rPr>
          <w:rFonts w:ascii="Lemonada" w:hAnsi="Lemonada"/>
          <w:sz w:val="28"/>
          <w:szCs w:val="28"/>
          <w:lang w:val="hr-HR"/>
        </w:rPr>
        <w:t xml:space="preserve"> </w:t>
      </w:r>
      <w:proofErr w:type="spellStart"/>
      <w:r w:rsidRPr="00DC12E0">
        <w:rPr>
          <w:rFonts w:ascii="Lemonada" w:hAnsi="Lemonada"/>
          <w:sz w:val="28"/>
          <w:szCs w:val="28"/>
          <w:lang w:val="hr-HR"/>
        </w:rPr>
        <w:t>Hairdresser</w:t>
      </w:r>
      <w:proofErr w:type="spellEnd"/>
      <w:r w:rsidRPr="00DC12E0">
        <w:rPr>
          <w:rFonts w:ascii="Lemonada" w:hAnsi="Lemonada"/>
          <w:sz w:val="28"/>
          <w:szCs w:val="28"/>
          <w:lang w:val="hr-HR"/>
        </w:rPr>
        <w:t xml:space="preserve"> – </w:t>
      </w:r>
      <w:proofErr w:type="spellStart"/>
      <w:r w:rsidRPr="00DC12E0">
        <w:rPr>
          <w:rFonts w:ascii="Lemonada" w:hAnsi="Lemonada"/>
          <w:sz w:val="28"/>
          <w:szCs w:val="28"/>
          <w:lang w:val="hr-HR"/>
        </w:rPr>
        <w:t>Quantum</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hair</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device</w:t>
      </w:r>
      <w:proofErr w:type="spellEnd"/>
      <w:r w:rsidRPr="00DC12E0">
        <w:rPr>
          <w:rFonts w:ascii="Lemonada" w:hAnsi="Lemonada"/>
          <w:sz w:val="28"/>
          <w:szCs w:val="28"/>
          <w:lang w:val="hr-HR"/>
        </w:rPr>
        <w:t xml:space="preserve"> slogan</w:t>
      </w:r>
    </w:p>
    <w:p w14:paraId="29CB1F24" w14:textId="77777777" w:rsidR="00DC12E0" w:rsidRPr="00DC12E0" w:rsidRDefault="00DC12E0" w:rsidP="00DC12E0">
      <w:pPr>
        <w:rPr>
          <w:rFonts w:ascii="Lemonada" w:hAnsi="Lemonada" w:hint="eastAsia"/>
          <w:sz w:val="28"/>
          <w:szCs w:val="28"/>
          <w:lang w:val="hr-HR"/>
        </w:rPr>
      </w:pPr>
      <w:proofErr w:type="spellStart"/>
      <w:r w:rsidRPr="00DC12E0">
        <w:rPr>
          <w:rFonts w:ascii="Lemonada" w:hAnsi="Lemonada"/>
          <w:sz w:val="28"/>
          <w:szCs w:val="28"/>
          <w:lang w:val="hr-HR"/>
        </w:rPr>
        <w:t>Then</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hold</w:t>
      </w:r>
      <w:proofErr w:type="spellEnd"/>
      <w:r w:rsidRPr="00DC12E0">
        <w:rPr>
          <w:rFonts w:ascii="Lemonada" w:hAnsi="Lemonada"/>
          <w:sz w:val="28"/>
          <w:szCs w:val="28"/>
          <w:lang w:val="hr-HR"/>
        </w:rPr>
        <w:t xml:space="preserve"> a short Q&amp;A:</w:t>
      </w:r>
    </w:p>
    <w:p w14:paraId="70768104" w14:textId="77777777" w:rsidR="00DC12E0" w:rsidRPr="00DC12E0" w:rsidRDefault="00DC12E0" w:rsidP="00DC12E0">
      <w:pPr>
        <w:rPr>
          <w:rFonts w:ascii="Lemonada" w:hAnsi="Lemonada" w:hint="eastAsia"/>
          <w:sz w:val="28"/>
          <w:szCs w:val="28"/>
          <w:lang w:val="hr-HR"/>
        </w:rPr>
      </w:pPr>
      <w:r w:rsidRPr="00DC12E0">
        <w:rPr>
          <w:rFonts w:ascii="Lemonada" w:hAnsi="Lemonada"/>
          <w:sz w:val="28"/>
          <w:szCs w:val="28"/>
          <w:lang w:val="hr-HR"/>
        </w:rPr>
        <w:t>“</w:t>
      </w:r>
      <w:proofErr w:type="spellStart"/>
      <w:r w:rsidRPr="00DC12E0">
        <w:rPr>
          <w:rFonts w:ascii="Lemonada" w:hAnsi="Lemonada"/>
          <w:sz w:val="28"/>
          <w:szCs w:val="28"/>
          <w:lang w:val="hr-HR"/>
        </w:rPr>
        <w:t>Which</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idea</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is</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the</w:t>
      </w:r>
      <w:proofErr w:type="spellEnd"/>
      <w:r w:rsidRPr="00DC12E0">
        <w:rPr>
          <w:rFonts w:ascii="Lemonada" w:hAnsi="Lemonada"/>
          <w:sz w:val="28"/>
          <w:szCs w:val="28"/>
          <w:lang w:val="hr-HR"/>
        </w:rPr>
        <w:t xml:space="preserve"> most </w:t>
      </w:r>
      <w:proofErr w:type="spellStart"/>
      <w:r w:rsidRPr="00DC12E0">
        <w:rPr>
          <w:rFonts w:ascii="Lemonada" w:hAnsi="Lemonada"/>
          <w:sz w:val="28"/>
          <w:szCs w:val="28"/>
          <w:lang w:val="hr-HR"/>
        </w:rPr>
        <w:t>futuristic</w:t>
      </w:r>
      <w:proofErr w:type="spellEnd"/>
      <w:r w:rsidRPr="00DC12E0">
        <w:rPr>
          <w:rFonts w:ascii="Lemonada" w:hAnsi="Lemonada"/>
          <w:sz w:val="28"/>
          <w:szCs w:val="28"/>
          <w:lang w:val="hr-HR"/>
        </w:rPr>
        <w:t>?”</w:t>
      </w:r>
    </w:p>
    <w:p w14:paraId="0D406799" w14:textId="4DB68263" w:rsidR="00DC12E0" w:rsidRPr="00DC12E0" w:rsidRDefault="00DC12E0" w:rsidP="00DC12E0">
      <w:pPr>
        <w:rPr>
          <w:rFonts w:ascii="Lemonada" w:hAnsi="Lemonada" w:hint="eastAsia"/>
          <w:sz w:val="28"/>
          <w:szCs w:val="28"/>
          <w:lang w:val="hr-HR"/>
        </w:rPr>
      </w:pPr>
    </w:p>
    <w:p w14:paraId="7AD316D8" w14:textId="41C8F106" w:rsidR="00DC12E0" w:rsidRPr="00DC12E0" w:rsidRDefault="00DC12E0" w:rsidP="00DC12E0">
      <w:pPr>
        <w:rPr>
          <w:rFonts w:ascii="Lemonada" w:hAnsi="Lemonada" w:hint="eastAsia"/>
          <w:b/>
          <w:bCs/>
          <w:sz w:val="28"/>
          <w:szCs w:val="28"/>
          <w:lang w:val="hr-HR"/>
        </w:rPr>
      </w:pPr>
      <w:r w:rsidRPr="00DC12E0">
        <w:rPr>
          <w:rFonts w:ascii="Lemonada" w:hAnsi="Lemonada"/>
          <w:b/>
          <w:bCs/>
          <w:sz w:val="28"/>
          <w:szCs w:val="28"/>
          <w:lang w:val="hr-HR"/>
        </w:rPr>
        <w:lastRenderedPageBreak/>
        <w:t xml:space="preserve"> </w:t>
      </w:r>
      <w:proofErr w:type="spellStart"/>
      <w:r w:rsidRPr="00DC12E0">
        <w:rPr>
          <w:rFonts w:ascii="Lemonada" w:hAnsi="Lemonada"/>
          <w:b/>
          <w:bCs/>
          <w:sz w:val="28"/>
          <w:szCs w:val="28"/>
          <w:lang w:val="hr-HR"/>
        </w:rPr>
        <w:t>Wrap-up</w:t>
      </w:r>
      <w:proofErr w:type="spellEnd"/>
      <w:r w:rsidRPr="00DC12E0">
        <w:rPr>
          <w:rFonts w:ascii="Lemonada" w:hAnsi="Lemonada"/>
          <w:b/>
          <w:bCs/>
          <w:sz w:val="28"/>
          <w:szCs w:val="28"/>
          <w:lang w:val="hr-HR"/>
        </w:rPr>
        <w:t xml:space="preserve"> &amp; </w:t>
      </w:r>
      <w:proofErr w:type="spellStart"/>
      <w:r w:rsidRPr="00DC12E0">
        <w:rPr>
          <w:rFonts w:ascii="Lemonada" w:hAnsi="Lemonada"/>
          <w:b/>
          <w:bCs/>
          <w:sz w:val="28"/>
          <w:szCs w:val="28"/>
          <w:lang w:val="hr-HR"/>
        </w:rPr>
        <w:t>Reflection</w:t>
      </w:r>
      <w:proofErr w:type="spellEnd"/>
      <w:r w:rsidRPr="00DC12E0">
        <w:rPr>
          <w:rFonts w:ascii="Lemonada" w:hAnsi="Lemonada"/>
          <w:b/>
          <w:bCs/>
          <w:sz w:val="28"/>
          <w:szCs w:val="28"/>
          <w:lang w:val="hr-HR"/>
        </w:rPr>
        <w:t xml:space="preserve"> (5 min)</w:t>
      </w:r>
    </w:p>
    <w:p w14:paraId="0F205A80" w14:textId="77777777" w:rsidR="00DC12E0" w:rsidRPr="00DC12E0" w:rsidRDefault="00DC12E0" w:rsidP="00DC12E0">
      <w:pPr>
        <w:rPr>
          <w:rFonts w:ascii="Lemonada" w:hAnsi="Lemonada" w:hint="eastAsia"/>
          <w:sz w:val="28"/>
          <w:szCs w:val="28"/>
          <w:lang w:val="hr-HR"/>
        </w:rPr>
      </w:pPr>
      <w:proofErr w:type="spellStart"/>
      <w:r w:rsidRPr="00DC12E0">
        <w:rPr>
          <w:rFonts w:ascii="Lemonada" w:hAnsi="Lemonada"/>
          <w:sz w:val="28"/>
          <w:szCs w:val="28"/>
          <w:lang w:val="hr-HR"/>
        </w:rPr>
        <w:t>Class</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discussion</w:t>
      </w:r>
      <w:proofErr w:type="spellEnd"/>
      <w:r w:rsidRPr="00DC12E0">
        <w:rPr>
          <w:rFonts w:ascii="Lemonada" w:hAnsi="Lemonada"/>
          <w:sz w:val="28"/>
          <w:szCs w:val="28"/>
          <w:lang w:val="hr-HR"/>
        </w:rPr>
        <w:t>:</w:t>
      </w:r>
    </w:p>
    <w:p w14:paraId="673CA80E" w14:textId="77777777" w:rsidR="00DC12E0" w:rsidRPr="00DC12E0" w:rsidRDefault="00DC12E0" w:rsidP="00DC12E0">
      <w:pPr>
        <w:rPr>
          <w:rFonts w:ascii="Lemonada" w:hAnsi="Lemonada" w:hint="eastAsia"/>
          <w:sz w:val="28"/>
          <w:szCs w:val="28"/>
          <w:lang w:val="hr-HR"/>
        </w:rPr>
      </w:pPr>
      <w:r w:rsidRPr="00DC12E0">
        <w:rPr>
          <w:rFonts w:ascii="Lemonada" w:hAnsi="Lemonada"/>
          <w:sz w:val="28"/>
          <w:szCs w:val="28"/>
          <w:lang w:val="hr-HR"/>
        </w:rPr>
        <w:t>“</w:t>
      </w:r>
      <w:proofErr w:type="spellStart"/>
      <w:r w:rsidRPr="00DC12E0">
        <w:rPr>
          <w:rFonts w:ascii="Lemonada" w:hAnsi="Lemonada"/>
          <w:sz w:val="28"/>
          <w:szCs w:val="28"/>
          <w:lang w:val="hr-HR"/>
        </w:rPr>
        <w:t>Which</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job</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will</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change</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the</w:t>
      </w:r>
      <w:proofErr w:type="spellEnd"/>
      <w:r w:rsidRPr="00DC12E0">
        <w:rPr>
          <w:rFonts w:ascii="Lemonada" w:hAnsi="Lemonada"/>
          <w:sz w:val="28"/>
          <w:szCs w:val="28"/>
          <w:lang w:val="hr-HR"/>
        </w:rPr>
        <w:t xml:space="preserve"> most </w:t>
      </w:r>
      <w:proofErr w:type="spellStart"/>
      <w:r w:rsidRPr="00DC12E0">
        <w:rPr>
          <w:rFonts w:ascii="Lemonada" w:hAnsi="Lemonada"/>
          <w:sz w:val="28"/>
          <w:szCs w:val="28"/>
          <w:lang w:val="hr-HR"/>
        </w:rPr>
        <w:t>with</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quantum</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technology</w:t>
      </w:r>
      <w:proofErr w:type="spellEnd"/>
      <w:r w:rsidRPr="00DC12E0">
        <w:rPr>
          <w:rFonts w:ascii="Lemonada" w:hAnsi="Lemonada"/>
          <w:sz w:val="28"/>
          <w:szCs w:val="28"/>
          <w:lang w:val="hr-HR"/>
        </w:rPr>
        <w:t>?”</w:t>
      </w:r>
    </w:p>
    <w:p w14:paraId="1D080CD6" w14:textId="77777777" w:rsidR="00DC12E0" w:rsidRPr="00DC12E0" w:rsidRDefault="00DC12E0" w:rsidP="00DC12E0">
      <w:pPr>
        <w:rPr>
          <w:rFonts w:ascii="Lemonada" w:hAnsi="Lemonada" w:hint="eastAsia"/>
          <w:sz w:val="28"/>
          <w:szCs w:val="28"/>
          <w:lang w:val="hr-HR"/>
        </w:rPr>
      </w:pPr>
      <w:r w:rsidRPr="00DC12E0">
        <w:rPr>
          <w:rFonts w:ascii="Lemonada" w:hAnsi="Lemonada"/>
          <w:b/>
          <w:bCs/>
          <w:sz w:val="28"/>
          <w:szCs w:val="28"/>
          <w:lang w:val="hr-HR"/>
        </w:rPr>
        <w:t xml:space="preserve">Exit </w:t>
      </w:r>
      <w:proofErr w:type="spellStart"/>
      <w:r w:rsidRPr="00DC12E0">
        <w:rPr>
          <w:rFonts w:ascii="Lemonada" w:hAnsi="Lemonada"/>
          <w:b/>
          <w:bCs/>
          <w:sz w:val="28"/>
          <w:szCs w:val="28"/>
          <w:lang w:val="hr-HR"/>
        </w:rPr>
        <w:t>Ticket</w:t>
      </w:r>
      <w:proofErr w:type="spellEnd"/>
      <w:r w:rsidRPr="00DC12E0">
        <w:rPr>
          <w:rFonts w:ascii="Lemonada" w:hAnsi="Lemonada"/>
          <w:b/>
          <w:bCs/>
          <w:sz w:val="28"/>
          <w:szCs w:val="28"/>
          <w:lang w:val="hr-HR"/>
        </w:rPr>
        <w:t>:</w:t>
      </w:r>
    </w:p>
    <w:p w14:paraId="58E128DC" w14:textId="77777777" w:rsidR="00DC12E0" w:rsidRPr="00DC12E0" w:rsidRDefault="00DC12E0" w:rsidP="00DC12E0">
      <w:pPr>
        <w:numPr>
          <w:ilvl w:val="0"/>
          <w:numId w:val="31"/>
        </w:numPr>
        <w:rPr>
          <w:rFonts w:ascii="Lemonada" w:hAnsi="Lemonada" w:hint="eastAsia"/>
          <w:sz w:val="28"/>
          <w:szCs w:val="28"/>
          <w:lang w:val="hr-HR"/>
        </w:rPr>
      </w:pPr>
      <w:r w:rsidRPr="00DC12E0">
        <w:rPr>
          <w:rFonts w:ascii="Lemonada" w:hAnsi="Lemonada"/>
          <w:sz w:val="28"/>
          <w:szCs w:val="28"/>
          <w:lang w:val="hr-HR"/>
        </w:rPr>
        <w:t xml:space="preserve">One </w:t>
      </w:r>
      <w:proofErr w:type="spellStart"/>
      <w:r w:rsidRPr="00DC12E0">
        <w:rPr>
          <w:rFonts w:ascii="Lemonada" w:hAnsi="Lemonada"/>
          <w:sz w:val="28"/>
          <w:szCs w:val="28"/>
          <w:lang w:val="hr-HR"/>
        </w:rPr>
        <w:t>new</w:t>
      </w:r>
      <w:proofErr w:type="spellEnd"/>
      <w:r w:rsidRPr="00DC12E0">
        <w:rPr>
          <w:rFonts w:ascii="Lemonada" w:hAnsi="Lemonada"/>
          <w:sz w:val="28"/>
          <w:szCs w:val="28"/>
          <w:lang w:val="hr-HR"/>
        </w:rPr>
        <w:t xml:space="preserve"> word I </w:t>
      </w:r>
      <w:proofErr w:type="spellStart"/>
      <w:r w:rsidRPr="00DC12E0">
        <w:rPr>
          <w:rFonts w:ascii="Lemonada" w:hAnsi="Lemonada"/>
          <w:sz w:val="28"/>
          <w:szCs w:val="28"/>
          <w:lang w:val="hr-HR"/>
        </w:rPr>
        <w:t>learned</w:t>
      </w:r>
      <w:proofErr w:type="spellEnd"/>
      <w:r w:rsidRPr="00DC12E0">
        <w:rPr>
          <w:rFonts w:ascii="Lemonada" w:hAnsi="Lemonada"/>
          <w:sz w:val="28"/>
          <w:szCs w:val="28"/>
          <w:lang w:val="hr-HR"/>
        </w:rPr>
        <w:t>: __________</w:t>
      </w:r>
    </w:p>
    <w:p w14:paraId="50E965D3" w14:textId="77777777" w:rsidR="00DC12E0" w:rsidRPr="00DC12E0" w:rsidRDefault="00DC12E0" w:rsidP="00DC12E0">
      <w:pPr>
        <w:numPr>
          <w:ilvl w:val="0"/>
          <w:numId w:val="31"/>
        </w:numPr>
        <w:rPr>
          <w:rFonts w:ascii="Lemonada" w:hAnsi="Lemonada" w:hint="eastAsia"/>
          <w:sz w:val="28"/>
          <w:szCs w:val="28"/>
          <w:lang w:val="hr-HR"/>
        </w:rPr>
      </w:pPr>
      <w:r w:rsidRPr="00DC12E0">
        <w:rPr>
          <w:rFonts w:ascii="Lemonada" w:hAnsi="Lemonada"/>
          <w:sz w:val="28"/>
          <w:szCs w:val="28"/>
          <w:lang w:val="hr-HR"/>
        </w:rPr>
        <w:t xml:space="preserve">One </w:t>
      </w:r>
      <w:proofErr w:type="spellStart"/>
      <w:r w:rsidRPr="00DC12E0">
        <w:rPr>
          <w:rFonts w:ascii="Lemonada" w:hAnsi="Lemonada"/>
          <w:sz w:val="28"/>
          <w:szCs w:val="28"/>
          <w:lang w:val="hr-HR"/>
        </w:rPr>
        <w:t>new</w:t>
      </w:r>
      <w:proofErr w:type="spellEnd"/>
      <w:r w:rsidRPr="00DC12E0">
        <w:rPr>
          <w:rFonts w:ascii="Lemonada" w:hAnsi="Lemonada"/>
          <w:sz w:val="28"/>
          <w:szCs w:val="28"/>
          <w:lang w:val="hr-HR"/>
        </w:rPr>
        <w:t xml:space="preserve"> </w:t>
      </w:r>
      <w:proofErr w:type="spellStart"/>
      <w:r w:rsidRPr="00DC12E0">
        <w:rPr>
          <w:rFonts w:ascii="Lemonada" w:hAnsi="Lemonada"/>
          <w:sz w:val="28"/>
          <w:szCs w:val="28"/>
          <w:lang w:val="hr-HR"/>
        </w:rPr>
        <w:t>idea</w:t>
      </w:r>
      <w:proofErr w:type="spellEnd"/>
      <w:r w:rsidRPr="00DC12E0">
        <w:rPr>
          <w:rFonts w:ascii="Lemonada" w:hAnsi="Lemonada"/>
          <w:sz w:val="28"/>
          <w:szCs w:val="28"/>
          <w:lang w:val="hr-HR"/>
        </w:rPr>
        <w:t xml:space="preserve"> I </w:t>
      </w:r>
      <w:proofErr w:type="spellStart"/>
      <w:r w:rsidRPr="00DC12E0">
        <w:rPr>
          <w:rFonts w:ascii="Lemonada" w:hAnsi="Lemonada"/>
          <w:sz w:val="28"/>
          <w:szCs w:val="28"/>
          <w:lang w:val="hr-HR"/>
        </w:rPr>
        <w:t>discovered</w:t>
      </w:r>
      <w:proofErr w:type="spellEnd"/>
      <w:r w:rsidRPr="00DC12E0">
        <w:rPr>
          <w:rFonts w:ascii="Lemonada" w:hAnsi="Lemonada"/>
          <w:sz w:val="28"/>
          <w:szCs w:val="28"/>
          <w:lang w:val="hr-HR"/>
        </w:rPr>
        <w:t>: __________</w:t>
      </w:r>
    </w:p>
    <w:p w14:paraId="24F42AB1" w14:textId="30C6481B" w:rsidR="00DC12E0" w:rsidRPr="00DC12E0" w:rsidRDefault="00DC12E0" w:rsidP="00DC12E0">
      <w:pPr>
        <w:rPr>
          <w:rFonts w:ascii="Lemonada" w:hAnsi="Lemonada" w:hint="eastAsia"/>
          <w:sz w:val="28"/>
          <w:szCs w:val="28"/>
          <w:lang w:val="hr-HR"/>
        </w:rPr>
      </w:pPr>
    </w:p>
    <w:p w14:paraId="46169660" w14:textId="4B8BCFFA" w:rsidR="00DC12E0" w:rsidRPr="00DC12E0" w:rsidRDefault="00DC12E0" w:rsidP="00DC12E0">
      <w:pPr>
        <w:rPr>
          <w:rFonts w:ascii="Lemonada" w:hAnsi="Lemonada" w:hint="eastAsia"/>
          <w:b/>
          <w:bCs/>
          <w:sz w:val="28"/>
          <w:szCs w:val="28"/>
          <w:lang w:val="hr-HR"/>
        </w:rPr>
      </w:pPr>
      <w:proofErr w:type="spellStart"/>
      <w:r w:rsidRPr="00DC12E0">
        <w:rPr>
          <w:rFonts w:ascii="Lemonada" w:hAnsi="Lemonada"/>
          <w:b/>
          <w:bCs/>
          <w:sz w:val="28"/>
          <w:szCs w:val="28"/>
          <w:lang w:val="hr-HR"/>
        </w:rPr>
        <w:t>Assessment</w:t>
      </w:r>
      <w:proofErr w:type="spellEnd"/>
    </w:p>
    <w:p w14:paraId="5A81435E" w14:textId="013913D9" w:rsidR="00DC12E0" w:rsidRDefault="00DC12E0" w:rsidP="00DC12E0">
      <w:pPr>
        <w:rPr>
          <w:rFonts w:ascii="Lemonada" w:hAnsi="Lemonada" w:hint="eastAsia"/>
          <w:sz w:val="28"/>
          <w:szCs w:val="28"/>
          <w:lang w:val="hr-H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69"/>
        <w:gridCol w:w="4971"/>
      </w:tblGrid>
      <w:tr w:rsidR="00B90491" w:rsidRPr="00B90491" w14:paraId="458D6EF8" w14:textId="77777777" w:rsidTr="00B90491">
        <w:trPr>
          <w:tblHeader/>
          <w:tblCellSpacing w:w="15" w:type="dxa"/>
        </w:trPr>
        <w:tc>
          <w:tcPr>
            <w:tcW w:w="0" w:type="auto"/>
            <w:vAlign w:val="center"/>
            <w:hideMark/>
          </w:tcPr>
          <w:p w14:paraId="4B96175E" w14:textId="77777777" w:rsidR="00B90491" w:rsidRPr="00B90491" w:rsidRDefault="00B90491" w:rsidP="00B90491">
            <w:pPr>
              <w:rPr>
                <w:rFonts w:ascii="Lemonada" w:hAnsi="Lemonada" w:hint="eastAsia"/>
                <w:b/>
                <w:bCs/>
                <w:sz w:val="28"/>
                <w:szCs w:val="28"/>
                <w:lang w:val="hr-HR"/>
              </w:rPr>
            </w:pPr>
            <w:proofErr w:type="spellStart"/>
            <w:r w:rsidRPr="00B90491">
              <w:rPr>
                <w:rFonts w:ascii="Lemonada" w:hAnsi="Lemonada"/>
                <w:b/>
                <w:bCs/>
                <w:sz w:val="28"/>
                <w:szCs w:val="28"/>
                <w:lang w:val="hr-HR"/>
              </w:rPr>
              <w:t>Category</w:t>
            </w:r>
            <w:proofErr w:type="spellEnd"/>
          </w:p>
        </w:tc>
        <w:tc>
          <w:tcPr>
            <w:tcW w:w="0" w:type="auto"/>
            <w:vAlign w:val="center"/>
            <w:hideMark/>
          </w:tcPr>
          <w:p w14:paraId="580B5374" w14:textId="77777777" w:rsidR="00B90491" w:rsidRPr="00B90491" w:rsidRDefault="00B90491" w:rsidP="00B90491">
            <w:pPr>
              <w:rPr>
                <w:rFonts w:ascii="Lemonada" w:hAnsi="Lemonada" w:hint="eastAsia"/>
                <w:b/>
                <w:bCs/>
                <w:sz w:val="28"/>
                <w:szCs w:val="28"/>
                <w:lang w:val="hr-HR"/>
              </w:rPr>
            </w:pPr>
            <w:proofErr w:type="spellStart"/>
            <w:r w:rsidRPr="00B90491">
              <w:rPr>
                <w:rFonts w:ascii="Lemonada" w:hAnsi="Lemonada"/>
                <w:b/>
                <w:bCs/>
                <w:sz w:val="28"/>
                <w:szCs w:val="28"/>
                <w:lang w:val="hr-HR"/>
              </w:rPr>
              <w:t>Criteria</w:t>
            </w:r>
            <w:proofErr w:type="spellEnd"/>
          </w:p>
        </w:tc>
      </w:tr>
      <w:tr w:rsidR="00B90491" w:rsidRPr="00B90491" w14:paraId="0FD762F3" w14:textId="77777777" w:rsidTr="00B90491">
        <w:trPr>
          <w:tblCellSpacing w:w="15" w:type="dxa"/>
        </w:trPr>
        <w:tc>
          <w:tcPr>
            <w:tcW w:w="0" w:type="auto"/>
            <w:vAlign w:val="center"/>
            <w:hideMark/>
          </w:tcPr>
          <w:p w14:paraId="5DE6F429" w14:textId="77777777" w:rsidR="00B90491" w:rsidRPr="00B90491" w:rsidRDefault="00B90491" w:rsidP="00B90491">
            <w:pPr>
              <w:rPr>
                <w:rFonts w:ascii="Lemonada" w:hAnsi="Lemonada" w:hint="eastAsia"/>
                <w:sz w:val="28"/>
                <w:szCs w:val="28"/>
                <w:lang w:val="hr-HR"/>
              </w:rPr>
            </w:pPr>
            <w:proofErr w:type="spellStart"/>
            <w:r w:rsidRPr="00B90491">
              <w:rPr>
                <w:rFonts w:ascii="Lemonada" w:hAnsi="Lemonada"/>
                <w:b/>
                <w:bCs/>
                <w:sz w:val="28"/>
                <w:szCs w:val="28"/>
                <w:lang w:val="hr-HR"/>
              </w:rPr>
              <w:t>Vocabulary</w:t>
            </w:r>
            <w:proofErr w:type="spellEnd"/>
            <w:r w:rsidRPr="00B90491">
              <w:rPr>
                <w:rFonts w:ascii="Lemonada" w:hAnsi="Lemonada"/>
                <w:b/>
                <w:bCs/>
                <w:sz w:val="28"/>
                <w:szCs w:val="28"/>
                <w:lang w:val="hr-HR"/>
              </w:rPr>
              <w:t xml:space="preserve"> &amp; </w:t>
            </w:r>
            <w:proofErr w:type="spellStart"/>
            <w:r w:rsidRPr="00B90491">
              <w:rPr>
                <w:rFonts w:ascii="Lemonada" w:hAnsi="Lemonada"/>
                <w:b/>
                <w:bCs/>
                <w:sz w:val="28"/>
                <w:szCs w:val="28"/>
                <w:lang w:val="hr-HR"/>
              </w:rPr>
              <w:t>Reading</w:t>
            </w:r>
            <w:proofErr w:type="spellEnd"/>
            <w:r w:rsidRPr="00B90491">
              <w:rPr>
                <w:rFonts w:ascii="Lemonada" w:hAnsi="Lemonada"/>
                <w:b/>
                <w:bCs/>
                <w:sz w:val="28"/>
                <w:szCs w:val="28"/>
                <w:lang w:val="hr-HR"/>
              </w:rPr>
              <w:t xml:space="preserve"> </w:t>
            </w:r>
            <w:proofErr w:type="spellStart"/>
            <w:r w:rsidRPr="00B90491">
              <w:rPr>
                <w:rFonts w:ascii="Lemonada" w:hAnsi="Lemonada"/>
                <w:b/>
                <w:bCs/>
                <w:sz w:val="28"/>
                <w:szCs w:val="28"/>
                <w:lang w:val="hr-HR"/>
              </w:rPr>
              <w:t>Tasks</w:t>
            </w:r>
            <w:proofErr w:type="spellEnd"/>
          </w:p>
        </w:tc>
        <w:tc>
          <w:tcPr>
            <w:tcW w:w="0" w:type="auto"/>
            <w:vAlign w:val="center"/>
            <w:hideMark/>
          </w:tcPr>
          <w:p w14:paraId="0031C175" w14:textId="77777777" w:rsidR="00B90491" w:rsidRPr="00B90491" w:rsidRDefault="00B90491" w:rsidP="00B90491">
            <w:pPr>
              <w:rPr>
                <w:rFonts w:ascii="Lemonada" w:hAnsi="Lemonada" w:hint="eastAsia"/>
                <w:sz w:val="28"/>
                <w:szCs w:val="28"/>
                <w:lang w:val="hr-HR"/>
              </w:rPr>
            </w:pPr>
            <w:proofErr w:type="spellStart"/>
            <w:r w:rsidRPr="00B90491">
              <w:rPr>
                <w:rFonts w:ascii="Lemonada" w:hAnsi="Lemonada"/>
                <w:sz w:val="28"/>
                <w:szCs w:val="28"/>
                <w:lang w:val="hr-HR"/>
              </w:rPr>
              <w:t>Understanding</w:t>
            </w:r>
            <w:proofErr w:type="spellEnd"/>
            <w:r w:rsidRPr="00B90491">
              <w:rPr>
                <w:rFonts w:ascii="Lemonada" w:hAnsi="Lemonada"/>
                <w:sz w:val="28"/>
                <w:szCs w:val="28"/>
                <w:lang w:val="hr-HR"/>
              </w:rPr>
              <w:t xml:space="preserve"> </w:t>
            </w:r>
            <w:proofErr w:type="spellStart"/>
            <w:r w:rsidRPr="00B90491">
              <w:rPr>
                <w:rFonts w:ascii="Lemonada" w:hAnsi="Lemonada"/>
                <w:sz w:val="28"/>
                <w:szCs w:val="28"/>
                <w:lang w:val="hr-HR"/>
              </w:rPr>
              <w:t>and</w:t>
            </w:r>
            <w:proofErr w:type="spellEnd"/>
            <w:r w:rsidRPr="00B90491">
              <w:rPr>
                <w:rFonts w:ascii="Lemonada" w:hAnsi="Lemonada"/>
                <w:sz w:val="28"/>
                <w:szCs w:val="28"/>
                <w:lang w:val="hr-HR"/>
              </w:rPr>
              <w:t xml:space="preserve"> </w:t>
            </w:r>
            <w:proofErr w:type="spellStart"/>
            <w:r w:rsidRPr="00B90491">
              <w:rPr>
                <w:rFonts w:ascii="Lemonada" w:hAnsi="Lemonada"/>
                <w:sz w:val="28"/>
                <w:szCs w:val="28"/>
                <w:lang w:val="hr-HR"/>
              </w:rPr>
              <w:t>accuracy</w:t>
            </w:r>
            <w:proofErr w:type="spellEnd"/>
          </w:p>
        </w:tc>
      </w:tr>
      <w:tr w:rsidR="00B90491" w:rsidRPr="00B90491" w14:paraId="3693EAB1" w14:textId="77777777" w:rsidTr="00B90491">
        <w:trPr>
          <w:tblCellSpacing w:w="15" w:type="dxa"/>
        </w:trPr>
        <w:tc>
          <w:tcPr>
            <w:tcW w:w="0" w:type="auto"/>
            <w:vAlign w:val="center"/>
            <w:hideMark/>
          </w:tcPr>
          <w:p w14:paraId="54FBB5A8" w14:textId="77777777" w:rsidR="00B90491" w:rsidRPr="00B90491" w:rsidRDefault="00B90491" w:rsidP="00B90491">
            <w:pPr>
              <w:rPr>
                <w:rFonts w:ascii="Lemonada" w:hAnsi="Lemonada" w:hint="eastAsia"/>
                <w:sz w:val="28"/>
                <w:szCs w:val="28"/>
                <w:lang w:val="hr-HR"/>
              </w:rPr>
            </w:pPr>
            <w:r w:rsidRPr="00B90491">
              <w:rPr>
                <w:rFonts w:ascii="Lemonada" w:hAnsi="Lemonada"/>
                <w:b/>
                <w:bCs/>
                <w:sz w:val="28"/>
                <w:szCs w:val="28"/>
                <w:lang w:val="hr-HR"/>
              </w:rPr>
              <w:t xml:space="preserve">Creative </w:t>
            </w:r>
            <w:proofErr w:type="spellStart"/>
            <w:r w:rsidRPr="00B90491">
              <w:rPr>
                <w:rFonts w:ascii="Lemonada" w:hAnsi="Lemonada"/>
                <w:b/>
                <w:bCs/>
                <w:sz w:val="28"/>
                <w:szCs w:val="28"/>
                <w:lang w:val="hr-HR"/>
              </w:rPr>
              <w:t>Task</w:t>
            </w:r>
            <w:proofErr w:type="spellEnd"/>
            <w:r w:rsidRPr="00B90491">
              <w:rPr>
                <w:rFonts w:ascii="Lemonada" w:hAnsi="Lemonada"/>
                <w:b/>
                <w:bCs/>
                <w:sz w:val="28"/>
                <w:szCs w:val="28"/>
                <w:lang w:val="hr-HR"/>
              </w:rPr>
              <w:t xml:space="preserve"> / </w:t>
            </w:r>
            <w:proofErr w:type="spellStart"/>
            <w:r w:rsidRPr="00B90491">
              <w:rPr>
                <w:rFonts w:ascii="Lemonada" w:hAnsi="Lemonada"/>
                <w:b/>
                <w:bCs/>
                <w:sz w:val="28"/>
                <w:szCs w:val="28"/>
                <w:lang w:val="hr-HR"/>
              </w:rPr>
              <w:t>Presentation</w:t>
            </w:r>
            <w:proofErr w:type="spellEnd"/>
          </w:p>
        </w:tc>
        <w:tc>
          <w:tcPr>
            <w:tcW w:w="0" w:type="auto"/>
            <w:vAlign w:val="center"/>
            <w:hideMark/>
          </w:tcPr>
          <w:p w14:paraId="5774CAC6" w14:textId="77777777" w:rsidR="00B90491" w:rsidRPr="00B90491" w:rsidRDefault="00B90491" w:rsidP="00B90491">
            <w:pPr>
              <w:rPr>
                <w:rFonts w:ascii="Lemonada" w:hAnsi="Lemonada" w:hint="eastAsia"/>
                <w:sz w:val="28"/>
                <w:szCs w:val="28"/>
                <w:lang w:val="hr-HR"/>
              </w:rPr>
            </w:pPr>
            <w:proofErr w:type="spellStart"/>
            <w:r w:rsidRPr="00B90491">
              <w:rPr>
                <w:rFonts w:ascii="Lemonada" w:hAnsi="Lemonada"/>
                <w:sz w:val="28"/>
                <w:szCs w:val="28"/>
                <w:lang w:val="hr-HR"/>
              </w:rPr>
              <w:t>Originality</w:t>
            </w:r>
            <w:proofErr w:type="spellEnd"/>
            <w:r w:rsidRPr="00B90491">
              <w:rPr>
                <w:rFonts w:ascii="Lemonada" w:hAnsi="Lemonada"/>
                <w:sz w:val="28"/>
                <w:szCs w:val="28"/>
                <w:lang w:val="hr-HR"/>
              </w:rPr>
              <w:t xml:space="preserve">, </w:t>
            </w:r>
            <w:proofErr w:type="spellStart"/>
            <w:r w:rsidRPr="00B90491">
              <w:rPr>
                <w:rFonts w:ascii="Lemonada" w:hAnsi="Lemonada"/>
                <w:sz w:val="28"/>
                <w:szCs w:val="28"/>
                <w:lang w:val="hr-HR"/>
              </w:rPr>
              <w:t>clarity</w:t>
            </w:r>
            <w:proofErr w:type="spellEnd"/>
            <w:r w:rsidRPr="00B90491">
              <w:rPr>
                <w:rFonts w:ascii="Lemonada" w:hAnsi="Lemonada"/>
                <w:sz w:val="28"/>
                <w:szCs w:val="28"/>
                <w:lang w:val="hr-HR"/>
              </w:rPr>
              <w:t xml:space="preserve">, </w:t>
            </w:r>
            <w:proofErr w:type="spellStart"/>
            <w:r w:rsidRPr="00B90491">
              <w:rPr>
                <w:rFonts w:ascii="Lemonada" w:hAnsi="Lemonada"/>
                <w:sz w:val="28"/>
                <w:szCs w:val="28"/>
                <w:lang w:val="hr-HR"/>
              </w:rPr>
              <w:t>connection</w:t>
            </w:r>
            <w:proofErr w:type="spellEnd"/>
            <w:r w:rsidRPr="00B90491">
              <w:rPr>
                <w:rFonts w:ascii="Lemonada" w:hAnsi="Lemonada"/>
                <w:sz w:val="28"/>
                <w:szCs w:val="28"/>
                <w:lang w:val="hr-HR"/>
              </w:rPr>
              <w:t xml:space="preserve"> to </w:t>
            </w:r>
            <w:proofErr w:type="spellStart"/>
            <w:r w:rsidRPr="00B90491">
              <w:rPr>
                <w:rFonts w:ascii="Lemonada" w:hAnsi="Lemonada"/>
                <w:sz w:val="28"/>
                <w:szCs w:val="28"/>
                <w:lang w:val="hr-HR"/>
              </w:rPr>
              <w:t>profession</w:t>
            </w:r>
            <w:proofErr w:type="spellEnd"/>
          </w:p>
        </w:tc>
      </w:tr>
      <w:tr w:rsidR="00B90491" w:rsidRPr="00B90491" w14:paraId="3821E25B" w14:textId="77777777" w:rsidTr="00B90491">
        <w:trPr>
          <w:tblCellSpacing w:w="15" w:type="dxa"/>
        </w:trPr>
        <w:tc>
          <w:tcPr>
            <w:tcW w:w="0" w:type="auto"/>
            <w:vAlign w:val="center"/>
            <w:hideMark/>
          </w:tcPr>
          <w:p w14:paraId="639F5D31" w14:textId="77777777" w:rsidR="00B90491" w:rsidRPr="00B90491" w:rsidRDefault="00B90491" w:rsidP="00B90491">
            <w:pPr>
              <w:rPr>
                <w:rFonts w:ascii="Lemonada" w:hAnsi="Lemonada" w:hint="eastAsia"/>
                <w:sz w:val="28"/>
                <w:szCs w:val="28"/>
                <w:lang w:val="hr-HR"/>
              </w:rPr>
            </w:pPr>
            <w:r w:rsidRPr="00B90491">
              <w:rPr>
                <w:rFonts w:ascii="Lemonada" w:hAnsi="Lemonada"/>
                <w:b/>
                <w:bCs/>
                <w:sz w:val="28"/>
                <w:szCs w:val="28"/>
                <w:lang w:val="hr-HR"/>
              </w:rPr>
              <w:t xml:space="preserve">Research </w:t>
            </w:r>
            <w:proofErr w:type="spellStart"/>
            <w:r w:rsidRPr="00B90491">
              <w:rPr>
                <w:rFonts w:ascii="Lemonada" w:hAnsi="Lemonada"/>
                <w:b/>
                <w:bCs/>
                <w:sz w:val="28"/>
                <w:szCs w:val="28"/>
                <w:lang w:val="hr-HR"/>
              </w:rPr>
              <w:t>Engagement</w:t>
            </w:r>
            <w:proofErr w:type="spellEnd"/>
          </w:p>
        </w:tc>
        <w:tc>
          <w:tcPr>
            <w:tcW w:w="0" w:type="auto"/>
            <w:vAlign w:val="center"/>
            <w:hideMark/>
          </w:tcPr>
          <w:p w14:paraId="73C71948" w14:textId="77777777" w:rsidR="00B90491" w:rsidRPr="00B90491" w:rsidRDefault="00B90491" w:rsidP="00B90491">
            <w:pPr>
              <w:rPr>
                <w:rFonts w:ascii="Lemonada" w:hAnsi="Lemonada" w:hint="eastAsia"/>
                <w:sz w:val="28"/>
                <w:szCs w:val="28"/>
                <w:lang w:val="hr-HR"/>
              </w:rPr>
            </w:pPr>
            <w:r w:rsidRPr="00B90491">
              <w:rPr>
                <w:rFonts w:ascii="Lemonada" w:hAnsi="Lemonada"/>
                <w:sz w:val="28"/>
                <w:szCs w:val="28"/>
                <w:lang w:val="hr-HR"/>
              </w:rPr>
              <w:t xml:space="preserve">Use </w:t>
            </w:r>
            <w:proofErr w:type="spellStart"/>
            <w:r w:rsidRPr="00B90491">
              <w:rPr>
                <w:rFonts w:ascii="Lemonada" w:hAnsi="Lemonada"/>
                <w:sz w:val="28"/>
                <w:szCs w:val="28"/>
                <w:lang w:val="hr-HR"/>
              </w:rPr>
              <w:t>of</w:t>
            </w:r>
            <w:proofErr w:type="spellEnd"/>
            <w:r w:rsidRPr="00B90491">
              <w:rPr>
                <w:rFonts w:ascii="Lemonada" w:hAnsi="Lemonada"/>
                <w:sz w:val="28"/>
                <w:szCs w:val="28"/>
                <w:lang w:val="hr-HR"/>
              </w:rPr>
              <w:t xml:space="preserve"> </w:t>
            </w:r>
            <w:proofErr w:type="spellStart"/>
            <w:r w:rsidRPr="00B90491">
              <w:rPr>
                <w:rFonts w:ascii="Lemonada" w:hAnsi="Lemonada"/>
                <w:sz w:val="28"/>
                <w:szCs w:val="28"/>
                <w:lang w:val="hr-HR"/>
              </w:rPr>
              <w:t>sources</w:t>
            </w:r>
            <w:proofErr w:type="spellEnd"/>
            <w:r w:rsidRPr="00B90491">
              <w:rPr>
                <w:rFonts w:ascii="Lemonada" w:hAnsi="Lemonada"/>
                <w:sz w:val="28"/>
                <w:szCs w:val="28"/>
                <w:lang w:val="hr-HR"/>
              </w:rPr>
              <w:t xml:space="preserve">, </w:t>
            </w:r>
            <w:proofErr w:type="spellStart"/>
            <w:r w:rsidRPr="00B90491">
              <w:rPr>
                <w:rFonts w:ascii="Lemonada" w:hAnsi="Lemonada"/>
                <w:sz w:val="28"/>
                <w:szCs w:val="28"/>
                <w:lang w:val="hr-HR"/>
              </w:rPr>
              <w:t>relevance</w:t>
            </w:r>
            <w:proofErr w:type="spellEnd"/>
            <w:r w:rsidRPr="00B90491">
              <w:rPr>
                <w:rFonts w:ascii="Lemonada" w:hAnsi="Lemonada"/>
                <w:sz w:val="28"/>
                <w:szCs w:val="28"/>
                <w:lang w:val="hr-HR"/>
              </w:rPr>
              <w:t xml:space="preserve">, </w:t>
            </w:r>
            <w:proofErr w:type="spellStart"/>
            <w:r w:rsidRPr="00B90491">
              <w:rPr>
                <w:rFonts w:ascii="Lemonada" w:hAnsi="Lemonada"/>
                <w:sz w:val="28"/>
                <w:szCs w:val="28"/>
                <w:lang w:val="hr-HR"/>
              </w:rPr>
              <w:t>explanation</w:t>
            </w:r>
            <w:proofErr w:type="spellEnd"/>
          </w:p>
        </w:tc>
      </w:tr>
      <w:tr w:rsidR="00B90491" w:rsidRPr="00B90491" w14:paraId="405D6A66" w14:textId="77777777" w:rsidTr="00B90491">
        <w:trPr>
          <w:tblCellSpacing w:w="15" w:type="dxa"/>
        </w:trPr>
        <w:tc>
          <w:tcPr>
            <w:tcW w:w="0" w:type="auto"/>
            <w:vAlign w:val="center"/>
            <w:hideMark/>
          </w:tcPr>
          <w:p w14:paraId="06F59900" w14:textId="77777777" w:rsidR="00B90491" w:rsidRPr="00B90491" w:rsidRDefault="00B90491" w:rsidP="00B90491">
            <w:pPr>
              <w:rPr>
                <w:rFonts w:ascii="Lemonada" w:hAnsi="Lemonada" w:hint="eastAsia"/>
                <w:sz w:val="28"/>
                <w:szCs w:val="28"/>
                <w:lang w:val="hr-HR"/>
              </w:rPr>
            </w:pPr>
            <w:proofErr w:type="spellStart"/>
            <w:r w:rsidRPr="00B90491">
              <w:rPr>
                <w:rFonts w:ascii="Lemonada" w:hAnsi="Lemonada"/>
                <w:b/>
                <w:bCs/>
                <w:sz w:val="28"/>
                <w:szCs w:val="28"/>
                <w:lang w:val="hr-HR"/>
              </w:rPr>
              <w:t>Participation</w:t>
            </w:r>
            <w:proofErr w:type="spellEnd"/>
            <w:r w:rsidRPr="00B90491">
              <w:rPr>
                <w:rFonts w:ascii="Lemonada" w:hAnsi="Lemonada"/>
                <w:b/>
                <w:bCs/>
                <w:sz w:val="28"/>
                <w:szCs w:val="28"/>
                <w:lang w:val="hr-HR"/>
              </w:rPr>
              <w:t xml:space="preserve"> &amp; </w:t>
            </w:r>
            <w:proofErr w:type="spellStart"/>
            <w:r w:rsidRPr="00B90491">
              <w:rPr>
                <w:rFonts w:ascii="Lemonada" w:hAnsi="Lemonada"/>
                <w:b/>
                <w:bCs/>
                <w:sz w:val="28"/>
                <w:szCs w:val="28"/>
                <w:lang w:val="hr-HR"/>
              </w:rPr>
              <w:t>Collaboration</w:t>
            </w:r>
            <w:proofErr w:type="spellEnd"/>
          </w:p>
        </w:tc>
        <w:tc>
          <w:tcPr>
            <w:tcW w:w="0" w:type="auto"/>
            <w:vAlign w:val="center"/>
            <w:hideMark/>
          </w:tcPr>
          <w:p w14:paraId="16FB439C" w14:textId="77777777" w:rsidR="00B90491" w:rsidRPr="00B90491" w:rsidRDefault="00B90491" w:rsidP="00B90491">
            <w:pPr>
              <w:rPr>
                <w:rFonts w:ascii="Lemonada" w:hAnsi="Lemonada" w:hint="eastAsia"/>
                <w:sz w:val="28"/>
                <w:szCs w:val="28"/>
                <w:lang w:val="hr-HR"/>
              </w:rPr>
            </w:pPr>
            <w:proofErr w:type="spellStart"/>
            <w:r w:rsidRPr="00B90491">
              <w:rPr>
                <w:rFonts w:ascii="Lemonada" w:hAnsi="Lemonada"/>
                <w:sz w:val="28"/>
                <w:szCs w:val="28"/>
                <w:lang w:val="hr-HR"/>
              </w:rPr>
              <w:t>Active</w:t>
            </w:r>
            <w:proofErr w:type="spellEnd"/>
            <w:r w:rsidRPr="00B90491">
              <w:rPr>
                <w:rFonts w:ascii="Lemonada" w:hAnsi="Lemonada"/>
                <w:sz w:val="28"/>
                <w:szCs w:val="28"/>
                <w:lang w:val="hr-HR"/>
              </w:rPr>
              <w:t xml:space="preserve"> role </w:t>
            </w:r>
            <w:proofErr w:type="spellStart"/>
            <w:r w:rsidRPr="00B90491">
              <w:rPr>
                <w:rFonts w:ascii="Lemonada" w:hAnsi="Lemonada"/>
                <w:sz w:val="28"/>
                <w:szCs w:val="28"/>
                <w:lang w:val="hr-HR"/>
              </w:rPr>
              <w:t>in</w:t>
            </w:r>
            <w:proofErr w:type="spellEnd"/>
            <w:r w:rsidRPr="00B90491">
              <w:rPr>
                <w:rFonts w:ascii="Lemonada" w:hAnsi="Lemonada"/>
                <w:sz w:val="28"/>
                <w:szCs w:val="28"/>
                <w:lang w:val="hr-HR"/>
              </w:rPr>
              <w:t xml:space="preserve"> </w:t>
            </w:r>
            <w:proofErr w:type="spellStart"/>
            <w:r w:rsidRPr="00B90491">
              <w:rPr>
                <w:rFonts w:ascii="Lemonada" w:hAnsi="Lemonada"/>
                <w:sz w:val="28"/>
                <w:szCs w:val="28"/>
                <w:lang w:val="hr-HR"/>
              </w:rPr>
              <w:t>discussions</w:t>
            </w:r>
            <w:proofErr w:type="spellEnd"/>
            <w:r w:rsidRPr="00B90491">
              <w:rPr>
                <w:rFonts w:ascii="Lemonada" w:hAnsi="Lemonada"/>
                <w:sz w:val="28"/>
                <w:szCs w:val="28"/>
                <w:lang w:val="hr-HR"/>
              </w:rPr>
              <w:t xml:space="preserve"> </w:t>
            </w:r>
            <w:proofErr w:type="spellStart"/>
            <w:r w:rsidRPr="00B90491">
              <w:rPr>
                <w:rFonts w:ascii="Lemonada" w:hAnsi="Lemonada"/>
                <w:sz w:val="28"/>
                <w:szCs w:val="28"/>
                <w:lang w:val="hr-HR"/>
              </w:rPr>
              <w:t>and</w:t>
            </w:r>
            <w:proofErr w:type="spellEnd"/>
            <w:r w:rsidRPr="00B90491">
              <w:rPr>
                <w:rFonts w:ascii="Lemonada" w:hAnsi="Lemonada"/>
                <w:sz w:val="28"/>
                <w:szCs w:val="28"/>
                <w:lang w:val="hr-HR"/>
              </w:rPr>
              <w:t xml:space="preserve"> </w:t>
            </w:r>
            <w:proofErr w:type="spellStart"/>
            <w:r w:rsidRPr="00B90491">
              <w:rPr>
                <w:rFonts w:ascii="Lemonada" w:hAnsi="Lemonada"/>
                <w:sz w:val="28"/>
                <w:szCs w:val="28"/>
                <w:lang w:val="hr-HR"/>
              </w:rPr>
              <w:t>feedback</w:t>
            </w:r>
            <w:proofErr w:type="spellEnd"/>
          </w:p>
        </w:tc>
      </w:tr>
    </w:tbl>
    <w:p w14:paraId="20FB432C" w14:textId="77777777" w:rsidR="00B90491" w:rsidRPr="00DC12E0" w:rsidRDefault="00B90491" w:rsidP="00DC12E0">
      <w:pPr>
        <w:rPr>
          <w:rFonts w:ascii="Lemonada" w:hAnsi="Lemonada" w:hint="eastAsia"/>
          <w:sz w:val="28"/>
          <w:szCs w:val="28"/>
          <w:lang w:val="hr-HR"/>
        </w:rPr>
      </w:pPr>
    </w:p>
    <w:p w14:paraId="7CAAC16C" w14:textId="77777777" w:rsidR="00A1314F" w:rsidRPr="002F1EE1" w:rsidRDefault="00A1314F" w:rsidP="00A1314F">
      <w:pPr>
        <w:rPr>
          <w:rFonts w:ascii="Lemonada" w:hAnsi="Lemonada" w:hint="eastAsia"/>
          <w:sz w:val="28"/>
          <w:szCs w:val="28"/>
          <w:lang w:val="hr-HR"/>
        </w:rPr>
      </w:pPr>
    </w:p>
    <w:p w14:paraId="699931B4" w14:textId="77777777" w:rsidR="00A1314F" w:rsidRPr="002F1EE1" w:rsidRDefault="00A1314F">
      <w:pPr>
        <w:rPr>
          <w:rFonts w:ascii="Lemonada" w:hAnsi="Lemonada" w:hint="eastAsia"/>
          <w:sz w:val="28"/>
          <w:szCs w:val="28"/>
        </w:rPr>
      </w:pPr>
    </w:p>
    <w:p w14:paraId="652D2D7D" w14:textId="4ECF9BEE" w:rsidR="00BF29DF" w:rsidRPr="002F1EE1" w:rsidRDefault="00BF29DF">
      <w:pPr>
        <w:rPr>
          <w:rFonts w:ascii="Lemonada" w:hAnsi="Lemonada" w:hint="eastAsia"/>
          <w:sz w:val="28"/>
          <w:szCs w:val="28"/>
          <w:lang w:val="hr-HR"/>
        </w:rPr>
      </w:pPr>
    </w:p>
    <w:sectPr w:rsidR="00BF29DF" w:rsidRPr="002F1EE1"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 w:name="Lemonada">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Brojevi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Brojevi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Grafikeoznake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Grafikeoznake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Brojevi"/>
      <w:lvlText w:val="%1."/>
      <w:lvlJc w:val="left"/>
      <w:pPr>
        <w:tabs>
          <w:tab w:val="num" w:pos="360"/>
        </w:tabs>
        <w:ind w:left="360" w:hanging="360"/>
      </w:pPr>
    </w:lvl>
  </w:abstractNum>
  <w:abstractNum w:abstractNumId="8" w15:restartNumberingAfterBreak="0">
    <w:nsid w:val="FFFFFF89"/>
    <w:multiLevelType w:val="singleLevel"/>
    <w:tmpl w:val="8A80BD30"/>
    <w:lvl w:ilvl="0">
      <w:start w:val="1"/>
      <w:numFmt w:val="bullet"/>
      <w:pStyle w:val="Grafikeoznake"/>
      <w:lvlText w:val=""/>
      <w:lvlJc w:val="left"/>
      <w:pPr>
        <w:tabs>
          <w:tab w:val="num" w:pos="360"/>
        </w:tabs>
        <w:ind w:left="360" w:hanging="360"/>
      </w:pPr>
      <w:rPr>
        <w:rFonts w:ascii="Symbol" w:hAnsi="Symbol" w:hint="default"/>
      </w:rPr>
    </w:lvl>
  </w:abstractNum>
  <w:abstractNum w:abstractNumId="9" w15:restartNumberingAfterBreak="0">
    <w:nsid w:val="03447332"/>
    <w:multiLevelType w:val="multilevel"/>
    <w:tmpl w:val="17044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46198A"/>
    <w:multiLevelType w:val="multilevel"/>
    <w:tmpl w:val="F9082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8DE65F6"/>
    <w:multiLevelType w:val="multilevel"/>
    <w:tmpl w:val="D8B06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9C910CB"/>
    <w:multiLevelType w:val="multilevel"/>
    <w:tmpl w:val="C4046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97777A"/>
    <w:multiLevelType w:val="multilevel"/>
    <w:tmpl w:val="ABF08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343D78"/>
    <w:multiLevelType w:val="multilevel"/>
    <w:tmpl w:val="C48EF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950D96"/>
    <w:multiLevelType w:val="multilevel"/>
    <w:tmpl w:val="B3E83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610F46"/>
    <w:multiLevelType w:val="multilevel"/>
    <w:tmpl w:val="63564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31460B"/>
    <w:multiLevelType w:val="multilevel"/>
    <w:tmpl w:val="9724C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CB17A80"/>
    <w:multiLevelType w:val="multilevel"/>
    <w:tmpl w:val="B5865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E68082A"/>
    <w:multiLevelType w:val="multilevel"/>
    <w:tmpl w:val="AF3E8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0A3CC0"/>
    <w:multiLevelType w:val="multilevel"/>
    <w:tmpl w:val="B2C6D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0B0E2C"/>
    <w:multiLevelType w:val="multilevel"/>
    <w:tmpl w:val="D11A4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336853"/>
    <w:multiLevelType w:val="hybridMultilevel"/>
    <w:tmpl w:val="154698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7467BEC"/>
    <w:multiLevelType w:val="multilevel"/>
    <w:tmpl w:val="9C5A9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B63373"/>
    <w:multiLevelType w:val="multilevel"/>
    <w:tmpl w:val="095A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9A642B"/>
    <w:multiLevelType w:val="multilevel"/>
    <w:tmpl w:val="3D403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4C2951"/>
    <w:multiLevelType w:val="multilevel"/>
    <w:tmpl w:val="60ECC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B52DEE"/>
    <w:multiLevelType w:val="multilevel"/>
    <w:tmpl w:val="B7D87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3"/>
      <w:numFmt w:val="bullet"/>
      <w:lvlText w:val="–"/>
      <w:lvlJc w:val="left"/>
      <w:pPr>
        <w:ind w:left="2160" w:hanging="360"/>
      </w:pPr>
      <w:rPr>
        <w:rFonts w:ascii="Cambria" w:eastAsiaTheme="minorEastAsia" w:hAnsi="Cambria"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7E4AF0"/>
    <w:multiLevelType w:val="multilevel"/>
    <w:tmpl w:val="2B40A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996D2C"/>
    <w:multiLevelType w:val="multilevel"/>
    <w:tmpl w:val="F3362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0D23AF"/>
    <w:multiLevelType w:val="multilevel"/>
    <w:tmpl w:val="393AC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E62A6C"/>
    <w:multiLevelType w:val="multilevel"/>
    <w:tmpl w:val="46C0A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2105940">
    <w:abstractNumId w:val="8"/>
  </w:num>
  <w:num w:numId="2" w16cid:durableId="154998699">
    <w:abstractNumId w:val="6"/>
  </w:num>
  <w:num w:numId="3" w16cid:durableId="183792463">
    <w:abstractNumId w:val="5"/>
  </w:num>
  <w:num w:numId="4" w16cid:durableId="787049607">
    <w:abstractNumId w:val="4"/>
  </w:num>
  <w:num w:numId="5" w16cid:durableId="1651641799">
    <w:abstractNumId w:val="7"/>
  </w:num>
  <w:num w:numId="6" w16cid:durableId="2073458335">
    <w:abstractNumId w:val="3"/>
  </w:num>
  <w:num w:numId="7" w16cid:durableId="620845747">
    <w:abstractNumId w:val="2"/>
  </w:num>
  <w:num w:numId="8" w16cid:durableId="1957133698">
    <w:abstractNumId w:val="1"/>
  </w:num>
  <w:num w:numId="9" w16cid:durableId="2051606556">
    <w:abstractNumId w:val="0"/>
  </w:num>
  <w:num w:numId="10" w16cid:durableId="634681842">
    <w:abstractNumId w:val="28"/>
  </w:num>
  <w:num w:numId="11" w16cid:durableId="393116478">
    <w:abstractNumId w:val="31"/>
  </w:num>
  <w:num w:numId="12" w16cid:durableId="800339400">
    <w:abstractNumId w:val="29"/>
  </w:num>
  <w:num w:numId="13" w16cid:durableId="568003224">
    <w:abstractNumId w:val="11"/>
  </w:num>
  <w:num w:numId="14" w16cid:durableId="613757286">
    <w:abstractNumId w:val="16"/>
  </w:num>
  <w:num w:numId="15" w16cid:durableId="1044864036">
    <w:abstractNumId w:val="25"/>
  </w:num>
  <w:num w:numId="16" w16cid:durableId="216354528">
    <w:abstractNumId w:val="14"/>
  </w:num>
  <w:num w:numId="17" w16cid:durableId="1581990112">
    <w:abstractNumId w:val="13"/>
  </w:num>
  <w:num w:numId="18" w16cid:durableId="1108701425">
    <w:abstractNumId w:val="15"/>
  </w:num>
  <w:num w:numId="19" w16cid:durableId="1059324729">
    <w:abstractNumId w:val="20"/>
  </w:num>
  <w:num w:numId="20" w16cid:durableId="62146619">
    <w:abstractNumId w:val="10"/>
  </w:num>
  <w:num w:numId="21" w16cid:durableId="1028871103">
    <w:abstractNumId w:val="23"/>
  </w:num>
  <w:num w:numId="22" w16cid:durableId="1142574455">
    <w:abstractNumId w:val="9"/>
  </w:num>
  <w:num w:numId="23" w16cid:durableId="1165709499">
    <w:abstractNumId w:val="12"/>
  </w:num>
  <w:num w:numId="24" w16cid:durableId="120653004">
    <w:abstractNumId w:val="24"/>
  </w:num>
  <w:num w:numId="25" w16cid:durableId="1105073495">
    <w:abstractNumId w:val="21"/>
  </w:num>
  <w:num w:numId="26" w16cid:durableId="128592394">
    <w:abstractNumId w:val="27"/>
  </w:num>
  <w:num w:numId="27" w16cid:durableId="2007047807">
    <w:abstractNumId w:val="30"/>
  </w:num>
  <w:num w:numId="28" w16cid:durableId="1230963489">
    <w:abstractNumId w:val="22"/>
  </w:num>
  <w:num w:numId="29" w16cid:durableId="1052342109">
    <w:abstractNumId w:val="18"/>
  </w:num>
  <w:num w:numId="30" w16cid:durableId="740785445">
    <w:abstractNumId w:val="26"/>
  </w:num>
  <w:num w:numId="31" w16cid:durableId="1887839478">
    <w:abstractNumId w:val="17"/>
  </w:num>
  <w:num w:numId="32" w16cid:durableId="15400447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76838"/>
    <w:rsid w:val="00077FD0"/>
    <w:rsid w:val="000E1B7E"/>
    <w:rsid w:val="0015074B"/>
    <w:rsid w:val="001902D2"/>
    <w:rsid w:val="001A3010"/>
    <w:rsid w:val="001A4E84"/>
    <w:rsid w:val="0029639D"/>
    <w:rsid w:val="002D2C73"/>
    <w:rsid w:val="002D5D84"/>
    <w:rsid w:val="002F1EE1"/>
    <w:rsid w:val="00326F90"/>
    <w:rsid w:val="003940C9"/>
    <w:rsid w:val="003A2236"/>
    <w:rsid w:val="003D177E"/>
    <w:rsid w:val="003F5ABD"/>
    <w:rsid w:val="0040313D"/>
    <w:rsid w:val="00414CA9"/>
    <w:rsid w:val="004A1825"/>
    <w:rsid w:val="004C7F42"/>
    <w:rsid w:val="005348DD"/>
    <w:rsid w:val="0053667E"/>
    <w:rsid w:val="005A1A00"/>
    <w:rsid w:val="0061531E"/>
    <w:rsid w:val="006C1D97"/>
    <w:rsid w:val="0073056A"/>
    <w:rsid w:val="00733DC9"/>
    <w:rsid w:val="008D0D11"/>
    <w:rsid w:val="008D680C"/>
    <w:rsid w:val="008E2ADE"/>
    <w:rsid w:val="00A069D8"/>
    <w:rsid w:val="00A1314F"/>
    <w:rsid w:val="00A27F0A"/>
    <w:rsid w:val="00AA1D8D"/>
    <w:rsid w:val="00B47730"/>
    <w:rsid w:val="00B75BC9"/>
    <w:rsid w:val="00B90491"/>
    <w:rsid w:val="00BE388A"/>
    <w:rsid w:val="00BF29DF"/>
    <w:rsid w:val="00C018F0"/>
    <w:rsid w:val="00CA3727"/>
    <w:rsid w:val="00CB0664"/>
    <w:rsid w:val="00CD76AB"/>
    <w:rsid w:val="00D258DF"/>
    <w:rsid w:val="00DC12E0"/>
    <w:rsid w:val="00DF3B74"/>
    <w:rsid w:val="00E5055A"/>
    <w:rsid w:val="00E81EBE"/>
    <w:rsid w:val="00EE2D09"/>
    <w:rsid w:val="00F0267B"/>
    <w:rsid w:val="00F35A03"/>
    <w:rsid w:val="00FC2663"/>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9D82E0"/>
  <w14:defaultImageDpi w14:val="300"/>
  <w15:docId w15:val="{C8FE08C5-A27F-4736-BABC-4CD520175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Naslov1">
    <w:name w:val="heading 1"/>
    <w:basedOn w:val="Normal"/>
    <w:next w:val="Normal"/>
    <w:link w:val="Naslov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5">
    <w:name w:val="heading 5"/>
    <w:basedOn w:val="Normal"/>
    <w:next w:val="Normal"/>
    <w:link w:val="Naslov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ormal"/>
    <w:next w:val="Normal"/>
    <w:link w:val="Naslov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ormal"/>
    <w:next w:val="Normal"/>
    <w:link w:val="Naslov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ormal"/>
    <w:next w:val="Normal"/>
    <w:link w:val="Naslov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Naslov9">
    <w:name w:val="heading 9"/>
    <w:basedOn w:val="Normal"/>
    <w:next w:val="Normal"/>
    <w:link w:val="Naslov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E618BF"/>
    <w:pPr>
      <w:tabs>
        <w:tab w:val="center" w:pos="4680"/>
        <w:tab w:val="right" w:pos="9360"/>
      </w:tabs>
      <w:spacing w:after="0" w:line="240" w:lineRule="auto"/>
    </w:pPr>
  </w:style>
  <w:style w:type="character" w:customStyle="1" w:styleId="ZaglavljeChar">
    <w:name w:val="Zaglavlje Char"/>
    <w:basedOn w:val="Zadanifontodlomka"/>
    <w:link w:val="Zaglavlje"/>
    <w:uiPriority w:val="99"/>
    <w:rsid w:val="00E618BF"/>
  </w:style>
  <w:style w:type="paragraph" w:styleId="Podnoje">
    <w:name w:val="footer"/>
    <w:basedOn w:val="Normal"/>
    <w:link w:val="PodnojeChar"/>
    <w:uiPriority w:val="99"/>
    <w:unhideWhenUsed/>
    <w:rsid w:val="00E618BF"/>
    <w:pPr>
      <w:tabs>
        <w:tab w:val="center" w:pos="4680"/>
        <w:tab w:val="right" w:pos="9360"/>
      </w:tabs>
      <w:spacing w:after="0" w:line="240" w:lineRule="auto"/>
    </w:pPr>
  </w:style>
  <w:style w:type="character" w:customStyle="1" w:styleId="PodnojeChar">
    <w:name w:val="Podnožje Char"/>
    <w:basedOn w:val="Zadanifontodlomka"/>
    <w:link w:val="Podnoje"/>
    <w:uiPriority w:val="99"/>
    <w:rsid w:val="00E618BF"/>
  </w:style>
  <w:style w:type="paragraph" w:styleId="Bezproreda">
    <w:name w:val="No Spacing"/>
    <w:uiPriority w:val="1"/>
    <w:qFormat/>
    <w:rsid w:val="00FC693F"/>
    <w:pPr>
      <w:spacing w:after="0" w:line="240" w:lineRule="auto"/>
    </w:pPr>
  </w:style>
  <w:style w:type="character" w:customStyle="1" w:styleId="Naslov1Char">
    <w:name w:val="Naslov 1 Char"/>
    <w:basedOn w:val="Zadanifontodlomka"/>
    <w:link w:val="Naslov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Naslov2Char">
    <w:name w:val="Naslov 2 Char"/>
    <w:basedOn w:val="Zadanifontodlomka"/>
    <w:link w:val="Naslov2"/>
    <w:uiPriority w:val="9"/>
    <w:rsid w:val="00FC693F"/>
    <w:rPr>
      <w:rFonts w:asciiTheme="majorHAnsi" w:eastAsiaTheme="majorEastAsia" w:hAnsiTheme="majorHAnsi" w:cstheme="majorBidi"/>
      <w:b/>
      <w:bCs/>
      <w:color w:val="4F81BD" w:themeColor="accent1"/>
      <w:sz w:val="26"/>
      <w:szCs w:val="26"/>
    </w:rPr>
  </w:style>
  <w:style w:type="character" w:customStyle="1" w:styleId="Naslov3Char">
    <w:name w:val="Naslov 3 Char"/>
    <w:basedOn w:val="Zadanifontodlomka"/>
    <w:link w:val="Naslov3"/>
    <w:uiPriority w:val="9"/>
    <w:rsid w:val="00FC693F"/>
    <w:rPr>
      <w:rFonts w:asciiTheme="majorHAnsi" w:eastAsiaTheme="majorEastAsia" w:hAnsiTheme="majorHAnsi" w:cstheme="majorBidi"/>
      <w:b/>
      <w:bCs/>
      <w:color w:val="4F81BD" w:themeColor="accent1"/>
    </w:rPr>
  </w:style>
  <w:style w:type="paragraph" w:styleId="Naslov">
    <w:name w:val="Title"/>
    <w:basedOn w:val="Normal"/>
    <w:next w:val="Normal"/>
    <w:link w:val="Naslov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Char">
    <w:name w:val="Naslov Char"/>
    <w:basedOn w:val="Zadanifontodlomka"/>
    <w:link w:val="Naslov"/>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Podnaslov">
    <w:name w:val="Subtitle"/>
    <w:basedOn w:val="Normal"/>
    <w:next w:val="Normal"/>
    <w:link w:val="Podnaslov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Char">
    <w:name w:val="Podnaslov Char"/>
    <w:basedOn w:val="Zadanifontodlomka"/>
    <w:link w:val="Podnaslov"/>
    <w:uiPriority w:val="11"/>
    <w:rsid w:val="00FC693F"/>
    <w:rPr>
      <w:rFonts w:asciiTheme="majorHAnsi" w:eastAsiaTheme="majorEastAsia" w:hAnsiTheme="majorHAnsi" w:cstheme="majorBidi"/>
      <w:i/>
      <w:iCs/>
      <w:color w:val="4F81BD" w:themeColor="accent1"/>
      <w:spacing w:val="15"/>
      <w:sz w:val="24"/>
      <w:szCs w:val="24"/>
    </w:rPr>
  </w:style>
  <w:style w:type="paragraph" w:styleId="Odlomakpopisa">
    <w:name w:val="List Paragraph"/>
    <w:basedOn w:val="Normal"/>
    <w:uiPriority w:val="34"/>
    <w:qFormat/>
    <w:rsid w:val="00FC693F"/>
    <w:pPr>
      <w:ind w:left="720"/>
      <w:contextualSpacing/>
    </w:pPr>
  </w:style>
  <w:style w:type="paragraph" w:styleId="Tijeloteksta">
    <w:name w:val="Body Text"/>
    <w:basedOn w:val="Normal"/>
    <w:link w:val="TijelotekstaChar"/>
    <w:uiPriority w:val="99"/>
    <w:unhideWhenUsed/>
    <w:rsid w:val="00AA1D8D"/>
    <w:pPr>
      <w:spacing w:after="120"/>
    </w:pPr>
  </w:style>
  <w:style w:type="character" w:customStyle="1" w:styleId="TijelotekstaChar">
    <w:name w:val="Tijelo teksta Char"/>
    <w:basedOn w:val="Zadanifontodlomka"/>
    <w:link w:val="Tijeloteksta"/>
    <w:uiPriority w:val="99"/>
    <w:rsid w:val="00AA1D8D"/>
  </w:style>
  <w:style w:type="paragraph" w:styleId="Tijeloteksta2">
    <w:name w:val="Body Text 2"/>
    <w:basedOn w:val="Normal"/>
    <w:link w:val="Tijeloteksta2Char"/>
    <w:uiPriority w:val="99"/>
    <w:unhideWhenUsed/>
    <w:rsid w:val="00AA1D8D"/>
    <w:pPr>
      <w:spacing w:after="120" w:line="480" w:lineRule="auto"/>
    </w:pPr>
  </w:style>
  <w:style w:type="character" w:customStyle="1" w:styleId="Tijeloteksta2Char">
    <w:name w:val="Tijelo teksta 2 Char"/>
    <w:basedOn w:val="Zadanifontodlomka"/>
    <w:link w:val="Tijeloteksta2"/>
    <w:uiPriority w:val="99"/>
    <w:rsid w:val="00AA1D8D"/>
  </w:style>
  <w:style w:type="paragraph" w:styleId="Tijeloteksta3">
    <w:name w:val="Body Text 3"/>
    <w:basedOn w:val="Normal"/>
    <w:link w:val="Tijeloteksta3Char"/>
    <w:uiPriority w:val="99"/>
    <w:unhideWhenUsed/>
    <w:rsid w:val="00AA1D8D"/>
    <w:pPr>
      <w:spacing w:after="120"/>
    </w:pPr>
    <w:rPr>
      <w:sz w:val="16"/>
      <w:szCs w:val="16"/>
    </w:rPr>
  </w:style>
  <w:style w:type="character" w:customStyle="1" w:styleId="Tijeloteksta3Char">
    <w:name w:val="Tijelo teksta 3 Char"/>
    <w:basedOn w:val="Zadanifontodlomka"/>
    <w:link w:val="Tijeloteksta3"/>
    <w:uiPriority w:val="99"/>
    <w:rsid w:val="00AA1D8D"/>
    <w:rPr>
      <w:sz w:val="16"/>
      <w:szCs w:val="16"/>
    </w:rPr>
  </w:style>
  <w:style w:type="paragraph" w:styleId="Popis">
    <w:name w:val="List"/>
    <w:basedOn w:val="Normal"/>
    <w:uiPriority w:val="99"/>
    <w:unhideWhenUsed/>
    <w:rsid w:val="00AA1D8D"/>
    <w:pPr>
      <w:ind w:left="360" w:hanging="360"/>
      <w:contextualSpacing/>
    </w:pPr>
  </w:style>
  <w:style w:type="paragraph" w:styleId="Popis2">
    <w:name w:val="List 2"/>
    <w:basedOn w:val="Normal"/>
    <w:uiPriority w:val="99"/>
    <w:unhideWhenUsed/>
    <w:rsid w:val="00326F90"/>
    <w:pPr>
      <w:ind w:left="720" w:hanging="360"/>
      <w:contextualSpacing/>
    </w:pPr>
  </w:style>
  <w:style w:type="paragraph" w:styleId="Popis3">
    <w:name w:val="List 3"/>
    <w:basedOn w:val="Normal"/>
    <w:uiPriority w:val="99"/>
    <w:unhideWhenUsed/>
    <w:rsid w:val="00326F90"/>
    <w:pPr>
      <w:ind w:left="1080" w:hanging="360"/>
      <w:contextualSpacing/>
    </w:pPr>
  </w:style>
  <w:style w:type="paragraph" w:styleId="Grafikeoznake">
    <w:name w:val="List Bullet"/>
    <w:basedOn w:val="Normal"/>
    <w:uiPriority w:val="99"/>
    <w:unhideWhenUsed/>
    <w:rsid w:val="00326F90"/>
    <w:pPr>
      <w:numPr>
        <w:numId w:val="1"/>
      </w:numPr>
      <w:contextualSpacing/>
    </w:pPr>
  </w:style>
  <w:style w:type="paragraph" w:styleId="Grafikeoznake2">
    <w:name w:val="List Bullet 2"/>
    <w:basedOn w:val="Normal"/>
    <w:uiPriority w:val="99"/>
    <w:unhideWhenUsed/>
    <w:rsid w:val="00326F90"/>
    <w:pPr>
      <w:numPr>
        <w:numId w:val="2"/>
      </w:numPr>
      <w:contextualSpacing/>
    </w:pPr>
  </w:style>
  <w:style w:type="paragraph" w:styleId="Grafikeoznake3">
    <w:name w:val="List Bullet 3"/>
    <w:basedOn w:val="Normal"/>
    <w:uiPriority w:val="99"/>
    <w:unhideWhenUsed/>
    <w:rsid w:val="00326F90"/>
    <w:pPr>
      <w:numPr>
        <w:numId w:val="3"/>
      </w:numPr>
      <w:contextualSpacing/>
    </w:pPr>
  </w:style>
  <w:style w:type="paragraph" w:styleId="Brojevi">
    <w:name w:val="List Number"/>
    <w:basedOn w:val="Normal"/>
    <w:uiPriority w:val="99"/>
    <w:unhideWhenUsed/>
    <w:rsid w:val="00326F90"/>
    <w:pPr>
      <w:numPr>
        <w:numId w:val="5"/>
      </w:numPr>
      <w:contextualSpacing/>
    </w:pPr>
  </w:style>
  <w:style w:type="paragraph" w:styleId="Brojevi2">
    <w:name w:val="List Number 2"/>
    <w:basedOn w:val="Normal"/>
    <w:uiPriority w:val="99"/>
    <w:unhideWhenUsed/>
    <w:rsid w:val="0029639D"/>
    <w:pPr>
      <w:numPr>
        <w:numId w:val="6"/>
      </w:numPr>
      <w:contextualSpacing/>
    </w:pPr>
  </w:style>
  <w:style w:type="paragraph" w:styleId="Brojevi3">
    <w:name w:val="List Number 3"/>
    <w:basedOn w:val="Normal"/>
    <w:uiPriority w:val="99"/>
    <w:unhideWhenUsed/>
    <w:rsid w:val="0029639D"/>
    <w:pPr>
      <w:numPr>
        <w:numId w:val="7"/>
      </w:numPr>
      <w:contextualSpacing/>
    </w:pPr>
  </w:style>
  <w:style w:type="paragraph" w:styleId="Nastavakpopisa">
    <w:name w:val="List Continue"/>
    <w:basedOn w:val="Normal"/>
    <w:uiPriority w:val="99"/>
    <w:unhideWhenUsed/>
    <w:rsid w:val="0029639D"/>
    <w:pPr>
      <w:spacing w:after="120"/>
      <w:ind w:left="360"/>
      <w:contextualSpacing/>
    </w:pPr>
  </w:style>
  <w:style w:type="paragraph" w:styleId="Nastavakpopisa2">
    <w:name w:val="List Continue 2"/>
    <w:basedOn w:val="Normal"/>
    <w:uiPriority w:val="99"/>
    <w:unhideWhenUsed/>
    <w:rsid w:val="0029639D"/>
    <w:pPr>
      <w:spacing w:after="120"/>
      <w:ind w:left="720"/>
      <w:contextualSpacing/>
    </w:pPr>
  </w:style>
  <w:style w:type="paragraph" w:styleId="Nastavakpopisa3">
    <w:name w:val="List Continue 3"/>
    <w:basedOn w:val="Normal"/>
    <w:uiPriority w:val="99"/>
    <w:unhideWhenUsed/>
    <w:rsid w:val="0029639D"/>
    <w:pPr>
      <w:spacing w:after="120"/>
      <w:ind w:left="1080"/>
      <w:contextualSpacing/>
    </w:pPr>
  </w:style>
  <w:style w:type="paragraph" w:styleId="Tekstmakronaredbe">
    <w:name w:val="macro"/>
    <w:link w:val="Tekstmakronaredbe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kstmakronaredbeChar">
    <w:name w:val="Tekst makronaredbe Char"/>
    <w:basedOn w:val="Zadanifontodlomka"/>
    <w:link w:val="Tekstmakronaredbe"/>
    <w:uiPriority w:val="99"/>
    <w:rsid w:val="0029639D"/>
    <w:rPr>
      <w:rFonts w:ascii="Courier" w:hAnsi="Courier"/>
      <w:sz w:val="20"/>
      <w:szCs w:val="20"/>
    </w:rPr>
  </w:style>
  <w:style w:type="paragraph" w:styleId="Citat">
    <w:name w:val="Quote"/>
    <w:basedOn w:val="Normal"/>
    <w:next w:val="Normal"/>
    <w:link w:val="CitatChar"/>
    <w:uiPriority w:val="29"/>
    <w:qFormat/>
    <w:rsid w:val="00FC693F"/>
    <w:rPr>
      <w:i/>
      <w:iCs/>
      <w:color w:val="000000" w:themeColor="text1"/>
    </w:rPr>
  </w:style>
  <w:style w:type="character" w:customStyle="1" w:styleId="CitatChar">
    <w:name w:val="Citat Char"/>
    <w:basedOn w:val="Zadanifontodlomka"/>
    <w:link w:val="Citat"/>
    <w:uiPriority w:val="29"/>
    <w:rsid w:val="00FC693F"/>
    <w:rPr>
      <w:i/>
      <w:iCs/>
      <w:color w:val="000000" w:themeColor="text1"/>
    </w:rPr>
  </w:style>
  <w:style w:type="character" w:customStyle="1" w:styleId="Naslov4Char">
    <w:name w:val="Naslov 4 Char"/>
    <w:basedOn w:val="Zadanifontodlomka"/>
    <w:link w:val="Naslov4"/>
    <w:uiPriority w:val="9"/>
    <w:semiHidden/>
    <w:rsid w:val="00FC693F"/>
    <w:rPr>
      <w:rFonts w:asciiTheme="majorHAnsi" w:eastAsiaTheme="majorEastAsia" w:hAnsiTheme="majorHAnsi" w:cstheme="majorBidi"/>
      <w:b/>
      <w:bCs/>
      <w:i/>
      <w:iCs/>
      <w:color w:val="4F81BD" w:themeColor="accent1"/>
    </w:rPr>
  </w:style>
  <w:style w:type="character" w:customStyle="1" w:styleId="Naslov5Char">
    <w:name w:val="Naslov 5 Char"/>
    <w:basedOn w:val="Zadanifontodlomka"/>
    <w:link w:val="Naslov5"/>
    <w:uiPriority w:val="9"/>
    <w:semiHidden/>
    <w:rsid w:val="00FC693F"/>
    <w:rPr>
      <w:rFonts w:asciiTheme="majorHAnsi" w:eastAsiaTheme="majorEastAsia" w:hAnsiTheme="majorHAnsi" w:cstheme="majorBidi"/>
      <w:color w:val="243F60" w:themeColor="accent1" w:themeShade="7F"/>
    </w:rPr>
  </w:style>
  <w:style w:type="character" w:customStyle="1" w:styleId="Naslov6Char">
    <w:name w:val="Naslov 6 Char"/>
    <w:basedOn w:val="Zadanifontodlomka"/>
    <w:link w:val="Naslov6"/>
    <w:uiPriority w:val="9"/>
    <w:semiHidden/>
    <w:rsid w:val="00FC693F"/>
    <w:rPr>
      <w:rFonts w:asciiTheme="majorHAnsi" w:eastAsiaTheme="majorEastAsia" w:hAnsiTheme="majorHAnsi" w:cstheme="majorBidi"/>
      <w:i/>
      <w:iCs/>
      <w:color w:val="243F60" w:themeColor="accent1" w:themeShade="7F"/>
    </w:rPr>
  </w:style>
  <w:style w:type="character" w:customStyle="1" w:styleId="Naslov7Char">
    <w:name w:val="Naslov 7 Char"/>
    <w:basedOn w:val="Zadanifontodlomka"/>
    <w:link w:val="Naslov7"/>
    <w:uiPriority w:val="9"/>
    <w:semiHidden/>
    <w:rsid w:val="00FC693F"/>
    <w:rPr>
      <w:rFonts w:asciiTheme="majorHAnsi" w:eastAsiaTheme="majorEastAsia" w:hAnsiTheme="majorHAnsi" w:cstheme="majorBidi"/>
      <w:i/>
      <w:iCs/>
      <w:color w:val="404040" w:themeColor="text1" w:themeTint="BF"/>
    </w:rPr>
  </w:style>
  <w:style w:type="character" w:customStyle="1" w:styleId="Naslov8Char">
    <w:name w:val="Naslov 8 Char"/>
    <w:basedOn w:val="Zadanifontodlomka"/>
    <w:link w:val="Naslov8"/>
    <w:uiPriority w:val="9"/>
    <w:semiHidden/>
    <w:rsid w:val="00FC693F"/>
    <w:rPr>
      <w:rFonts w:asciiTheme="majorHAnsi" w:eastAsiaTheme="majorEastAsia" w:hAnsiTheme="majorHAnsi" w:cstheme="majorBidi"/>
      <w:color w:val="4F81BD" w:themeColor="accent1"/>
      <w:sz w:val="20"/>
      <w:szCs w:val="20"/>
    </w:rPr>
  </w:style>
  <w:style w:type="character" w:customStyle="1" w:styleId="Naslov9Char">
    <w:name w:val="Naslov 9 Char"/>
    <w:basedOn w:val="Zadanifontodlomka"/>
    <w:link w:val="Naslov9"/>
    <w:uiPriority w:val="9"/>
    <w:semiHidden/>
    <w:rsid w:val="00FC693F"/>
    <w:rPr>
      <w:rFonts w:asciiTheme="majorHAnsi" w:eastAsiaTheme="majorEastAsia" w:hAnsiTheme="majorHAnsi" w:cstheme="majorBidi"/>
      <w:i/>
      <w:iCs/>
      <w:color w:val="404040" w:themeColor="text1" w:themeTint="BF"/>
      <w:sz w:val="20"/>
      <w:szCs w:val="20"/>
    </w:rPr>
  </w:style>
  <w:style w:type="paragraph" w:styleId="Opisslik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Naglaeno">
    <w:name w:val="Strong"/>
    <w:basedOn w:val="Zadanifontodlomka"/>
    <w:uiPriority w:val="22"/>
    <w:qFormat/>
    <w:rsid w:val="00FC693F"/>
    <w:rPr>
      <w:b/>
      <w:bCs/>
    </w:rPr>
  </w:style>
  <w:style w:type="character" w:styleId="Istaknuto">
    <w:name w:val="Emphasis"/>
    <w:basedOn w:val="Zadanifontodlomka"/>
    <w:uiPriority w:val="20"/>
    <w:qFormat/>
    <w:rsid w:val="00FC693F"/>
    <w:rPr>
      <w:i/>
      <w:iCs/>
    </w:rPr>
  </w:style>
  <w:style w:type="paragraph" w:styleId="Naglaencitat">
    <w:name w:val="Intense Quote"/>
    <w:basedOn w:val="Normal"/>
    <w:next w:val="Normal"/>
    <w:link w:val="Naglaencit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NaglaencitatChar">
    <w:name w:val="Naglašen citat Char"/>
    <w:basedOn w:val="Zadanifontodlomka"/>
    <w:link w:val="Naglaencitat"/>
    <w:uiPriority w:val="30"/>
    <w:rsid w:val="00FC693F"/>
    <w:rPr>
      <w:b/>
      <w:bCs/>
      <w:i/>
      <w:iCs/>
      <w:color w:val="4F81BD" w:themeColor="accent1"/>
    </w:rPr>
  </w:style>
  <w:style w:type="character" w:styleId="Neupadljivoisticanje">
    <w:name w:val="Subtle Emphasis"/>
    <w:basedOn w:val="Zadanifontodlomka"/>
    <w:uiPriority w:val="19"/>
    <w:qFormat/>
    <w:rsid w:val="00FC693F"/>
    <w:rPr>
      <w:i/>
      <w:iCs/>
      <w:color w:val="808080" w:themeColor="text1" w:themeTint="7F"/>
    </w:rPr>
  </w:style>
  <w:style w:type="character" w:styleId="Jakoisticanje">
    <w:name w:val="Intense Emphasis"/>
    <w:basedOn w:val="Zadanifontodlomka"/>
    <w:uiPriority w:val="21"/>
    <w:qFormat/>
    <w:rsid w:val="00FC693F"/>
    <w:rPr>
      <w:b/>
      <w:bCs/>
      <w:i/>
      <w:iCs/>
      <w:color w:val="4F81BD" w:themeColor="accent1"/>
    </w:rPr>
  </w:style>
  <w:style w:type="character" w:styleId="Neupadljivareferenca">
    <w:name w:val="Subtle Reference"/>
    <w:basedOn w:val="Zadanifontodlomka"/>
    <w:uiPriority w:val="31"/>
    <w:qFormat/>
    <w:rsid w:val="00FC693F"/>
    <w:rPr>
      <w:smallCaps/>
      <w:color w:val="C0504D" w:themeColor="accent2"/>
      <w:u w:val="single"/>
    </w:rPr>
  </w:style>
  <w:style w:type="character" w:styleId="Istaknutareferenca">
    <w:name w:val="Intense Reference"/>
    <w:basedOn w:val="Zadanifontodlomka"/>
    <w:uiPriority w:val="32"/>
    <w:qFormat/>
    <w:rsid w:val="00FC693F"/>
    <w:rPr>
      <w:b/>
      <w:bCs/>
      <w:smallCaps/>
      <w:color w:val="C0504D" w:themeColor="accent2"/>
      <w:spacing w:val="5"/>
      <w:u w:val="single"/>
    </w:rPr>
  </w:style>
  <w:style w:type="character" w:styleId="Naslovknjige">
    <w:name w:val="Book Title"/>
    <w:basedOn w:val="Zadanifontodlomka"/>
    <w:uiPriority w:val="33"/>
    <w:qFormat/>
    <w:rsid w:val="00FC693F"/>
    <w:rPr>
      <w:b/>
      <w:bCs/>
      <w:smallCaps/>
      <w:spacing w:val="5"/>
    </w:rPr>
  </w:style>
  <w:style w:type="paragraph" w:styleId="TOCNaslov">
    <w:name w:val="TOC Heading"/>
    <w:basedOn w:val="Naslov1"/>
    <w:next w:val="Normal"/>
    <w:uiPriority w:val="39"/>
    <w:semiHidden/>
    <w:unhideWhenUsed/>
    <w:qFormat/>
    <w:rsid w:val="00FC693F"/>
    <w:pPr>
      <w:outlineLvl w:val="9"/>
    </w:pPr>
  </w:style>
  <w:style w:type="table" w:styleId="Reetkatablice">
    <w:name w:val="Table Grid"/>
    <w:basedOn w:val="Obinatablica"/>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ijetlosjenanje">
    <w:name w:val="Light Shading"/>
    <w:basedOn w:val="Obinatablica"/>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ijetlosjenanje-Isticanje1">
    <w:name w:val="Light Shading Accent 1"/>
    <w:basedOn w:val="Obinatablica"/>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vijetlosjenanje-Isticanje2">
    <w:name w:val="Light Shading Accent 2"/>
    <w:basedOn w:val="Obinatablica"/>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vijetlosjenanje-Isticanje3">
    <w:name w:val="Light Shading Accent 3"/>
    <w:basedOn w:val="Obinatablica"/>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vijetlosjenanje-Isticanje4">
    <w:name w:val="Light Shading Accent 4"/>
    <w:basedOn w:val="Obinatablica"/>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vijetlosjenanje-Isticanje5">
    <w:name w:val="Light Shading Accent 5"/>
    <w:basedOn w:val="Obinatablica"/>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vijetlosjenanje-Isticanje6">
    <w:name w:val="Light Shading Accent 6"/>
    <w:basedOn w:val="Obinatablica"/>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vijetlipopis">
    <w:name w:val="Light List"/>
    <w:basedOn w:val="Obinatablica"/>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ijetlipopis-Isticanje1">
    <w:name w:val="Light List Accent 1"/>
    <w:basedOn w:val="Obinatablica"/>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vijetlipopis-Isticanje2">
    <w:name w:val="Light List Accent 2"/>
    <w:basedOn w:val="Obinatablica"/>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vijetlipopis-Isticanje3">
    <w:name w:val="Light List Accent 3"/>
    <w:basedOn w:val="Obinatablica"/>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vijetlipopis-Isticanje4">
    <w:name w:val="Light List Accent 4"/>
    <w:basedOn w:val="Obinatablica"/>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Svijetlipopis-Isticanje5">
    <w:name w:val="Light List Accent 5"/>
    <w:basedOn w:val="Obinatablica"/>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rednjipopis-Isticanje6">
    <w:name w:val="Light List Accent 6"/>
    <w:basedOn w:val="Obinatablica"/>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Svijetlareetka">
    <w:name w:val="Light Grid"/>
    <w:basedOn w:val="Obinatablica"/>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ijetlareetka-Isticanje1">
    <w:name w:val="Light Grid Accent 1"/>
    <w:basedOn w:val="Obinatablica"/>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vijetlareetka-Isticanje2">
    <w:name w:val="Light Grid Accent 2"/>
    <w:basedOn w:val="Obinatablica"/>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vijetlareetka-Isticanje3">
    <w:name w:val="Light Grid Accent 3"/>
    <w:basedOn w:val="Obinatablica"/>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vijetlareetka-Isticanje4">
    <w:name w:val="Light Grid Accent 4"/>
    <w:basedOn w:val="Obinatablica"/>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vijetlareetka-Isticanje5">
    <w:name w:val="Light Grid Accent 5"/>
    <w:basedOn w:val="Obinatablica"/>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rednjareetka-Isticanje6">
    <w:name w:val="Light Grid Accent 6"/>
    <w:basedOn w:val="Obinatablica"/>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rednjesjenanje1">
    <w:name w:val="Medium Shading 1"/>
    <w:basedOn w:val="Obinatablica"/>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rednjesjenanje1-Isticanje1">
    <w:name w:val="Medium Shading 1 Accent 1"/>
    <w:basedOn w:val="Obinatablica"/>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rednjesjenanje1-Isticanje2">
    <w:name w:val="Medium Shading 1 Accent 2"/>
    <w:basedOn w:val="Obinatablica"/>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rednjesjenanje1-Isticanje3">
    <w:name w:val="Medium Shading 1 Accent 3"/>
    <w:basedOn w:val="Obinatablica"/>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rednjesjenanje1-Isticanje4">
    <w:name w:val="Medium Shading 1 Accent 4"/>
    <w:basedOn w:val="Obinatablica"/>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rednjesjenanje1-Isticanje5">
    <w:name w:val="Medium Shading 1 Accent 5"/>
    <w:basedOn w:val="Obinatablica"/>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rednjesjenanje1-Isticanje6">
    <w:name w:val="Medium Shading 1 Accent 6"/>
    <w:basedOn w:val="Obinatablica"/>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rednjesjenanje2">
    <w:name w:val="Medium Shading 2"/>
    <w:basedOn w:val="Obinatablica"/>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esjenanje2-Isticanje1">
    <w:name w:val="Medium Shading 2 Accent 1"/>
    <w:basedOn w:val="Obinatablica"/>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esjenanje2-Isticanje2">
    <w:name w:val="Medium Shading 2 Accent 2"/>
    <w:basedOn w:val="Obinatablica"/>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esjenanje2-Isticanje3">
    <w:name w:val="Medium Shading 2 Accent 3"/>
    <w:basedOn w:val="Obinatablica"/>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esjenanje2-Isticanje4">
    <w:name w:val="Medium Shading 2 Accent 4"/>
    <w:basedOn w:val="Obinatablica"/>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esjenanje2-Isticanje5">
    <w:name w:val="Medium Shading 2 Accent 5"/>
    <w:basedOn w:val="Obinatablica"/>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esjenanje2-Isticanje6">
    <w:name w:val="Medium Shading 2 Accent 6"/>
    <w:basedOn w:val="Obinatablica"/>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ipopis1">
    <w:name w:val="Medium List 1"/>
    <w:basedOn w:val="Obinatablica"/>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rednjipopis1-Isticanje1">
    <w:name w:val="Medium List 1 Accent 1"/>
    <w:basedOn w:val="Obinatablica"/>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Srednjipopis1-Isticanje2">
    <w:name w:val="Medium List 1 Accent 2"/>
    <w:basedOn w:val="Obinatablica"/>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rednjipopis1-Isticanje3">
    <w:name w:val="Medium List 1 Accent 3"/>
    <w:basedOn w:val="Obinatablica"/>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Srednjipopis1-Isticanje4">
    <w:name w:val="Medium List 1 Accent 4"/>
    <w:basedOn w:val="Obinatablica"/>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Srednjipopis1-Isticanje5">
    <w:name w:val="Medium List 1 Accent 5"/>
    <w:basedOn w:val="Obinatablica"/>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Srednjipopis1-Isticanje6">
    <w:name w:val="Medium List 1 Accent 6"/>
    <w:basedOn w:val="Obinatablica"/>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Srednjipopis2">
    <w:name w:val="Medium List 2"/>
    <w:basedOn w:val="Obinatablica"/>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1">
    <w:name w:val="Medium List 2 Accent 1"/>
    <w:basedOn w:val="Obinatablica"/>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2">
    <w:name w:val="Medium List 2 Accent 2"/>
    <w:basedOn w:val="Obinatablica"/>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3">
    <w:name w:val="Medium List 2 Accent 3"/>
    <w:basedOn w:val="Obinatablica"/>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4">
    <w:name w:val="Medium List 2 Accent 4"/>
    <w:basedOn w:val="Obinatablica"/>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5">
    <w:name w:val="Medium List 2 Accent 5"/>
    <w:basedOn w:val="Obinatablica"/>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6">
    <w:name w:val="Medium List 2 Accent 6"/>
    <w:basedOn w:val="Obinatablica"/>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areetka1">
    <w:name w:val="Medium Grid 1"/>
    <w:basedOn w:val="Obinatablica"/>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rednjareetka1-Isticanje1">
    <w:name w:val="Medium Grid 1 Accent 1"/>
    <w:basedOn w:val="Obinatablica"/>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rednjareetka1-Isticanje2">
    <w:name w:val="Medium Grid 1 Accent 2"/>
    <w:basedOn w:val="Obinatablica"/>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Srednjareetka1-Isticanje3">
    <w:name w:val="Medium Grid 1 Accent 3"/>
    <w:basedOn w:val="Obinatablica"/>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Srednjareetka1-Isticanje4">
    <w:name w:val="Medium Grid 1 Accent 4"/>
    <w:basedOn w:val="Obinatablica"/>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Srednjareetka1-Isticanje5">
    <w:name w:val="Medium Grid 1 Accent 5"/>
    <w:basedOn w:val="Obinatablica"/>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rednjareetka1-Isticanje6">
    <w:name w:val="Medium Grid 1 Accent 6"/>
    <w:basedOn w:val="Obinatablica"/>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rednjareetka2">
    <w:name w:val="Medium Grid 2"/>
    <w:basedOn w:val="Obinatablica"/>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rednjareetka2-Isticanje1">
    <w:name w:val="Medium Grid 2 Accent 1"/>
    <w:basedOn w:val="Obinatablica"/>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Srednjareetka2-Isticanje2">
    <w:name w:val="Medium Grid 2 Accent 2"/>
    <w:basedOn w:val="Obinatablica"/>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Srednjareetka2-Isticanje3">
    <w:name w:val="Medium Grid 2 Accent 3"/>
    <w:basedOn w:val="Obinatablica"/>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Srednjareetka2-Isticanje4">
    <w:name w:val="Medium Grid 2 Accent 4"/>
    <w:basedOn w:val="Obinatablica"/>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Srednjareetka2-Isticanje5">
    <w:name w:val="Medium Grid 2 Accent 5"/>
    <w:basedOn w:val="Obinatablica"/>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Srednjareetka2-Isticanje6">
    <w:name w:val="Medium Grid 2 Accent 6"/>
    <w:basedOn w:val="Obinatablica"/>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Srednjareetka3">
    <w:name w:val="Medium Grid 3"/>
    <w:basedOn w:val="Obinatablica"/>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rednjareetka3-Isticanje1">
    <w:name w:val="Medium Grid 3 Accent 1"/>
    <w:basedOn w:val="Obinatablica"/>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rednjareetka3-Isticanje2">
    <w:name w:val="Medium Grid 3 Accent 2"/>
    <w:basedOn w:val="Obinatablica"/>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rednjareetka3-Isticanje3">
    <w:name w:val="Medium Grid 3 Accent 3"/>
    <w:basedOn w:val="Obinatablica"/>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Srednjareetka3-Isticanje4">
    <w:name w:val="Medium Grid 3 Accent 4"/>
    <w:basedOn w:val="Obinatablica"/>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Srednjareetka3-Isticanje5">
    <w:name w:val="Medium Grid 3 Accent 5"/>
    <w:basedOn w:val="Obinatablica"/>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Srednjareetka3-Isticanje6">
    <w:name w:val="Medium Grid 3 Accent 6"/>
    <w:basedOn w:val="Obinatablica"/>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Tamnipopis">
    <w:name w:val="Dark List"/>
    <w:basedOn w:val="Obinatablica"/>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amnipopis-Isticanje1">
    <w:name w:val="Dark List Accent 1"/>
    <w:basedOn w:val="Obinatablica"/>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Tamnipopis-Isticanje2">
    <w:name w:val="Dark List Accent 2"/>
    <w:basedOn w:val="Obinatablica"/>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Tamnipopis-Isticanje3">
    <w:name w:val="Dark List Accent 3"/>
    <w:basedOn w:val="Obinatablica"/>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Tamnipopis-Isticanje4">
    <w:name w:val="Dark List Accent 4"/>
    <w:basedOn w:val="Obinatablica"/>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Tamnipopis-Isticanje5">
    <w:name w:val="Dark List Accent 5"/>
    <w:basedOn w:val="Obinatablica"/>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Tamnipopis-Isticanje6">
    <w:name w:val="Dark List Accent 6"/>
    <w:basedOn w:val="Obinatablica"/>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Obojanosjenanje">
    <w:name w:val="Colorful Shading"/>
    <w:basedOn w:val="Obinatablica"/>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Obojanosjenanje-Isticanje1">
    <w:name w:val="Colorful Shading Accent 1"/>
    <w:basedOn w:val="Obinatablica"/>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jenanjeuboji-Isticanje2">
    <w:name w:val="Colorful Shading Accent 2"/>
    <w:basedOn w:val="Obinatablica"/>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Obojanosjenanje-Isticanje3">
    <w:name w:val="Colorful Shading Accent 3"/>
    <w:basedOn w:val="Obinatablica"/>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Obojanosjenanje-Isticanje4">
    <w:name w:val="Colorful Shading Accent 4"/>
    <w:basedOn w:val="Obinatablica"/>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Obojanosjenanje-Isticanje5">
    <w:name w:val="Colorful Shading Accent 5"/>
    <w:basedOn w:val="Obinatablica"/>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Obojanosjenanje-Isticanje6">
    <w:name w:val="Colorful Shading Accent 6"/>
    <w:basedOn w:val="Obinatablica"/>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Obojanipopis">
    <w:name w:val="Colorful List"/>
    <w:basedOn w:val="Obinatablica"/>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Obojanipopis-Isticanje1">
    <w:name w:val="Colorful List Accent 1"/>
    <w:basedOn w:val="Obinatablica"/>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Obojanopopis-Isticanje2">
    <w:name w:val="Colorful List Accent 2"/>
    <w:basedOn w:val="Obinatablica"/>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Obojanipopis-Isticanje3">
    <w:name w:val="Colorful List Accent 3"/>
    <w:basedOn w:val="Obinatablica"/>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Obojanipopis-Isticanje4">
    <w:name w:val="Colorful List Accent 4"/>
    <w:basedOn w:val="Obinatablica"/>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Obojanipopis-Isticanje5">
    <w:name w:val="Colorful List Accent 5"/>
    <w:basedOn w:val="Obinatablica"/>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Obojanipopis-Isticanje6">
    <w:name w:val="Colorful List Accent 6"/>
    <w:basedOn w:val="Obinatablica"/>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Obojanareetka">
    <w:name w:val="Colorful Grid"/>
    <w:basedOn w:val="Obinatablica"/>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bojanareetka-Isticanje1">
    <w:name w:val="Colorful Grid Accent 1"/>
    <w:basedOn w:val="Obinatablica"/>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bojanoreetka-Isticanje2">
    <w:name w:val="Colorful Grid Accent 2"/>
    <w:basedOn w:val="Obinatablica"/>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bojanareetka-Isticanje3">
    <w:name w:val="Colorful Grid Accent 3"/>
    <w:basedOn w:val="Obinatablica"/>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bojanareetka-Isticanje4">
    <w:name w:val="Colorful Grid Accent 4"/>
    <w:basedOn w:val="Obinatablica"/>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bojanareetka-Isticanje5">
    <w:name w:val="Colorful Grid Accent 5"/>
    <w:basedOn w:val="Obinatablica"/>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bojanareetka-Isticanje6">
    <w:name w:val="Colorful Grid Accent 6"/>
    <w:basedOn w:val="Obinatablica"/>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iperveza">
    <w:name w:val="Hyperlink"/>
    <w:basedOn w:val="Zadanifontodlomka"/>
    <w:uiPriority w:val="99"/>
    <w:unhideWhenUsed/>
    <w:rsid w:val="00DC12E0"/>
    <w:rPr>
      <w:color w:val="0000FF" w:themeColor="hyperlink"/>
      <w:u w:val="single"/>
    </w:rPr>
  </w:style>
  <w:style w:type="character" w:styleId="Nerijeenospominjanje">
    <w:name w:val="Unresolved Mention"/>
    <w:basedOn w:val="Zadanifontodlomka"/>
    <w:uiPriority w:val="99"/>
    <w:semiHidden/>
    <w:unhideWhenUsed/>
    <w:rsid w:val="00DC12E0"/>
    <w:rPr>
      <w:color w:val="605E5C"/>
      <w:shd w:val="clear" w:color="auto" w:fill="E1DFDD"/>
    </w:rPr>
  </w:style>
  <w:style w:type="paragraph" w:styleId="StandardWeb">
    <w:name w:val="Normal (Web)"/>
    <w:basedOn w:val="Normal"/>
    <w:uiPriority w:val="99"/>
    <w:semiHidden/>
    <w:unhideWhenUsed/>
    <w:rsid w:val="005A1A0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832521">
      <w:bodyDiv w:val="1"/>
      <w:marLeft w:val="0"/>
      <w:marRight w:val="0"/>
      <w:marTop w:val="0"/>
      <w:marBottom w:val="0"/>
      <w:divBdr>
        <w:top w:val="none" w:sz="0" w:space="0" w:color="auto"/>
        <w:left w:val="none" w:sz="0" w:space="0" w:color="auto"/>
        <w:bottom w:val="none" w:sz="0" w:space="0" w:color="auto"/>
        <w:right w:val="none" w:sz="0" w:space="0" w:color="auto"/>
      </w:divBdr>
    </w:div>
    <w:div w:id="559219402">
      <w:bodyDiv w:val="1"/>
      <w:marLeft w:val="0"/>
      <w:marRight w:val="0"/>
      <w:marTop w:val="0"/>
      <w:marBottom w:val="0"/>
      <w:divBdr>
        <w:top w:val="none" w:sz="0" w:space="0" w:color="auto"/>
        <w:left w:val="none" w:sz="0" w:space="0" w:color="auto"/>
        <w:bottom w:val="none" w:sz="0" w:space="0" w:color="auto"/>
        <w:right w:val="none" w:sz="0" w:space="0" w:color="auto"/>
      </w:divBdr>
      <w:divsChild>
        <w:div w:id="143544359">
          <w:blockQuote w:val="1"/>
          <w:marLeft w:val="720"/>
          <w:marRight w:val="720"/>
          <w:marTop w:val="100"/>
          <w:marBottom w:val="100"/>
          <w:divBdr>
            <w:top w:val="none" w:sz="0" w:space="0" w:color="auto"/>
            <w:left w:val="none" w:sz="0" w:space="0" w:color="auto"/>
            <w:bottom w:val="none" w:sz="0" w:space="0" w:color="auto"/>
            <w:right w:val="none" w:sz="0" w:space="0" w:color="auto"/>
          </w:divBdr>
        </w:div>
        <w:div w:id="1368066853">
          <w:blockQuote w:val="1"/>
          <w:marLeft w:val="720"/>
          <w:marRight w:val="720"/>
          <w:marTop w:val="100"/>
          <w:marBottom w:val="100"/>
          <w:divBdr>
            <w:top w:val="none" w:sz="0" w:space="0" w:color="auto"/>
            <w:left w:val="none" w:sz="0" w:space="0" w:color="auto"/>
            <w:bottom w:val="none" w:sz="0" w:space="0" w:color="auto"/>
            <w:right w:val="none" w:sz="0" w:space="0" w:color="auto"/>
          </w:divBdr>
        </w:div>
        <w:div w:id="28824250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8237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1038105">
      <w:bodyDiv w:val="1"/>
      <w:marLeft w:val="0"/>
      <w:marRight w:val="0"/>
      <w:marTop w:val="0"/>
      <w:marBottom w:val="0"/>
      <w:divBdr>
        <w:top w:val="none" w:sz="0" w:space="0" w:color="auto"/>
        <w:left w:val="none" w:sz="0" w:space="0" w:color="auto"/>
        <w:bottom w:val="none" w:sz="0" w:space="0" w:color="auto"/>
        <w:right w:val="none" w:sz="0" w:space="0" w:color="auto"/>
      </w:divBdr>
    </w:div>
    <w:div w:id="674764236">
      <w:bodyDiv w:val="1"/>
      <w:marLeft w:val="0"/>
      <w:marRight w:val="0"/>
      <w:marTop w:val="0"/>
      <w:marBottom w:val="0"/>
      <w:divBdr>
        <w:top w:val="none" w:sz="0" w:space="0" w:color="auto"/>
        <w:left w:val="none" w:sz="0" w:space="0" w:color="auto"/>
        <w:bottom w:val="none" w:sz="0" w:space="0" w:color="auto"/>
        <w:right w:val="none" w:sz="0" w:space="0" w:color="auto"/>
      </w:divBdr>
      <w:divsChild>
        <w:div w:id="1786996553">
          <w:blockQuote w:val="1"/>
          <w:marLeft w:val="720"/>
          <w:marRight w:val="720"/>
          <w:marTop w:val="100"/>
          <w:marBottom w:val="100"/>
          <w:divBdr>
            <w:top w:val="none" w:sz="0" w:space="0" w:color="auto"/>
            <w:left w:val="none" w:sz="0" w:space="0" w:color="auto"/>
            <w:bottom w:val="none" w:sz="0" w:space="0" w:color="auto"/>
            <w:right w:val="none" w:sz="0" w:space="0" w:color="auto"/>
          </w:divBdr>
        </w:div>
        <w:div w:id="438986706">
          <w:blockQuote w:val="1"/>
          <w:marLeft w:val="720"/>
          <w:marRight w:val="720"/>
          <w:marTop w:val="100"/>
          <w:marBottom w:val="100"/>
          <w:divBdr>
            <w:top w:val="none" w:sz="0" w:space="0" w:color="auto"/>
            <w:left w:val="none" w:sz="0" w:space="0" w:color="auto"/>
            <w:bottom w:val="none" w:sz="0" w:space="0" w:color="auto"/>
            <w:right w:val="none" w:sz="0" w:space="0" w:color="auto"/>
          </w:divBdr>
        </w:div>
        <w:div w:id="82265479">
          <w:blockQuote w:val="1"/>
          <w:marLeft w:val="720"/>
          <w:marRight w:val="720"/>
          <w:marTop w:val="100"/>
          <w:marBottom w:val="100"/>
          <w:divBdr>
            <w:top w:val="none" w:sz="0" w:space="0" w:color="auto"/>
            <w:left w:val="none" w:sz="0" w:space="0" w:color="auto"/>
            <w:bottom w:val="none" w:sz="0" w:space="0" w:color="auto"/>
            <w:right w:val="none" w:sz="0" w:space="0" w:color="auto"/>
          </w:divBdr>
        </w:div>
        <w:div w:id="15435133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0362956">
      <w:bodyDiv w:val="1"/>
      <w:marLeft w:val="0"/>
      <w:marRight w:val="0"/>
      <w:marTop w:val="0"/>
      <w:marBottom w:val="0"/>
      <w:divBdr>
        <w:top w:val="none" w:sz="0" w:space="0" w:color="auto"/>
        <w:left w:val="none" w:sz="0" w:space="0" w:color="auto"/>
        <w:bottom w:val="none" w:sz="0" w:space="0" w:color="auto"/>
        <w:right w:val="none" w:sz="0" w:space="0" w:color="auto"/>
      </w:divBdr>
      <w:divsChild>
        <w:div w:id="3487973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2868222">
      <w:bodyDiv w:val="1"/>
      <w:marLeft w:val="0"/>
      <w:marRight w:val="0"/>
      <w:marTop w:val="0"/>
      <w:marBottom w:val="0"/>
      <w:divBdr>
        <w:top w:val="none" w:sz="0" w:space="0" w:color="auto"/>
        <w:left w:val="none" w:sz="0" w:space="0" w:color="auto"/>
        <w:bottom w:val="none" w:sz="0" w:space="0" w:color="auto"/>
        <w:right w:val="none" w:sz="0" w:space="0" w:color="auto"/>
      </w:divBdr>
      <w:divsChild>
        <w:div w:id="453410091">
          <w:blockQuote w:val="1"/>
          <w:marLeft w:val="720"/>
          <w:marRight w:val="720"/>
          <w:marTop w:val="100"/>
          <w:marBottom w:val="100"/>
          <w:divBdr>
            <w:top w:val="none" w:sz="0" w:space="0" w:color="auto"/>
            <w:left w:val="none" w:sz="0" w:space="0" w:color="auto"/>
            <w:bottom w:val="none" w:sz="0" w:space="0" w:color="auto"/>
            <w:right w:val="none" w:sz="0" w:space="0" w:color="auto"/>
          </w:divBdr>
        </w:div>
        <w:div w:id="1351762588">
          <w:marLeft w:val="0"/>
          <w:marRight w:val="0"/>
          <w:marTop w:val="0"/>
          <w:marBottom w:val="0"/>
          <w:divBdr>
            <w:top w:val="none" w:sz="0" w:space="0" w:color="auto"/>
            <w:left w:val="none" w:sz="0" w:space="0" w:color="auto"/>
            <w:bottom w:val="none" w:sz="0" w:space="0" w:color="auto"/>
            <w:right w:val="none" w:sz="0" w:space="0" w:color="auto"/>
          </w:divBdr>
          <w:divsChild>
            <w:div w:id="1607612355">
              <w:marLeft w:val="0"/>
              <w:marRight w:val="0"/>
              <w:marTop w:val="0"/>
              <w:marBottom w:val="0"/>
              <w:divBdr>
                <w:top w:val="none" w:sz="0" w:space="0" w:color="auto"/>
                <w:left w:val="none" w:sz="0" w:space="0" w:color="auto"/>
                <w:bottom w:val="none" w:sz="0" w:space="0" w:color="auto"/>
                <w:right w:val="none" w:sz="0" w:space="0" w:color="auto"/>
              </w:divBdr>
            </w:div>
          </w:divsChild>
        </w:div>
        <w:div w:id="953443579">
          <w:blockQuote w:val="1"/>
          <w:marLeft w:val="720"/>
          <w:marRight w:val="720"/>
          <w:marTop w:val="100"/>
          <w:marBottom w:val="100"/>
          <w:divBdr>
            <w:top w:val="none" w:sz="0" w:space="0" w:color="auto"/>
            <w:left w:val="none" w:sz="0" w:space="0" w:color="auto"/>
            <w:bottom w:val="none" w:sz="0" w:space="0" w:color="auto"/>
            <w:right w:val="none" w:sz="0" w:space="0" w:color="auto"/>
          </w:divBdr>
        </w:div>
        <w:div w:id="94444670">
          <w:blockQuote w:val="1"/>
          <w:marLeft w:val="720"/>
          <w:marRight w:val="720"/>
          <w:marTop w:val="100"/>
          <w:marBottom w:val="100"/>
          <w:divBdr>
            <w:top w:val="none" w:sz="0" w:space="0" w:color="auto"/>
            <w:left w:val="none" w:sz="0" w:space="0" w:color="auto"/>
            <w:bottom w:val="none" w:sz="0" w:space="0" w:color="auto"/>
            <w:right w:val="none" w:sz="0" w:space="0" w:color="auto"/>
          </w:divBdr>
        </w:div>
        <w:div w:id="1582179605">
          <w:marLeft w:val="0"/>
          <w:marRight w:val="0"/>
          <w:marTop w:val="0"/>
          <w:marBottom w:val="0"/>
          <w:divBdr>
            <w:top w:val="none" w:sz="0" w:space="0" w:color="auto"/>
            <w:left w:val="none" w:sz="0" w:space="0" w:color="auto"/>
            <w:bottom w:val="none" w:sz="0" w:space="0" w:color="auto"/>
            <w:right w:val="none" w:sz="0" w:space="0" w:color="auto"/>
          </w:divBdr>
          <w:divsChild>
            <w:div w:id="20861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503">
      <w:bodyDiv w:val="1"/>
      <w:marLeft w:val="0"/>
      <w:marRight w:val="0"/>
      <w:marTop w:val="0"/>
      <w:marBottom w:val="0"/>
      <w:divBdr>
        <w:top w:val="none" w:sz="0" w:space="0" w:color="auto"/>
        <w:left w:val="none" w:sz="0" w:space="0" w:color="auto"/>
        <w:bottom w:val="none" w:sz="0" w:space="0" w:color="auto"/>
        <w:right w:val="none" w:sz="0" w:space="0" w:color="auto"/>
      </w:divBdr>
    </w:div>
    <w:div w:id="1190487138">
      <w:bodyDiv w:val="1"/>
      <w:marLeft w:val="0"/>
      <w:marRight w:val="0"/>
      <w:marTop w:val="0"/>
      <w:marBottom w:val="0"/>
      <w:divBdr>
        <w:top w:val="none" w:sz="0" w:space="0" w:color="auto"/>
        <w:left w:val="none" w:sz="0" w:space="0" w:color="auto"/>
        <w:bottom w:val="none" w:sz="0" w:space="0" w:color="auto"/>
        <w:right w:val="none" w:sz="0" w:space="0" w:color="auto"/>
      </w:divBdr>
    </w:div>
    <w:div w:id="1327900293">
      <w:bodyDiv w:val="1"/>
      <w:marLeft w:val="0"/>
      <w:marRight w:val="0"/>
      <w:marTop w:val="0"/>
      <w:marBottom w:val="0"/>
      <w:divBdr>
        <w:top w:val="none" w:sz="0" w:space="0" w:color="auto"/>
        <w:left w:val="none" w:sz="0" w:space="0" w:color="auto"/>
        <w:bottom w:val="none" w:sz="0" w:space="0" w:color="auto"/>
        <w:right w:val="none" w:sz="0" w:space="0" w:color="auto"/>
      </w:divBdr>
    </w:div>
    <w:div w:id="1469980645">
      <w:bodyDiv w:val="1"/>
      <w:marLeft w:val="0"/>
      <w:marRight w:val="0"/>
      <w:marTop w:val="0"/>
      <w:marBottom w:val="0"/>
      <w:divBdr>
        <w:top w:val="none" w:sz="0" w:space="0" w:color="auto"/>
        <w:left w:val="none" w:sz="0" w:space="0" w:color="auto"/>
        <w:bottom w:val="none" w:sz="0" w:space="0" w:color="auto"/>
        <w:right w:val="none" w:sz="0" w:space="0" w:color="auto"/>
      </w:divBdr>
    </w:div>
    <w:div w:id="1629125378">
      <w:bodyDiv w:val="1"/>
      <w:marLeft w:val="0"/>
      <w:marRight w:val="0"/>
      <w:marTop w:val="0"/>
      <w:marBottom w:val="0"/>
      <w:divBdr>
        <w:top w:val="none" w:sz="0" w:space="0" w:color="auto"/>
        <w:left w:val="none" w:sz="0" w:space="0" w:color="auto"/>
        <w:bottom w:val="none" w:sz="0" w:space="0" w:color="auto"/>
        <w:right w:val="none" w:sz="0" w:space="0" w:color="auto"/>
      </w:divBdr>
    </w:div>
    <w:div w:id="1682392927">
      <w:bodyDiv w:val="1"/>
      <w:marLeft w:val="0"/>
      <w:marRight w:val="0"/>
      <w:marTop w:val="0"/>
      <w:marBottom w:val="0"/>
      <w:divBdr>
        <w:top w:val="none" w:sz="0" w:space="0" w:color="auto"/>
        <w:left w:val="none" w:sz="0" w:space="0" w:color="auto"/>
        <w:bottom w:val="none" w:sz="0" w:space="0" w:color="auto"/>
        <w:right w:val="none" w:sz="0" w:space="0" w:color="auto"/>
      </w:divBdr>
    </w:div>
    <w:div w:id="1844126718">
      <w:bodyDiv w:val="1"/>
      <w:marLeft w:val="0"/>
      <w:marRight w:val="0"/>
      <w:marTop w:val="0"/>
      <w:marBottom w:val="0"/>
      <w:divBdr>
        <w:top w:val="none" w:sz="0" w:space="0" w:color="auto"/>
        <w:left w:val="none" w:sz="0" w:space="0" w:color="auto"/>
        <w:bottom w:val="none" w:sz="0" w:space="0" w:color="auto"/>
        <w:right w:val="none" w:sz="0" w:space="0" w:color="auto"/>
      </w:divBdr>
    </w:div>
    <w:div w:id="1867020795">
      <w:bodyDiv w:val="1"/>
      <w:marLeft w:val="0"/>
      <w:marRight w:val="0"/>
      <w:marTop w:val="0"/>
      <w:marBottom w:val="0"/>
      <w:divBdr>
        <w:top w:val="none" w:sz="0" w:space="0" w:color="auto"/>
        <w:left w:val="none" w:sz="0" w:space="0" w:color="auto"/>
        <w:bottom w:val="none" w:sz="0" w:space="0" w:color="auto"/>
        <w:right w:val="none" w:sz="0" w:space="0" w:color="auto"/>
      </w:divBdr>
    </w:div>
    <w:div w:id="1988702687">
      <w:bodyDiv w:val="1"/>
      <w:marLeft w:val="0"/>
      <w:marRight w:val="0"/>
      <w:marTop w:val="0"/>
      <w:marBottom w:val="0"/>
      <w:divBdr>
        <w:top w:val="none" w:sz="0" w:space="0" w:color="auto"/>
        <w:left w:val="none" w:sz="0" w:space="0" w:color="auto"/>
        <w:bottom w:val="none" w:sz="0" w:space="0" w:color="auto"/>
        <w:right w:val="none" w:sz="0" w:space="0" w:color="auto"/>
      </w:divBdr>
      <w:divsChild>
        <w:div w:id="11867954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162370">
      <w:bodyDiv w:val="1"/>
      <w:marLeft w:val="0"/>
      <w:marRight w:val="0"/>
      <w:marTop w:val="0"/>
      <w:marBottom w:val="0"/>
      <w:divBdr>
        <w:top w:val="none" w:sz="0" w:space="0" w:color="auto"/>
        <w:left w:val="none" w:sz="0" w:space="0" w:color="auto"/>
        <w:bottom w:val="none" w:sz="0" w:space="0" w:color="auto"/>
        <w:right w:val="none" w:sz="0" w:space="0" w:color="auto"/>
      </w:divBdr>
      <w:divsChild>
        <w:div w:id="13123221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1122352">
      <w:bodyDiv w:val="1"/>
      <w:marLeft w:val="0"/>
      <w:marRight w:val="0"/>
      <w:marTop w:val="0"/>
      <w:marBottom w:val="0"/>
      <w:divBdr>
        <w:top w:val="none" w:sz="0" w:space="0" w:color="auto"/>
        <w:left w:val="none" w:sz="0" w:space="0" w:color="auto"/>
        <w:bottom w:val="none" w:sz="0" w:space="0" w:color="auto"/>
        <w:right w:val="none" w:sz="0" w:space="0" w:color="auto"/>
      </w:divBdr>
      <w:divsChild>
        <w:div w:id="905860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0223715">
      <w:bodyDiv w:val="1"/>
      <w:marLeft w:val="0"/>
      <w:marRight w:val="0"/>
      <w:marTop w:val="0"/>
      <w:marBottom w:val="0"/>
      <w:divBdr>
        <w:top w:val="none" w:sz="0" w:space="0" w:color="auto"/>
        <w:left w:val="none" w:sz="0" w:space="0" w:color="auto"/>
        <w:bottom w:val="none" w:sz="0" w:space="0" w:color="auto"/>
        <w:right w:val="none" w:sz="0" w:space="0" w:color="auto"/>
      </w:divBdr>
      <w:divsChild>
        <w:div w:id="14963189">
          <w:blockQuote w:val="1"/>
          <w:marLeft w:val="720"/>
          <w:marRight w:val="720"/>
          <w:marTop w:val="100"/>
          <w:marBottom w:val="100"/>
          <w:divBdr>
            <w:top w:val="none" w:sz="0" w:space="0" w:color="auto"/>
            <w:left w:val="none" w:sz="0" w:space="0" w:color="auto"/>
            <w:bottom w:val="none" w:sz="0" w:space="0" w:color="auto"/>
            <w:right w:val="none" w:sz="0" w:space="0" w:color="auto"/>
          </w:divBdr>
        </w:div>
        <w:div w:id="35934799">
          <w:marLeft w:val="0"/>
          <w:marRight w:val="0"/>
          <w:marTop w:val="0"/>
          <w:marBottom w:val="0"/>
          <w:divBdr>
            <w:top w:val="none" w:sz="0" w:space="0" w:color="auto"/>
            <w:left w:val="none" w:sz="0" w:space="0" w:color="auto"/>
            <w:bottom w:val="none" w:sz="0" w:space="0" w:color="auto"/>
            <w:right w:val="none" w:sz="0" w:space="0" w:color="auto"/>
          </w:divBdr>
          <w:divsChild>
            <w:div w:id="1554197427">
              <w:marLeft w:val="0"/>
              <w:marRight w:val="0"/>
              <w:marTop w:val="0"/>
              <w:marBottom w:val="0"/>
              <w:divBdr>
                <w:top w:val="none" w:sz="0" w:space="0" w:color="auto"/>
                <w:left w:val="none" w:sz="0" w:space="0" w:color="auto"/>
                <w:bottom w:val="none" w:sz="0" w:space="0" w:color="auto"/>
                <w:right w:val="none" w:sz="0" w:space="0" w:color="auto"/>
              </w:divBdr>
            </w:div>
          </w:divsChild>
        </w:div>
        <w:div w:id="1253054345">
          <w:blockQuote w:val="1"/>
          <w:marLeft w:val="720"/>
          <w:marRight w:val="720"/>
          <w:marTop w:val="100"/>
          <w:marBottom w:val="100"/>
          <w:divBdr>
            <w:top w:val="none" w:sz="0" w:space="0" w:color="auto"/>
            <w:left w:val="none" w:sz="0" w:space="0" w:color="auto"/>
            <w:bottom w:val="none" w:sz="0" w:space="0" w:color="auto"/>
            <w:right w:val="none" w:sz="0" w:space="0" w:color="auto"/>
          </w:divBdr>
        </w:div>
        <w:div w:id="1866793104">
          <w:blockQuote w:val="1"/>
          <w:marLeft w:val="720"/>
          <w:marRight w:val="720"/>
          <w:marTop w:val="100"/>
          <w:marBottom w:val="100"/>
          <w:divBdr>
            <w:top w:val="none" w:sz="0" w:space="0" w:color="auto"/>
            <w:left w:val="none" w:sz="0" w:space="0" w:color="auto"/>
            <w:bottom w:val="none" w:sz="0" w:space="0" w:color="auto"/>
            <w:right w:val="none" w:sz="0" w:space="0" w:color="auto"/>
          </w:divBdr>
        </w:div>
        <w:div w:id="965743547">
          <w:marLeft w:val="0"/>
          <w:marRight w:val="0"/>
          <w:marTop w:val="0"/>
          <w:marBottom w:val="0"/>
          <w:divBdr>
            <w:top w:val="none" w:sz="0" w:space="0" w:color="auto"/>
            <w:left w:val="none" w:sz="0" w:space="0" w:color="auto"/>
            <w:bottom w:val="none" w:sz="0" w:space="0" w:color="auto"/>
            <w:right w:val="none" w:sz="0" w:space="0" w:color="auto"/>
          </w:divBdr>
          <w:divsChild>
            <w:div w:id="74607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mdpi.com/2673-6470/5/2/21?utm_source=chatgpt.com"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gcimagazine.com/brands-products/devices-tech/news/22938719/the-future-of-beauty-tech-insider-insights?utm_source=chatgpt.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eatableadventures.com/news/the-quantum-advantage-in-food-systems/?utm_source=chatgpt.com" TargetMode="External"/><Relationship Id="rId5" Type="http://schemas.openxmlformats.org/officeDocument/2006/relationships/webSettings" Target="webSettings.xml"/><Relationship Id="rId15" Type="http://schemas.openxmlformats.org/officeDocument/2006/relationships/hyperlink" Target="https://www.livescience.com/technology/computing/tiny-cryogenic-device-cuts-quantum-computer-heat-emissions-by-10-000-times-and-it-could-be-launched-in-2026?utm_source=chatgpt.com" TargetMode="External"/><Relationship Id="rId10" Type="http://schemas.openxmlformats.org/officeDocument/2006/relationships/hyperlink" Target="https://arxiv.org/abs/2209.03087?utm_source=chatgpt.com" TargetMode="External"/><Relationship Id="rId4" Type="http://schemas.openxmlformats.org/officeDocument/2006/relationships/settings" Target="settings.xml"/><Relationship Id="rId9" Type="http://schemas.openxmlformats.org/officeDocument/2006/relationships/hyperlink" Target="https://arxiv.org/abs/2412.03551?utm_source=chatgpt.com" TargetMode="External"/><Relationship Id="rId14" Type="http://schemas.openxmlformats.org/officeDocument/2006/relationships/hyperlink" Target="https://www.sciencedirect.com/science/article/pii/S2772949423000438?utm_source=chatg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2612</TotalTime>
  <Pages>9</Pages>
  <Words>1290</Words>
  <Characters>7357</Characters>
  <Application>Microsoft Office Word</Application>
  <DocSecurity>0</DocSecurity>
  <Lines>61</Lines>
  <Paragraphs>17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8630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Dajana Jelavic</cp:lastModifiedBy>
  <cp:revision>42</cp:revision>
  <dcterms:created xsi:type="dcterms:W3CDTF">2025-08-07T05:47:00Z</dcterms:created>
  <dcterms:modified xsi:type="dcterms:W3CDTF">2026-03-24T18:52:00Z</dcterms:modified>
  <cp:category/>
</cp:coreProperties>
</file>